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ANEXO AL CONTRATO DE ARRENDAMIENTO - INCORPORACIÓN DE NUEVO INQUILINO</w:t>
      </w:r>
    </w:p>
    <w:p/>
    <w:p>
      <w:r>
        <w:rPr>
          <w:b w:val="0"/>
          <w:sz w:val="20"/>
        </w:rPr>
        <w:t>A efectos de lo dispuesto en el Contrato de Arrendamiento suscrito entre las partes, se formaliza el presente Anexo, que se incorpora y forma parte integrante del citado contrato.</w:t>
      </w:r>
    </w:p>
    <w:p/>
    <w:p>
      <w:r>
        <w:rPr>
          <w:b/>
          <w:sz w:val="24"/>
        </w:rPr>
        <w:t>DATOS DEL CONTRATO DE ARRENDAMIENTO</w:t>
      </w:r>
    </w:p>
    <w:p>
      <w:r>
        <w:rPr>
          <w:b w:val="0"/>
          <w:sz w:val="20"/>
        </w:rPr>
        <w:t>Arrendador: ____________________________________________________________</w:t>
      </w:r>
    </w:p>
    <w:p>
      <w:r>
        <w:rPr>
          <w:b w:val="0"/>
          <w:sz w:val="20"/>
        </w:rPr>
        <w:t>Arrendatario/s: _________________________________________________________</w:t>
      </w:r>
    </w:p>
    <w:p>
      <w:r>
        <w:rPr>
          <w:b w:val="0"/>
          <w:sz w:val="20"/>
        </w:rPr>
        <w:t>Dirección del inmueble objeto del contrato: ______________________________</w:t>
      </w:r>
    </w:p>
    <w:p>
      <w:r>
        <w:rPr>
          <w:b w:val="0"/>
          <w:sz w:val="20"/>
        </w:rPr>
        <w:t>Fecha de inicio del contrato: ____________________________________________</w:t>
      </w:r>
    </w:p>
    <w:p/>
    <w:p>
      <w:r>
        <w:rPr>
          <w:b/>
          <w:sz w:val="24"/>
        </w:rPr>
        <w:t>INCORPORACIÓN DE NUEVO INQUILINO</w:t>
      </w:r>
    </w:p>
    <w:p>
      <w:r>
        <w:rPr>
          <w:b w:val="0"/>
          <w:sz w:val="20"/>
        </w:rPr>
        <w:t>Por medio del presente Anexo, las partes acuerdan la incorporación de un nuevo inquilino al contrato de arrendamiento anteriormente identificado, en los siguientes términos:</w:t>
      </w:r>
    </w:p>
    <w:p/>
    <w:p>
      <w:r>
        <w:rPr>
          <w:b/>
          <w:sz w:val="20"/>
        </w:rPr>
        <w:t>Nuevo inquilino que se incorpora:</w:t>
      </w:r>
    </w:p>
    <w:p>
      <w:r>
        <w:rPr>
          <w:b w:val="0"/>
          <w:sz w:val="20"/>
        </w:rPr>
        <w:t>Nombre y apellidos: ______________________________________________</w:t>
      </w:r>
    </w:p>
    <w:p>
      <w:r>
        <w:rPr>
          <w:b w:val="0"/>
          <w:sz w:val="20"/>
        </w:rPr>
        <w:t>DNI/NIE/Pasaporte: _______________________________________________</w:t>
      </w:r>
    </w:p>
    <w:p>
      <w:r>
        <w:rPr>
          <w:b w:val="0"/>
          <w:sz w:val="20"/>
        </w:rPr>
        <w:t>Domicilio: ______________________________________________________</w:t>
      </w:r>
    </w:p>
    <w:p>
      <w:r>
        <w:rPr>
          <w:b w:val="0"/>
          <w:sz w:val="20"/>
        </w:rPr>
        <w:t>Teléfono: _______________________________________________________</w:t>
      </w:r>
    </w:p>
    <w:p>
      <w:r>
        <w:rPr>
          <w:b w:val="0"/>
          <w:sz w:val="20"/>
        </w:rPr>
        <w:t>Correo electrónico: ______________________________________________</w:t>
      </w:r>
    </w:p>
    <w:p/>
    <w:p>
      <w:r>
        <w:rPr>
          <w:b w:val="0"/>
          <w:sz w:val="20"/>
        </w:rPr>
        <w:t>El nuevo inquilino declara conocer y aceptar el contenido íntegro del contrato de arrendamiento y de sus anexos, subrogándose en todos los derechos y obligaciones derivados del mismo, en calidad de arrendatario solidario junto con el resto de firmantes.</w:t>
      </w:r>
    </w:p>
    <w:p/>
    <w:p>
      <w:r>
        <w:rPr>
          <w:b/>
          <w:sz w:val="24"/>
        </w:rPr>
        <w:t>CONDICIONES Y RESPONSABILIDADES</w:t>
      </w:r>
    </w:p>
    <w:p>
      <w:r>
        <w:rPr>
          <w:b w:val="0"/>
          <w:sz w:val="20"/>
        </w:rPr>
        <w:t>1. El nuevo inquilino asume, desde la firma del presente Anexo, todas las obligaciones contractuales y legales inherentes a la condición de arrendatario, incluyendo las obligaciones de pago de renta, suministros, fianzas y cualesquiera otras derivadas del contrato principal.</w:t>
      </w:r>
    </w:p>
    <w:p>
      <w:r>
        <w:rPr>
          <w:b w:val="0"/>
          <w:sz w:val="20"/>
        </w:rPr>
        <w:t>2. El arrendador y el resto de arrendatarios aceptan la presente incorporación, reconociendo expresamente la solidaridad de todos los arrendatarios en las obligaciones frente al arrendador.</w:t>
      </w:r>
    </w:p>
    <w:p>
      <w:r>
        <w:rPr>
          <w:b w:val="0"/>
          <w:sz w:val="20"/>
        </w:rPr>
        <w:t>3. El nuevo inquilino facilita la siguiente documentación al arrendador, que se adjunta como anexos: copia de documento identificativo, justificante de ingresos y/o contrato de trabajo.</w:t>
      </w:r>
    </w:p>
    <w:p/>
    <w:p>
      <w:r>
        <w:rPr>
          <w:b/>
          <w:sz w:val="24"/>
        </w:rPr>
        <w:t>FIANZA Y GARANTÍAS</w:t>
      </w:r>
    </w:p>
    <w:p>
      <w:r>
        <w:rPr>
          <w:b w:val="0"/>
          <w:sz w:val="20"/>
        </w:rPr>
        <w:t>En caso de modificación de la fianza como consecuencia de la incorporación del nuevo inquilino, las partes acuerdan actualizar la cuantía de la misma y su depósito según lo dispuesto en la normativa vigente.</w:t>
      </w:r>
    </w:p>
    <w:p/>
    <w:p>
      <w:r>
        <w:rPr>
          <w:b/>
          <w:sz w:val="24"/>
        </w:rPr>
        <w:t>DOMICILIO PARA NOTIFICACIONES</w:t>
      </w:r>
    </w:p>
    <w:p>
      <w:r>
        <w:rPr>
          <w:b w:val="0"/>
          <w:sz w:val="20"/>
        </w:rPr>
        <w:t>A todos los efectos derivados del contrato y del presente Anexo, las partes señalan como domicilio para notificaciones el que figura en el encabezamiento, salvo que se comunique expresamente otro distinto por escrito.</w:t>
      </w:r>
    </w:p>
    <w:p/>
    <w:p>
      <w:r>
        <w:rPr>
          <w:b/>
          <w:sz w:val="24"/>
        </w:rPr>
        <w:t>VIGENCIA</w:t>
      </w:r>
    </w:p>
    <w:p>
      <w:r>
        <w:rPr>
          <w:b w:val="0"/>
          <w:sz w:val="20"/>
        </w:rPr>
        <w:t>El presente Anexo surtirá efectos desde la fecha de su firma y mantendrá su vigencia mientras esté en vigor el contrato de arrendamiento principal.</w:t>
      </w:r>
    </w:p>
    <w:p/>
    <w:p>
      <w:r>
        <w:rPr>
          <w:b w:val="0"/>
          <w:sz w:val="20"/>
        </w:rPr>
        <w:t>En prueba de conformidad y aceptación, firman el presente Anexo todas las partes intervinientes, incorporándose al contrato de arrendamiento principal.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ARRENDADOR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EL/LOS ARRENDATARIO/S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</w:tr>
    </w:tbl>
    <w:p/>
    <w:p/>
    <w:p>
      <w:r>
        <w:rPr>
          <w:b/>
          <w:sz w:val="20"/>
        </w:rPr>
        <w:t>Nuevo Inquilino:</w:t>
      </w:r>
    </w:p>
    <w:p/>
    <w:p>
      <w:r>
        <w:rPr>
          <w:b w:val="0"/>
          <w:sz w:val="20"/>
        </w:rPr>
        <w:t>Fdo.: _________________________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https://experto-contratos.com/anexo-contrato-alquiler-anadir-inquilino/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https://experto-contratos.com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experto-contratos.com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ontratos.com/anexo-contrato-alquiler-anadir-inquilino/" TargetMode="External"/><Relationship Id="rId10" Type="http://schemas.openxmlformats.org/officeDocument/2006/relationships/hyperlink" Target="https://experto-contra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