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ANEXO AL CONTRATO DE ARRENDAMIENTO</w:t>
      </w:r>
    </w:p>
    <w:p>
      <w:pPr>
        <w:jc w:val="center"/>
      </w:pPr>
      <w:r>
        <w:rPr>
          <w:b w:val="0"/>
          <w:sz w:val="28"/>
        </w:rPr>
        <w:t>CAMBIO DE ARRENDADOR POR FALLECIMIENTO</w:t>
      </w:r>
    </w:p>
    <w:p/>
    <w:p/>
    <w:p>
      <w:r>
        <w:rPr>
          <w:b/>
          <w:sz w:val="24"/>
        </w:rPr>
        <w:t>REUNIDOS</w:t>
      </w:r>
    </w:p>
    <w:p>
      <w:r>
        <w:rPr>
          <w:b w:val="0"/>
          <w:sz w:val="20"/>
        </w:rPr>
        <w:t>De una parte, como ARRENDADOR/A:</w:t>
      </w:r>
    </w:p>
    <w:p>
      <w:r>
        <w:rPr>
          <w:b w:val="0"/>
          <w:sz w:val="20"/>
        </w:rPr>
        <w:t>Nombre y apellidos: ______________________________________________</w:t>
      </w:r>
    </w:p>
    <w:p>
      <w:r>
        <w:rPr>
          <w:b w:val="0"/>
          <w:sz w:val="20"/>
        </w:rPr>
        <w:t>DNI/NIE: __________________________</w:t>
      </w:r>
    </w:p>
    <w:p>
      <w:r>
        <w:rPr>
          <w:b w:val="0"/>
          <w:sz w:val="20"/>
        </w:rPr>
        <w:t>Domicilio: ______________________________________________________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Y de otra, como ARRENDATARIO/A:</w:t>
      </w:r>
    </w:p>
    <w:p>
      <w:r>
        <w:rPr>
          <w:b w:val="0"/>
          <w:sz w:val="20"/>
        </w:rPr>
        <w:t>Nombre y apellidos: ______________________________________________</w:t>
      </w:r>
    </w:p>
    <w:p>
      <w:r>
        <w:rPr>
          <w:b w:val="0"/>
          <w:sz w:val="20"/>
        </w:rPr>
        <w:t>DNI/NIE: __________________________</w:t>
      </w:r>
    </w:p>
    <w:p>
      <w:r>
        <w:rPr>
          <w:b w:val="0"/>
          <w:sz w:val="20"/>
        </w:rPr>
        <w:t>Domicilio: ______________________________________________________</w:t>
      </w:r>
    </w:p>
    <w:p>
      <w:r>
        <w:rPr>
          <w:b w:val="0"/>
          <w:sz w:val="20"/>
        </w:rPr>
      </w:r>
    </w:p>
    <w:p/>
    <w:p>
      <w:r>
        <w:rPr>
          <w:b w:val="0"/>
          <w:sz w:val="20"/>
        </w:rPr>
        <w:t>Ambas partes se reconocen la capacidad legal necesaria para formalizar el presente Anexo de Cambio de Arrendador al Contrato de Arrendamiento suscrito entre las mismas y, a tal efecto,</w:t>
      </w:r>
    </w:p>
    <w:p/>
    <w:p>
      <w:r>
        <w:rPr>
          <w:b/>
          <w:sz w:val="24"/>
        </w:rPr>
        <w:t>EXPONEN</w:t>
      </w:r>
    </w:p>
    <w:p>
      <w:r>
        <w:rPr>
          <w:b w:val="0"/>
          <w:sz w:val="20"/>
        </w:rPr>
        <w:t>I. Que con fecha ___________________ fue suscrito un contrato de arrendamiento sobre la vivienda sita en ____________________________________________________________.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II. Que en dicho contrato figuraba como ARRENDADOR/A: ________________________________________________________, con DNI/NIE número __________________________.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III. Que tras el fallecimiento del anterior arrendador/a, la condición de arrendador/a ha pasado a:</w:t>
      </w:r>
    </w:p>
    <w:p>
      <w:r>
        <w:rPr>
          <w:b w:val="0"/>
          <w:sz w:val="20"/>
        </w:rPr>
        <w:t>Nombre y apellidos: ______________________________________________</w:t>
      </w:r>
    </w:p>
    <w:p>
      <w:r>
        <w:rPr>
          <w:b w:val="0"/>
          <w:sz w:val="20"/>
        </w:rPr>
        <w:t>DNI/NIE: __________________________</w:t>
      </w:r>
    </w:p>
    <w:p>
      <w:r>
        <w:rPr>
          <w:b w:val="0"/>
          <w:sz w:val="20"/>
        </w:rPr>
        <w:t>Domicilio: ______________________________________________________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IV. Que ambas partes desean dejar constancia expresa de este cambio de titularidad en la posición de arrendador/a, manteniéndose en vigor todas las cláusulas y condiciones pactadas en el contrato original, salvo las que expresamente se modifiquen por el presente Anexo.</w:t>
      </w:r>
    </w:p>
    <w:p>
      <w:r>
        <w:rPr>
          <w:b w:val="0"/>
          <w:sz w:val="20"/>
        </w:rPr>
      </w:r>
    </w:p>
    <w:p/>
    <w:p>
      <w:r>
        <w:rPr>
          <w:b/>
          <w:sz w:val="24"/>
        </w:rPr>
        <w:t>ACUERDAN</w:t>
      </w:r>
    </w:p>
    <w:p>
      <w:r>
        <w:rPr>
          <w:b w:val="0"/>
          <w:sz w:val="20"/>
        </w:rPr>
        <w:t>PRIMERO.- El/la nuevo/a arrendador/a se subroga en todos los derechos y obligaciones derivados del contrato de arrendamiento suscrito en fecha ____________, sustituyendo al anterior arrendador/a fallecido/a, manteniéndose vigente el resto de los pactos y condiciones del contrato, salvo lo expresamente modificado en este Anexo.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SEGUNDO.- El/la arrendatario/a reconoce al/la nuevo/a arrendador/a como legítimo titular de la vivienda y acepta el cambio de titularidad, obligándose a realizar los pagos de renta y demás obligaciones contractuales a favor del/la nuevo/a arrendador/a, en la cuenta bancaria y domicilio que se indican a continuación: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Entidad bancaria: ________________________________________________</w:t>
      </w:r>
    </w:p>
    <w:p>
      <w:r>
        <w:rPr>
          <w:b w:val="0"/>
          <w:sz w:val="20"/>
        </w:rPr>
        <w:t>IBAN: _________________________________________________________</w:t>
      </w:r>
    </w:p>
    <w:p>
      <w:r>
        <w:rPr>
          <w:b w:val="0"/>
          <w:sz w:val="20"/>
        </w:rPr>
        <w:t>Domicilio para notificaciones: ___________________________________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TERCERO.- El presente Anexo forma parte integrante del contrato de arrendamiento original, a todos los efectos legales, debiendo adjuntarse al mismo.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CUARTO.- Las partes manifiestan su conformidad con el contenido del presente Anexo y lo firman por duplicado ejemplar y a un solo efecto.</w:t>
      </w:r>
    </w:p>
    <w:p>
      <w:r>
        <w:rPr>
          <w:b w:val="0"/>
          <w:sz w:val="20"/>
        </w:rPr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El/la Arrendador/a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El/la Arrendatario/a</w:t>
            </w:r>
          </w:p>
        </w:tc>
      </w:tr>
    </w:tbl>
    <w:p/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https://experto-contratos.com/anexo-contrato-arrendamiento-cambio-arrendador-por-fallecimiento/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https://experto-contratos.com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experto-contratos.com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ontratos.com/anexo-contrato-arrendamiento-cambio-arrendador-por-fallecimiento/" TargetMode="External"/><Relationship Id="rId10" Type="http://schemas.openxmlformats.org/officeDocument/2006/relationships/hyperlink" Target="https://experto-contra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