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ANEXO DE SUBROGACIÓN EN CONTRATO DE ARRENDAMIENTO POR DIVORCIO</w:t>
      </w:r>
    </w:p>
    <w:p/>
    <w:p>
      <w:r>
        <w:rPr>
          <w:b w:val="0"/>
          <w:sz w:val="20"/>
        </w:rPr>
        <w:t>Reunidos</w:t>
      </w:r>
    </w:p>
    <w:p>
      <w:r>
        <w:rPr>
          <w:b w:val="0"/>
          <w:sz w:val="20"/>
        </w:rPr>
        <w:t>De una parte, el arrendador: _____________________________________________</w:t>
      </w:r>
    </w:p>
    <w:p>
      <w:r>
        <w:rPr>
          <w:b w:val="0"/>
          <w:sz w:val="20"/>
        </w:rPr>
        <w:t>Con domicilio en: _____________________________________________________</w:t>
      </w:r>
    </w:p>
    <w:p>
      <w:r>
        <w:rPr>
          <w:b w:val="0"/>
          <w:sz w:val="20"/>
        </w:rPr>
        <w:t>Y NIF: ____________________________</w:t>
      </w:r>
    </w:p>
    <w:p/>
    <w:p>
      <w:r>
        <w:rPr>
          <w:b w:val="0"/>
          <w:sz w:val="20"/>
        </w:rPr>
        <w:t>De otra parte, el arrendatario saliente: ________________________________</w:t>
      </w:r>
    </w:p>
    <w:p>
      <w:r>
        <w:rPr>
          <w:b w:val="0"/>
          <w:sz w:val="20"/>
        </w:rPr>
        <w:t>Con domicilio en: _____________________________________________________</w:t>
      </w:r>
    </w:p>
    <w:p>
      <w:r>
        <w:rPr>
          <w:b w:val="0"/>
          <w:sz w:val="20"/>
        </w:rPr>
        <w:t>Y NIF: ____________________________</w:t>
      </w:r>
    </w:p>
    <w:p/>
    <w:p>
      <w:r>
        <w:rPr>
          <w:b w:val="0"/>
          <w:sz w:val="20"/>
        </w:rPr>
        <w:t>Y de otra parte, el arrendatario subrogado: _____________________________</w:t>
      </w:r>
    </w:p>
    <w:p>
      <w:r>
        <w:rPr>
          <w:b w:val="0"/>
          <w:sz w:val="20"/>
        </w:rPr>
        <w:t>Con domicilio en: _____________________________________________________</w:t>
      </w:r>
    </w:p>
    <w:p>
      <w:r>
        <w:rPr>
          <w:b w:val="0"/>
          <w:sz w:val="20"/>
        </w:rPr>
        <w:t>Y NIF: ____________________________</w:t>
      </w:r>
    </w:p>
    <w:p/>
    <w:p>
      <w:r>
        <w:rPr>
          <w:b w:val="0"/>
          <w:sz w:val="20"/>
        </w:rPr>
        <w:t>Ambas partes se reconocen capacidad legal suficiente para otorgar el presente anexo de subrogación al contrato de arrendamiento y, a tal efecto,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en fecha __________ las partes suscribieron un contrato de arrendamiento sobre la vivienda sita en:</w:t>
      </w:r>
    </w:p>
    <w:p>
      <w:r>
        <w:rPr>
          <w:b w:val="0"/>
          <w:sz w:val="20"/>
        </w:rPr>
        <w:t>Dirección: ____________________________________________________________</w:t>
      </w:r>
    </w:p>
    <w:p>
      <w:r>
        <w:rPr>
          <w:b w:val="0"/>
          <w:sz w:val="20"/>
        </w:rPr>
        <w:t>Referencia catastral: _________________________________________________</w:t>
      </w:r>
    </w:p>
    <w:p>
      <w:r>
        <w:rPr>
          <w:b w:val="0"/>
          <w:sz w:val="20"/>
        </w:rPr>
        <w:t>II. Que como consecuencia de la sentencia/auto de divorcio con fecha __________ dictada por el Juzgado número ____ de __________, recaída en el procedimiento número __________, se atribuye el uso de la vivienda arrendada a:</w:t>
      </w:r>
    </w:p>
    <w:p>
      <w:r>
        <w:rPr>
          <w:b w:val="0"/>
          <w:sz w:val="20"/>
        </w:rPr>
        <w:t>Nombre del beneficiario: ______________________________________________</w:t>
      </w:r>
    </w:p>
    <w:p>
      <w:r>
        <w:rPr>
          <w:b w:val="0"/>
          <w:sz w:val="20"/>
        </w:rPr>
        <w:t>III. Que el arrendatario saliente y el arrendatario subrogado desean formalizar la subrogación en los términos establecidos por la Ley de Arrendamientos Urbanos, y el arrendador manifiesta su conformidad a la misma.</w:t>
      </w:r>
    </w:p>
    <w:p/>
    <w:p>
      <w:r>
        <w:rPr>
          <w:b/>
          <w:sz w:val="24"/>
        </w:rPr>
        <w:t>ACUERDAN</w:t>
      </w:r>
    </w:p>
    <w:p>
      <w:r>
        <w:rPr>
          <w:b w:val="0"/>
          <w:sz w:val="20"/>
        </w:rPr>
        <w:t>PRIMERO.- Que el arrendatario subrogado queda subrogado en todos los derechos y obligaciones derivados del contrato de arrendamiento suscrito en fecha __________, pasando a ocupar la posición de arrendatario a todos los efectos legales.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SEGUNDO.- Que el arrendatario saliente renuncia expresamente a cualquier derecho u obligación respecto a la vivienda arrendada y libera al arrendador y al arrendatario subrogado de cualquier responsabilidad derivada del contrato a partir de la firma del presente anexo.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TERCERO.- Que el arrendatario subrogado declara conocer y aceptar todas y cada una de las cláusulas y condiciones del contrato de arrendamiento original, comprometiéndose a su íntegro cumplimiento.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CUARTO.- Que el arrendador manifiesta su conformidad con la presente subrogación, reconociendo como nuevo arrendatario a la persona antes identificada.</w:t>
      </w:r>
    </w:p>
    <w:p/>
    <w:p>
      <w:r>
        <w:rPr>
          <w:b w:val="0"/>
          <w:sz w:val="20"/>
        </w:rPr>
        <w:t>Y para que así conste, firman el presente anexo de subrogación en el lugar y fecha indicados, en tres ejemplares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EL ARRENDADOR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EL ARRENDATARIO SALIENTE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EL ARRENDATARIO SUBROGADO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https://experto-contratos.com/anexo-subrogacion-contrato-arrendamiento-por-divorcio/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anexo-subrogacion-contrato-arrendamiento-por-divorci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