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PRECONTRATO DE TRABAJO - ARRAIGO SOCIAL</w:t>
      </w:r>
    </w:p>
    <w:p>
      <w:pPr>
        <w:jc w:val="center"/>
      </w:pPr>
      <w:r>
        <w:rPr>
          <w:b w:val="0"/>
          <w:sz w:val="28"/>
        </w:rPr>
        <w:t>EMPLEADA DE HOGAR</w:t>
      </w:r>
    </w:p>
    <w:p/>
    <w:p>
      <w:r>
        <w:rPr>
          <w:b/>
          <w:sz w:val="24"/>
        </w:rPr>
        <w:t>REUNIDOS</w:t>
      </w:r>
    </w:p>
    <w:p>
      <w:r>
        <w:rPr>
          <w:b w:val="0"/>
          <w:sz w:val="20"/>
        </w:rPr>
        <w:t>De una parte, el empleador/a:</w:t>
      </w:r>
    </w:p>
    <w:p>
      <w:r>
        <w:rPr>
          <w:b w:val="0"/>
          <w:sz w:val="20"/>
        </w:rPr>
        <w:t>Nombre y apellidos: ___________________________________________</w:t>
      </w:r>
    </w:p>
    <w:p>
      <w:r>
        <w:rPr>
          <w:b w:val="0"/>
          <w:sz w:val="20"/>
        </w:rPr>
        <w:t>DNI/NIE: __________________________</w:t>
      </w:r>
    </w:p>
    <w:p>
      <w:r>
        <w:rPr>
          <w:b w:val="0"/>
          <w:sz w:val="20"/>
        </w:rPr>
        <w:t>Domicilio: _____________________________________________________</w:t>
      </w:r>
    </w:p>
    <w:p>
      <w:r>
        <w:rPr>
          <w:b w:val="0"/>
          <w:sz w:val="20"/>
        </w:rPr>
        <w:t>Teléfono: _____________________   Email: ________________________</w:t>
      </w:r>
    </w:p>
    <w:p/>
    <w:p>
      <w:r>
        <w:rPr>
          <w:b w:val="0"/>
          <w:sz w:val="20"/>
        </w:rPr>
        <w:t>Y de otra parte, la trabajadora:</w:t>
      </w:r>
    </w:p>
    <w:p>
      <w:r>
        <w:rPr>
          <w:b w:val="0"/>
          <w:sz w:val="20"/>
        </w:rPr>
        <w:t>Nombre y apellidos: ___________________________________________</w:t>
      </w:r>
    </w:p>
    <w:p>
      <w:r>
        <w:rPr>
          <w:b w:val="0"/>
          <w:sz w:val="20"/>
        </w:rPr>
        <w:t>NIE/Pasaporte: _______________________</w:t>
      </w:r>
    </w:p>
    <w:p>
      <w:r>
        <w:rPr>
          <w:b w:val="0"/>
          <w:sz w:val="20"/>
        </w:rPr>
        <w:t>Nacionalidad: ________________________</w:t>
      </w:r>
    </w:p>
    <w:p>
      <w:r>
        <w:rPr>
          <w:b w:val="0"/>
          <w:sz w:val="20"/>
        </w:rPr>
        <w:t>Domicilio: _____________________________________________________</w:t>
      </w:r>
    </w:p>
    <w:p>
      <w:r>
        <w:rPr>
          <w:b w:val="0"/>
          <w:sz w:val="20"/>
        </w:rPr>
        <w:t>Teléfono: _____________________   Email: ________________________</w:t>
      </w:r>
    </w:p>
    <w:p/>
    <w:p>
      <w:r>
        <w:rPr>
          <w:b/>
          <w:sz w:val="24"/>
        </w:rPr>
        <w:t>EXPONEN</w:t>
      </w:r>
    </w:p>
    <w:p>
      <w:r>
        <w:rPr>
          <w:b w:val="0"/>
          <w:sz w:val="20"/>
        </w:rPr>
        <w:t>Que ambas partes, libres y voluntariamente, acuerdan formalizar el presente precontrato de trabajo a efectos de la tramitación de la autorización de residencia por circunstancias excepcionales de Arraigo Social, conforme a lo dispuesto en el artículo 124.2 del Reglamento de Extranjería.</w:t>
      </w:r>
    </w:p>
    <w:p/>
    <w:p>
      <w:r>
        <w:rPr>
          <w:b/>
          <w:sz w:val="24"/>
        </w:rPr>
        <w:t>CLÁUSULAS</w:t>
      </w:r>
    </w:p>
    <w:p>
      <w:r>
        <w:rPr>
          <w:b/>
          <w:sz w:val="20"/>
        </w:rPr>
        <w:t>PRIMERA.- OBJETO DEL PRECONTRATO</w:t>
      </w:r>
    </w:p>
    <w:p>
      <w:r>
        <w:rPr>
          <w:b w:val="0"/>
          <w:sz w:val="20"/>
        </w:rPr>
        <w:t>El presente precontrato tiene por objeto la futura contratación laboral de la trabajadora en el Régimen Especial de Empleados de Hogar, para la realización de tareas domésticas y/o cuidado de personas en el domicilio del empleador/a.</w:t>
      </w:r>
    </w:p>
    <w:p/>
    <w:p>
      <w:r>
        <w:rPr>
          <w:b/>
          <w:sz w:val="20"/>
        </w:rPr>
        <w:t>SEGUNDA.- JORNADA Y HORARIO</w:t>
      </w:r>
    </w:p>
    <w:p>
      <w:r>
        <w:rPr>
          <w:b w:val="0"/>
          <w:sz w:val="20"/>
        </w:rPr>
        <w:t>La jornada laboral será de ___________ horas semanales, distribuidas de la siguiente forma: _______________________________________________________________</w:t>
      </w:r>
    </w:p>
    <w:p/>
    <w:p>
      <w:r>
        <w:rPr>
          <w:b/>
          <w:sz w:val="20"/>
        </w:rPr>
        <w:t>TERCERA.- DURACIÓN DEL CONTRATO</w:t>
      </w:r>
    </w:p>
    <w:p>
      <w:r>
        <w:rPr>
          <w:b w:val="0"/>
          <w:sz w:val="20"/>
        </w:rPr>
        <w:t>El contrato de trabajo tendrá una duración de, al menos, un año, a partir del alta en Seguridad Social y la obtención de la correspondiente autorización administrativa.</w:t>
      </w:r>
    </w:p>
    <w:p/>
    <w:p>
      <w:r>
        <w:rPr>
          <w:b/>
          <w:sz w:val="20"/>
        </w:rPr>
        <w:t>CUARTA.- RETRIBUCIÓN</w:t>
      </w:r>
    </w:p>
    <w:p>
      <w:r>
        <w:rPr>
          <w:b w:val="0"/>
          <w:sz w:val="20"/>
        </w:rPr>
        <w:t>La retribución acordada será de ____________ euros mensuales en concepto de salario bruto, incluyendo la parte proporcional de pagas extraordinarias, sin que en ningún caso sea inferior al salario mínimo interprofesional vigente, conforme a la normativa aplicable.</w:t>
      </w:r>
    </w:p>
    <w:p/>
    <w:p>
      <w:r>
        <w:rPr>
          <w:b/>
          <w:sz w:val="20"/>
        </w:rPr>
        <w:t>QUINTA.- RÉGIMEN JURÍDICO</w:t>
      </w:r>
    </w:p>
    <w:p>
      <w:r>
        <w:rPr>
          <w:b w:val="0"/>
          <w:sz w:val="20"/>
        </w:rPr>
        <w:t>La relación laboral se regirá por lo dispuesto en el Real Decreto 1620/2011, de 14 de noviembre, por el que se regula la relación laboral de carácter especial del servicio del hogar familiar, así como por la normativa laboral general y de Seguridad Social que resulte aplicable.</w:t>
      </w:r>
    </w:p>
    <w:p/>
    <w:p>
      <w:r>
        <w:rPr>
          <w:b/>
          <w:sz w:val="20"/>
        </w:rPr>
        <w:t>SEXTA.- ALTA Y COTIZACIÓN A LA SEGURIDAD SOCIAL</w:t>
      </w:r>
    </w:p>
    <w:p>
      <w:r>
        <w:rPr>
          <w:b w:val="0"/>
          <w:sz w:val="20"/>
        </w:rPr>
        <w:t>El empleador/a se compromete a dar de alta a la trabajadora en el Régimen General de la Seguridad Social, Sistema Especial para Empleados de Hogar, en el momento en que obtenga la autorización administrativa de residencia y trabajo, asumiendo el pago de las cuotas correspondientes según la normativa vigente.</w:t>
      </w:r>
    </w:p>
    <w:p/>
    <w:p>
      <w:r>
        <w:rPr>
          <w:b/>
          <w:sz w:val="20"/>
        </w:rPr>
        <w:t>SÉPTIMA.- VACACIONES Y DESCANSOS</w:t>
      </w:r>
    </w:p>
    <w:p>
      <w:r>
        <w:rPr>
          <w:b w:val="0"/>
          <w:sz w:val="20"/>
        </w:rPr>
        <w:t>La trabajadora tendrá derecho a disfrutar de al menos 30 días naturales de vacaciones anuales retribuidas, así como los descansos establecidos legalmente.</w:t>
      </w:r>
    </w:p>
    <w:p/>
    <w:p>
      <w:r>
        <w:rPr>
          <w:b/>
          <w:sz w:val="20"/>
        </w:rPr>
        <w:t>OCTAVA.- OTRAS CONDICIONES</w:t>
      </w:r>
    </w:p>
    <w:p>
      <w:r>
        <w:rPr>
          <w:b w:val="0"/>
          <w:sz w:val="20"/>
        </w:rPr>
        <w:t>Las partes podrán acordar otras condiciones laborales que no contradigan la normativa vigente, dejando constancia de ellas en el contrato definitivo que se suscribirá en el momento de formalizar la relación laboral.</w:t>
      </w:r>
    </w:p>
    <w:p/>
    <w:p>
      <w:r>
        <w:rPr>
          <w:b/>
          <w:sz w:val="20"/>
        </w:rPr>
        <w:t>NOVENA.- COMPROMISO DE FORMALIZACIÓN</w:t>
      </w:r>
    </w:p>
    <w:p>
      <w:r>
        <w:rPr>
          <w:b w:val="0"/>
          <w:sz w:val="20"/>
        </w:rPr>
        <w:t>Ambas partes se comprometen a suscribir el contrato de trabajo definitivo en las condiciones aquí establecidas, una vez concedida la autorización administrativa correspondiente para la residencia y trabajo de la trabajadora.</w:t>
      </w:r>
    </w:p>
    <w:p/>
    <w:p>
      <w:r>
        <w:rPr>
          <w:b/>
          <w:sz w:val="20"/>
        </w:rPr>
        <w:t>DÉCIMA.- VALIDEZ DEL PRECONTRATO</w:t>
      </w:r>
    </w:p>
    <w:p>
      <w:r>
        <w:rPr>
          <w:b w:val="0"/>
          <w:sz w:val="20"/>
        </w:rPr>
        <w:t>Este precontrato sólo será válido a efectos administrativos para la tramitación del expediente de arraigo social y no generará derechos ni obligaciones laborales entre las partes hasta la obtención de la autorización de residencia y trabajo.</w:t>
      </w:r>
    </w:p>
    <w:p/>
    <w:p>
      <w:r>
        <w:rPr>
          <w:b w:val="0"/>
          <w:sz w:val="20"/>
        </w:rPr>
        <w:t>Leído el presente precontrato, ambas partes lo firman por duplicado ejemplar, a un solo efecto.</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EL EMPLEADOR/A</w:t>
            </w:r>
          </w:p>
        </w:tc>
        <w:tc>
          <w:tcPr>
            <w:tcW w:type="dxa" w:w="4986"/>
          </w:tcPr>
          <w:p>
            <w:pPr>
              <w:jc w:val="center"/>
            </w:pPr>
            <w:r>
              <w:rPr>
                <w:b/>
              </w:rPr>
              <w:t>LA TRABAJADORA</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Fdo.: _________________________</w:t>
            </w:r>
          </w:p>
        </w:tc>
        <w:tc>
          <w:tcPr>
            <w:tcW w:type="dxa" w:w="4986"/>
          </w:tcPr>
          <w:p>
            <w:pPr>
              <w:jc w:val="center"/>
            </w:pPr>
            <w:r>
              <w:t>Fdo.: _________________________</w:t>
            </w:r>
          </w:p>
        </w:tc>
      </w:tr>
    </w:tbl>
    <w:p>
      <w:r>
        <w:br w:type="page"/>
      </w:r>
    </w:p>
    <w:p>
      <w:pPr>
        <w:jc w:val="center"/>
      </w:pPr>
      <w:r>
        <w:rPr>
          <w:color w:val="555555"/>
          <w:sz w:val="24"/>
        </w:rPr>
        <w:t>Fuente original del documento:</w:t>
      </w:r>
    </w:p>
    <w:p>
      <w:pPr>
        <w:jc w:val="center"/>
      </w:pPr>
      <w:hyperlink r:id="rId9">
        <w:r>
          <w:rPr>
            <w:color w:val="0000FF"/>
            <w:u w:val="single"/>
          </w:rPr>
          <w:t>https://experto-contratos.com/arraigo-social-precontrato-empleada-hogar-extranjera/</w:t>
        </w:r>
      </w:hyperlink>
    </w:p>
    <w:p>
      <w:pPr>
        <w:jc w:val="center"/>
      </w:pPr>
      <w:r>
        <w:rPr>
          <w:color w:val="555555"/>
          <w:sz w:val="26"/>
        </w:rPr>
        <w:t>¿Te ha resultado útil esta plantilla?</w:t>
      </w:r>
    </w:p>
    <w:p>
      <w:pPr>
        <w:jc w:val="center"/>
      </w:pPr>
      <w:r>
        <w:rPr>
          <w:color w:val="555555"/>
          <w:sz w:val="26"/>
        </w:rPr>
        <w:t>Descubre más documentos actualizados en:</w:t>
      </w:r>
    </w:p>
    <w:p>
      <w:pPr>
        <w:jc w:val="center"/>
      </w:pPr>
      <w:hyperlink r:id="rId10">
        <w:r>
          <w:rPr>
            <w:color w:val="0000FF"/>
            <w:u w:val="single"/>
          </w:rPr>
          <w:t>https://experto-contratos.com</w:t>
        </w:r>
      </w:hyperlink>
    </w:p>
    <w:p>
      <w:pPr>
        <w:jc w:val="center"/>
      </w:pPr>
      <w:r>
        <w:rPr>
          <w:color w:val="808080"/>
          <w:sz w:val="20"/>
        </w:rPr>
        <w:t>Plantilla de uso personal y gratuito. Prohibido su uso comercial.</w:t>
        <w:br/>
        <w:t>Si se comparte o publica, debe mencionarse la fuente. © experto-contratos.com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xperto-contratos.com/arraigo-social-precontrato-empleada-hogar-extranjera/" TargetMode="External"/><Relationship Id="rId10" Type="http://schemas.openxmlformats.org/officeDocument/2006/relationships/hyperlink" Target="https://experto-contrato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