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CESIÓN DE CONTRATO DE ARRENDAMIENTO DE LOCAL COMERCIAL</w:t>
      </w:r>
    </w:p>
    <w:p/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 ARRENDADOR:</w:t>
      </w:r>
    </w:p>
    <w:p>
      <w:r>
        <w:rPr>
          <w:b w:val="0"/>
          <w:sz w:val="20"/>
        </w:rPr>
        <w:t>Nombre o razón social: ______________________________________________</w:t>
      </w:r>
    </w:p>
    <w:p>
      <w:r>
        <w:rPr>
          <w:b w:val="0"/>
          <w:sz w:val="20"/>
        </w:rPr>
        <w:t>DNI/NIF: ________________________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 w:val="0"/>
          <w:sz w:val="20"/>
        </w:rPr>
        <w:t>De otra parte, el ARRENDATARIO (CEDENTE):</w:t>
      </w:r>
    </w:p>
    <w:p>
      <w:r>
        <w:rPr>
          <w:b w:val="0"/>
          <w:sz w:val="20"/>
        </w:rPr>
        <w:t>Nombre o razón social: ______________________________________________</w:t>
      </w:r>
    </w:p>
    <w:p>
      <w:r>
        <w:rPr>
          <w:b w:val="0"/>
          <w:sz w:val="20"/>
        </w:rPr>
        <w:t>DNI/NIF: ________________________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 w:val="0"/>
          <w:sz w:val="20"/>
        </w:rPr>
        <w:t>Y de otra parte, el CESIONARIO:</w:t>
      </w:r>
    </w:p>
    <w:p>
      <w:r>
        <w:rPr>
          <w:b w:val="0"/>
          <w:sz w:val="20"/>
        </w:rPr>
        <w:t>Nombre o razón social: ______________________________________________</w:t>
      </w:r>
    </w:p>
    <w:p>
      <w:r>
        <w:rPr>
          <w:b w:val="0"/>
          <w:sz w:val="20"/>
        </w:rPr>
        <w:t>DNI/NIF: ________________________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/>
          <w:sz w:val="24"/>
        </w:rPr>
        <w:t>EXPONEN</w:t>
      </w:r>
    </w:p>
    <w:p>
      <w:r>
        <w:rPr>
          <w:b w:val="0"/>
          <w:sz w:val="20"/>
        </w:rPr>
        <w:t>I. Que el Arrendador y el Arrendatario (Cedente) celebraron un contrato de arrendamiento sobre el local comercial situado en:</w:t>
      </w:r>
    </w:p>
    <w:p>
      <w:r>
        <w:rPr>
          <w:b w:val="0"/>
          <w:sz w:val="20"/>
        </w:rPr>
        <w:t>Dirección: ______________________________________________________</w:t>
      </w:r>
    </w:p>
    <w:p>
      <w:r>
        <w:rPr>
          <w:b w:val="0"/>
          <w:sz w:val="20"/>
        </w:rPr>
        <w:t>Referencia catastral: ____________________________________________</w:t>
      </w:r>
    </w:p>
    <w:p>
      <w:r>
        <w:rPr>
          <w:b w:val="0"/>
          <w:sz w:val="20"/>
        </w:rPr>
        <w:t>con fecha de inicio: __________________, por un plazo de ___________, y con las restantes condiciones pactadas en dicho contrato.</w:t>
      </w:r>
    </w:p>
    <w:p/>
    <w:p>
      <w:r>
        <w:rPr>
          <w:b w:val="0"/>
          <w:sz w:val="20"/>
        </w:rPr>
        <w:t>II. Que el Arrendatario (Cedente) desea ceder a favor del Cesionario su posición contractual en el referido contrato de arrendamiento, y el Cesionario manifiesta su interés en subrogarse en todos los derechos y obligaciones derivados del mismo.</w:t>
      </w:r>
    </w:p>
    <w:p/>
    <w:p>
      <w:r>
        <w:rPr>
          <w:b w:val="0"/>
          <w:sz w:val="20"/>
        </w:rPr>
        <w:t>III. Que el Arrendador presta su consentimiento expreso para la presente cesión del contrato, en cumplimiento de lo dispuesto en la legislación aplicable y en el propio contrato de arrendamiento.</w:t>
      </w:r>
    </w:p>
    <w:p/>
    <w:p>
      <w:r>
        <w:rPr>
          <w:b/>
          <w:sz w:val="24"/>
        </w:rPr>
        <w:t>ACUERDAN</w:t>
      </w:r>
    </w:p>
    <w:p/>
    <w:p>
      <w:r>
        <w:rPr>
          <w:b/>
          <w:sz w:val="20"/>
        </w:rPr>
        <w:t>PRIMERA.- CESIÓN DEL CONTRATO</w:t>
      </w:r>
    </w:p>
    <w:p>
      <w:r>
        <w:rPr>
          <w:b w:val="0"/>
          <w:sz w:val="20"/>
        </w:rPr>
        <w:t>El Arrendatario (Cedente) cede y transmite al Cesionario todos los derechos y obligaciones que le corresponden en virtud del contrato de arrendamiento del local comercial descrito, quedando el Cesionario subrogado en la posición contractual del Cedente desde la firma del presente documento.</w:t>
      </w:r>
    </w:p>
    <w:p/>
    <w:p>
      <w:r>
        <w:rPr>
          <w:b/>
          <w:sz w:val="20"/>
        </w:rPr>
        <w:t>SEGUNDA.- CONSENTIMIENTO DEL ARRENDADOR</w:t>
      </w:r>
    </w:p>
    <w:p>
      <w:r>
        <w:rPr>
          <w:b w:val="0"/>
          <w:sz w:val="20"/>
        </w:rPr>
        <w:t>El Arrendador manifiesta su conformidad y otorga su consentimiento expreso a la presente cesión, reconociendo al Cesionario como nuevo Arrendatario del local comercial objeto del contrato.</w:t>
      </w:r>
    </w:p>
    <w:p/>
    <w:p>
      <w:r>
        <w:rPr>
          <w:b/>
          <w:sz w:val="20"/>
        </w:rPr>
        <w:t>TERCERA.- SITUACIÓN DEL CONTRATO</w:t>
      </w:r>
    </w:p>
    <w:p>
      <w:r>
        <w:rPr>
          <w:b w:val="0"/>
          <w:sz w:val="20"/>
        </w:rPr>
        <w:t>El Cesionario declara conocer y aceptar todas las condiciones, cláusulas, derechos y obligaciones derivadas del contrato de arrendamiento, obligándose a cumplirlas íntegramente a partir de la fecha de la cesión. El Cedente manifiesta que, a la fecha de la cesión, se encuentra al corriente de pago de la renta y demás obligaciones contractuales.</w:t>
      </w:r>
    </w:p>
    <w:p/>
    <w:p>
      <w:r>
        <w:rPr>
          <w:b/>
          <w:sz w:val="20"/>
        </w:rPr>
        <w:t>CUARTA.- FIANZA Y GARANTÍAS</w:t>
      </w:r>
    </w:p>
    <w:p>
      <w:r>
        <w:rPr>
          <w:b w:val="0"/>
          <w:sz w:val="20"/>
        </w:rPr>
        <w:t>La fianza depositada y las garantías constituidas por el Cedente en virtud del contrato de arrendamiento serán transferidas al Cesionario, quien se responsabiliza de su mantenimiento y actualización conforme a lo pactado y a la normativa vigente.</w:t>
      </w:r>
    </w:p>
    <w:p/>
    <w:p>
      <w:r>
        <w:rPr>
          <w:b/>
          <w:sz w:val="20"/>
        </w:rPr>
        <w:t>QUINTA.- RENTA Y FORMAS DE PAGO</w:t>
      </w:r>
    </w:p>
    <w:p>
      <w:r>
        <w:rPr>
          <w:b w:val="0"/>
          <w:sz w:val="20"/>
        </w:rPr>
        <w:t>El Cesionario se compromete a abonar al Arrendador la renta mensual y demás cantidades previstas en el contrato de arrendamiento, en la forma, cuantía y plazos establecidos en el mismo.</w:t>
      </w:r>
    </w:p>
    <w:p/>
    <w:p>
      <w:r>
        <w:rPr>
          <w:b/>
          <w:sz w:val="20"/>
        </w:rPr>
        <w:t>SEXTA.- GASTOS Y TRIBUTOS</w:t>
      </w:r>
    </w:p>
    <w:p>
      <w:r>
        <w:rPr>
          <w:b w:val="0"/>
          <w:sz w:val="20"/>
        </w:rPr>
        <w:t>Todos los gastos e impuestos derivados de la presente cesión serán de cuenta del Cesionario, incluidos los que pudieran corresponder al Cedente y/o al Arrendador conforme a la normativa fiscal vigente.</w:t>
      </w:r>
    </w:p>
    <w:p/>
    <w:p>
      <w:r>
        <w:rPr>
          <w:b/>
          <w:sz w:val="20"/>
        </w:rPr>
        <w:t>SÉPTIMA.- NOTIFICACIONES</w:t>
      </w:r>
    </w:p>
    <w:p>
      <w:r>
        <w:rPr>
          <w:b w:val="0"/>
          <w:sz w:val="20"/>
        </w:rPr>
        <w:t>Todas las notificaciones relacionadas con el presente acuerdo se realizarán a las direcciones indicadas al inicio de este documento, salvo que alguna de las partes comunique por escrito un domicilio diferente.</w:t>
      </w:r>
    </w:p>
    <w:p/>
    <w:p>
      <w:r>
        <w:rPr>
          <w:b/>
          <w:sz w:val="20"/>
        </w:rPr>
        <w:t>OCTAVA.- LEGISLACIÓN Y JURISDICCIÓN</w:t>
      </w:r>
    </w:p>
    <w:p>
      <w:r>
        <w:rPr>
          <w:b w:val="0"/>
          <w:sz w:val="20"/>
        </w:rPr>
        <w:t>El presente acuerdo se regirá por lo establecido en el contrato de arrendamiento, por la Ley vigente y demás normativa aplicable. Para la resolución de cualquier controversia, las partes se someten expresamente a los Juzgados y Tribunales correspondientes al lugar de situación del local.</w:t>
      </w:r>
    </w:p>
    <w:p/>
    <w:p>
      <w:r>
        <w:rPr>
          <w:b w:val="0"/>
          <w:sz w:val="20"/>
        </w:rPr>
        <w:t>Y en prueba de conformidad, firman el presente documento de cesión de contrato de arrendamiento de local comercial por triplicado ejemplar y a un solo efecto, en el lugar y fecha al inicio indicados.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EL ARRENDADOR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EL CEDENTE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</w:rPr>
              <w:t>EL CESIONARIO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https://experto-contratos.com/cesion-de-contrato-de-arrendamiento-de-local-comercial/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esion-de-contrato-de-arrendamiento-de-local-comercial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