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AGENTE COMERCIAL COMISIONISTA</w:t>
      </w:r>
    </w:p>
    <w:p/>
    <w:p>
      <w:r>
        <w:rPr>
          <w:b/>
          <w:sz w:val="24"/>
        </w:rPr>
        <w:t>REUNIDOS</w:t>
      </w:r>
    </w:p>
    <w:p>
      <w:r>
        <w:rPr>
          <w:b w:val="0"/>
          <w:sz w:val="20"/>
        </w:rPr>
        <w:t>De una parte, la empresa:</w:t>
      </w:r>
    </w:p>
    <w:p>
      <w:r>
        <w:rPr>
          <w:b w:val="0"/>
          <w:sz w:val="20"/>
        </w:rPr>
        <w:t xml:space="preserve">Nombre o razón social: </w:t>
      </w:r>
    </w:p>
    <w:p>
      <w:r>
        <w:rPr>
          <w:b w:val="0"/>
          <w:sz w:val="20"/>
        </w:rPr>
        <w:t xml:space="preserve">Representada por: </w:t>
      </w:r>
    </w:p>
    <w:p>
      <w:r>
        <w:rPr>
          <w:b w:val="0"/>
          <w:sz w:val="20"/>
        </w:rPr>
        <w:t xml:space="preserve">NIF: </w:t>
      </w:r>
    </w:p>
    <w:p>
      <w:r>
        <w:rPr>
          <w:b w:val="0"/>
          <w:sz w:val="20"/>
        </w:rPr>
        <w:t xml:space="preserve">Domicilio social: </w:t>
      </w:r>
    </w:p>
    <w:p>
      <w:r>
        <w:rPr>
          <w:b w:val="0"/>
          <w:sz w:val="20"/>
        </w:rPr>
        <w:t xml:space="preserve">Teléfono: </w:t>
      </w:r>
    </w:p>
    <w:p>
      <w:r>
        <w:rPr>
          <w:b w:val="0"/>
          <w:sz w:val="20"/>
        </w:rPr>
        <w:t xml:space="preserve">Email: </w:t>
      </w:r>
    </w:p>
    <w:p/>
    <w:p>
      <w:r>
        <w:rPr>
          <w:b w:val="0"/>
          <w:sz w:val="20"/>
        </w:rPr>
        <w:t>Y de otra parte, el agente comercial comisionista:</w:t>
      </w:r>
    </w:p>
    <w:p>
      <w:r>
        <w:rPr>
          <w:b w:val="0"/>
          <w:sz w:val="20"/>
        </w:rPr>
        <w:t xml:space="preserve">Nombre y apellidos: </w:t>
      </w:r>
    </w:p>
    <w:p>
      <w:r>
        <w:rPr>
          <w:b w:val="0"/>
          <w:sz w:val="20"/>
        </w:rPr>
        <w:t xml:space="preserve">NIF: </w:t>
      </w:r>
    </w:p>
    <w:p>
      <w:r>
        <w:rPr>
          <w:b w:val="0"/>
          <w:sz w:val="20"/>
        </w:rPr>
        <w:t xml:space="preserve">Domicilio: </w:t>
      </w:r>
    </w:p>
    <w:p>
      <w:r>
        <w:rPr>
          <w:b w:val="0"/>
          <w:sz w:val="20"/>
        </w:rPr>
        <w:t xml:space="preserve">Teléfono: </w:t>
      </w:r>
    </w:p>
    <w:p>
      <w:r>
        <w:rPr>
          <w:b w:val="0"/>
          <w:sz w:val="20"/>
        </w:rPr>
        <w:t xml:space="preserve">Email: </w:t>
      </w:r>
    </w:p>
    <w:p/>
    <w:p>
      <w:r>
        <w:rPr>
          <w:b w:val="0"/>
          <w:sz w:val="20"/>
        </w:rPr>
        <w:t>Ambas partes, reconociéndose la capacidad legal suficiente para suscribir el presente contrato, acuerdan lo siguiente:</w:t>
      </w:r>
    </w:p>
    <w:p/>
    <w:p>
      <w:r>
        <w:rPr>
          <w:b/>
          <w:sz w:val="24"/>
        </w:rPr>
        <w:t>CLÁUSULAS</w:t>
      </w:r>
    </w:p>
    <w:p/>
    <w:p>
      <w:r>
        <w:rPr>
          <w:b/>
          <w:sz w:val="20"/>
        </w:rPr>
        <w:t>PRIMERA.- OBJETO DEL CONTRATO</w:t>
      </w:r>
    </w:p>
    <w:p>
      <w:r>
        <w:rPr>
          <w:b w:val="0"/>
          <w:sz w:val="20"/>
        </w:rPr>
        <w:t>La Empresa encomienda al Agente la promoción y venta de los productos y/o servicios que comercializa en las condiciones y zonas que se detallan en el presente contrato. El Agente actuará como intermediario independiente, sin asumir los riesgos y venturas de las operaciones, a cambio de una comisión sobre las ventas efectivamente realizadas y cobradas por la Empresa.</w:t>
      </w:r>
    </w:p>
    <w:p/>
    <w:p>
      <w:r>
        <w:rPr>
          <w:b/>
          <w:sz w:val="20"/>
        </w:rPr>
        <w:t>SEGUNDA.- ÁMBITO DE ACTUACIÓN</w:t>
      </w:r>
    </w:p>
    <w:p>
      <w:r>
        <w:rPr>
          <w:b w:val="0"/>
          <w:sz w:val="20"/>
        </w:rPr>
        <w:t xml:space="preserve">El Agente desarrollará su actividad en la siguiente zona/geografía: </w:t>
      </w:r>
    </w:p>
    <w:p>
      <w:r>
        <w:rPr>
          <w:b w:val="0"/>
          <w:sz w:val="20"/>
        </w:rPr>
      </w:r>
    </w:p>
    <w:p>
      <w:r>
        <w:rPr>
          <w:b w:val="0"/>
          <w:sz w:val="20"/>
        </w:rPr>
        <w:t xml:space="preserve">Productos y/o servicios objeto del contrato: </w:t>
      </w:r>
    </w:p>
    <w:p>
      <w:r>
        <w:rPr>
          <w:b w:val="0"/>
          <w:sz w:val="20"/>
        </w:rPr>
      </w:r>
    </w:p>
    <w:p/>
    <w:p>
      <w:r>
        <w:rPr>
          <w:b/>
          <w:sz w:val="20"/>
        </w:rPr>
        <w:t>TERCERA.- OBLIGACIONES DEL AGENTE</w:t>
      </w:r>
    </w:p>
    <w:p>
      <w:r>
        <w:rPr>
          <w:b w:val="0"/>
          <w:sz w:val="20"/>
        </w:rPr>
        <w:t>El Agente se compromete a promover la venta de los productos y/o servicios de la Empresa con la máxima diligencia y lealtad, informando periódicamente a la Empresa sobre las gestiones realizadas, así como a cumplir la normativa vigente aplicable a los agentes comerciales.</w:t>
      </w:r>
    </w:p>
    <w:p>
      <w:r>
        <w:rPr>
          <w:b w:val="0"/>
          <w:sz w:val="20"/>
        </w:rPr>
      </w:r>
    </w:p>
    <w:p>
      <w:r>
        <w:rPr>
          <w:b w:val="0"/>
          <w:sz w:val="20"/>
        </w:rPr>
        <w:t>El Agente se obliga a:</w:t>
      </w:r>
    </w:p>
    <w:p>
      <w:r>
        <w:rPr>
          <w:b w:val="0"/>
          <w:sz w:val="20"/>
        </w:rPr>
        <w:t>a) Informar inmediatamente a la Empresa de las operaciones concluidas.</w:t>
      </w:r>
    </w:p>
    <w:p>
      <w:r>
        <w:rPr>
          <w:b w:val="0"/>
          <w:sz w:val="20"/>
        </w:rPr>
        <w:t>b) No representar a empresas competidoras sin autorización expresa de la Empresa.</w:t>
      </w:r>
    </w:p>
    <w:p>
      <w:r>
        <w:rPr>
          <w:b w:val="0"/>
          <w:sz w:val="20"/>
        </w:rPr>
        <w:t>c) No asumir compromisos ni firmar contratos en nombre de la Empresa.</w:t>
      </w:r>
    </w:p>
    <w:p>
      <w:r>
        <w:rPr>
          <w:b w:val="0"/>
          <w:sz w:val="20"/>
        </w:rPr>
        <w:t>d) Custodiar y devolver, a la terminación del contrato, muestras, catálogos o material promocional facilitado por la Empresa.</w:t>
      </w:r>
    </w:p>
    <w:p/>
    <w:p>
      <w:r>
        <w:rPr>
          <w:b/>
          <w:sz w:val="20"/>
        </w:rPr>
        <w:t>CUARTA.- OBLIGACIONES DE LA EMPRESA</w:t>
      </w:r>
    </w:p>
    <w:p>
      <w:r>
        <w:rPr>
          <w:b w:val="0"/>
          <w:sz w:val="20"/>
        </w:rPr>
        <w:t>La Empresa se obliga a facilitar al Agente la información, documentación y material necesario para el desarrollo de su actividad, así como a abonar las comisiones pactadas en los plazos y condiciones establecidos en el presente contrato.</w:t>
      </w:r>
    </w:p>
    <w:p/>
    <w:p>
      <w:r>
        <w:rPr>
          <w:b/>
          <w:sz w:val="20"/>
        </w:rPr>
        <w:t>QUINTA.- COMISIONES Y FORMA DE PAGO</w:t>
      </w:r>
    </w:p>
    <w:p>
      <w:r>
        <w:rPr>
          <w:b w:val="0"/>
          <w:sz w:val="20"/>
        </w:rPr>
        <w:t>La Empresa abonará al Agente una comisión del _____% sobre las ventas efectivamente realizadas por su mediación y cobradas por la Empresa.</w:t>
      </w:r>
    </w:p>
    <w:p>
      <w:r>
        <w:rPr>
          <w:b w:val="0"/>
          <w:sz w:val="20"/>
        </w:rPr>
      </w:r>
    </w:p>
    <w:p>
      <w:r>
        <w:rPr>
          <w:b w:val="0"/>
          <w:sz w:val="20"/>
        </w:rPr>
        <w:t>El pago de comisiones se efectuará dentro de los _____ días siguientes a la finalización de cada periodo liquidatorio, que será de carácter ________ (mensual, trimestral, etc.), mediante transferencia bancaria a la cuenta designada por el Agente.</w:t>
      </w:r>
    </w:p>
    <w:p/>
    <w:p>
      <w:r>
        <w:rPr>
          <w:b/>
          <w:sz w:val="20"/>
        </w:rPr>
        <w:t>SEXTA.- DURACIÓN</w:t>
      </w:r>
    </w:p>
    <w:p>
      <w:r>
        <w:rPr>
          <w:b w:val="0"/>
          <w:sz w:val="20"/>
        </w:rPr>
        <w:t>El presente contrato tendrá una duración de ________ a partir de la fecha de firma, pudiendo ser prorrogado tácitamente por periodos iguales salvo denuncia escrita de cualquiera de las partes con una antelación mínima de _____ días.</w:t>
      </w:r>
    </w:p>
    <w:p/>
    <w:p>
      <w:r>
        <w:rPr>
          <w:b/>
          <w:sz w:val="20"/>
        </w:rPr>
        <w:t>SÉPTIMA.- TERMINACIÓN</w:t>
      </w:r>
    </w:p>
    <w:p>
      <w:r>
        <w:rPr>
          <w:b w:val="0"/>
          <w:sz w:val="20"/>
        </w:rPr>
        <w:t>El contrato podrá resolverse por incumplimiento grave de las obligaciones asumidas por cualquiera de las partes, así como por voluntad unilateral de cualquiera de ellas, comunicada por escrito con la antelación establecida en la cláusula anterior.</w:t>
      </w:r>
    </w:p>
    <w:p/>
    <w:p>
      <w:r>
        <w:rPr>
          <w:b/>
          <w:sz w:val="20"/>
        </w:rPr>
        <w:t>OCTAVA.- CONFIDENCIALIDAD</w:t>
      </w:r>
    </w:p>
    <w:p>
      <w:r>
        <w:rPr>
          <w:b w:val="0"/>
          <w:sz w:val="20"/>
        </w:rPr>
        <w:t>El Agente se compromete a guardar la más estricta confidencialidad sobre la información y documentación facilitada por la Empresa, no pudiendo utilizarla para fines distintos a los derivados del presente contrato.</w:t>
      </w:r>
    </w:p>
    <w:p/>
    <w:p>
      <w:r>
        <w:rPr>
          <w:b/>
          <w:sz w:val="20"/>
        </w:rPr>
        <w:t>NOVENA.- PROTECCIÓN DE DATOS</w:t>
      </w:r>
    </w:p>
    <w:p>
      <w:r>
        <w:rPr>
          <w:b w:val="0"/>
          <w:sz w:val="20"/>
        </w:rPr>
        <w:t>Ambas partes se comprometen a cumplir la normativa vigente en materia de protección de datos personales.</w:t>
      </w:r>
    </w:p>
    <w:p/>
    <w:p>
      <w:r>
        <w:rPr>
          <w:b/>
          <w:sz w:val="20"/>
        </w:rPr>
        <w:t>DÉCIMA.- JURISDICCIÓN</w:t>
      </w:r>
    </w:p>
    <w:p>
      <w:r>
        <w:rPr>
          <w:b w:val="0"/>
          <w:sz w:val="20"/>
        </w:rPr>
        <w:t>Para la resolución de cuantas cuestiones litigiosas pudieran derivarse del presente contrato, las partes se someten expresamente a los Juzgados y Tribunales de ________________________.</w:t>
      </w:r>
    </w:p>
    <w:p/>
    <w:p>
      <w:r>
        <w:rPr>
          <w:b/>
          <w:sz w:val="20"/>
        </w:rPr>
        <w:t>UNDÉCIMA.- OTRAS CONDICIONES</w:t>
      </w:r>
    </w:p>
    <w:p>
      <w:r>
        <w:rPr>
          <w:b w:val="0"/>
          <w:sz w:val="20"/>
        </w:rPr>
        <w:t>______________________________________________</w:t>
      </w:r>
    </w:p>
    <w:p/>
    <w:p>
      <w:r>
        <w:rPr>
          <w:b w:val="0"/>
          <w:sz w:val="20"/>
        </w:rPr>
        <w:t>Y en prueba de conformidad, se firma el presente contrato por duplicado, en el lugar y fecha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LA EMPRESA</w:t>
            </w:r>
          </w:p>
        </w:tc>
        <w:tc>
          <w:tcPr>
            <w:tcW w:type="dxa" w:w="4986"/>
          </w:tcPr>
          <w:p>
            <w:pPr>
              <w:jc w:val="center"/>
            </w:pPr>
            <w:r>
              <w:rPr>
                <w:b/>
              </w:rPr>
              <w:t>EL AGENTE COMERCIAL</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https://experto-contratos.com/contrato-agente-comercial-comisionista/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gente-comercial-comisionist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