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ALQUILER DE VEHÍCULO ENTRE PARTICULARES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arrendador: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DNI/NIE: 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Y de otra parte, el arrendatario: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DNI/NIE: 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Ambas partes se reconocen mutuamente la capacidad legal necesaria para suscribir el presente contrato de alquiler de vehículo, y a tal efecto, acuerdan lo siguiente: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el arrendador es propietario del vehículo que se detalla a continuación y tiene interés en ceder su uso temporal al arrendatario a cambio de un precio convenido.</w:t>
      </w:r>
    </w:p>
    <w:p>
      <w:r>
        <w:rPr>
          <w:b w:val="0"/>
          <w:sz w:val="20"/>
        </w:rPr>
        <w:t>II. Que el arrendatario está interesado en el alquiler y declara disponer de permiso de conducir en vigor y reunir los requisitos legales para la conducción del vehículo objeto del presente contrato.</w:t>
      </w:r>
    </w:p>
    <w:p/>
    <w:p>
      <w:r>
        <w:rPr>
          <w:b/>
          <w:sz w:val="24"/>
        </w:rPr>
        <w:t>ACUERDAN</w:t>
      </w:r>
    </w:p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arrendador entrega al arrendatario el uso y disfrute del vehículo cuyas características son las siguientes:</w:t>
      </w:r>
    </w:p>
    <w:p>
      <w:r>
        <w:rPr>
          <w:b w:val="0"/>
          <w:sz w:val="20"/>
        </w:rPr>
        <w:t>Marca: _____________________</w:t>
      </w:r>
    </w:p>
    <w:p>
      <w:r>
        <w:rPr>
          <w:b w:val="0"/>
          <w:sz w:val="20"/>
        </w:rPr>
        <w:t>Modelo: ____________________</w:t>
      </w:r>
    </w:p>
    <w:p>
      <w:r>
        <w:rPr>
          <w:b w:val="0"/>
          <w:sz w:val="20"/>
        </w:rPr>
        <w:t>Matrícula: _________________</w:t>
      </w:r>
    </w:p>
    <w:p>
      <w:r>
        <w:rPr>
          <w:b w:val="0"/>
          <w:sz w:val="20"/>
        </w:rPr>
        <w:t>Año de matriculación: ______</w:t>
      </w:r>
    </w:p>
    <w:p>
      <w:r>
        <w:rPr>
          <w:b w:val="0"/>
          <w:sz w:val="20"/>
        </w:rPr>
        <w:t>Color: _____________________</w:t>
      </w:r>
    </w:p>
    <w:p>
      <w:r>
        <w:rPr>
          <w:b w:val="0"/>
          <w:sz w:val="20"/>
        </w:rPr>
        <w:t>Otros datos: __________________________________________________</w:t>
      </w:r>
    </w:p>
    <w:p/>
    <w:p>
      <w:r>
        <w:rPr>
          <w:b/>
          <w:sz w:val="20"/>
        </w:rPr>
        <w:t>SEGUNDA.- DURACIÓN DEL ALQUILER</w:t>
      </w:r>
    </w:p>
    <w:p>
      <w:r>
        <w:rPr>
          <w:b w:val="0"/>
          <w:sz w:val="20"/>
        </w:rPr>
        <w:t>El presente contrato tendrá una duración de __________ días, comenzando a las ______ horas del día __________ y finalizando a las ______ horas del día __________. La devolución del vehículo se realizará en el domicilio del arrendador o en el lugar que ambas partes acuerden.</w:t>
      </w:r>
    </w:p>
    <w:p/>
    <w:p>
      <w:r>
        <w:rPr>
          <w:b/>
          <w:sz w:val="20"/>
        </w:rPr>
        <w:t>TERCERA.- PRECIO Y FORMA DE PAGO</w:t>
      </w:r>
    </w:p>
    <w:p>
      <w:r>
        <w:rPr>
          <w:b w:val="0"/>
          <w:sz w:val="20"/>
        </w:rPr>
        <w:t>El precio total del alquiler es de __________ euros (________ €), que el arrendatario abonará al arrendador en el momento de la entrega del vehículo o según lo pactado entre las partes.</w:t>
      </w:r>
    </w:p>
    <w:p/>
    <w:p>
      <w:r>
        <w:rPr>
          <w:b/>
          <w:sz w:val="20"/>
        </w:rPr>
        <w:t>CUARTA.- FIANZA</w:t>
      </w:r>
    </w:p>
    <w:p>
      <w:r>
        <w:rPr>
          <w:b w:val="0"/>
          <w:sz w:val="20"/>
        </w:rPr>
        <w:t>El arrendatario entrega en este acto la cantidad de __________ euros (________ €) en concepto de fianza, que será devuelta a la finalización del contrato si el vehículo se entrega en las mismas condiciones en las que se recibió, salvo el desgaste normal por uso.</w:t>
      </w:r>
    </w:p>
    <w:p/>
    <w:p>
      <w:r>
        <w:rPr>
          <w:b/>
          <w:sz w:val="20"/>
        </w:rPr>
        <w:t>QUINTA.- ESTADO DEL VEHÍCULO</w:t>
      </w:r>
    </w:p>
    <w:p>
      <w:r>
        <w:rPr>
          <w:b w:val="0"/>
          <w:sz w:val="20"/>
        </w:rPr>
        <w:t>El arrendador entrega el vehículo en perfecto estado de funcionamiento, con la documentación en regla, seguro en vigor y con el depósito de combustible al __________. El arrendatario revisa el vehículo y lo acepta en el estado en que se encuentra, salvo las observaciones que se consignen a continuación:</w:t>
      </w:r>
    </w:p>
    <w:p>
      <w:r>
        <w:rPr>
          <w:b w:val="0"/>
          <w:sz w:val="20"/>
        </w:rPr>
        <w:t>Observaciones: __________________________________________________________________</w:t>
      </w:r>
    </w:p>
    <w:p/>
    <w:p>
      <w:r>
        <w:rPr>
          <w:b/>
          <w:sz w:val="20"/>
        </w:rPr>
        <w:t>SEXTA.- USO DEL VEHÍCULO</w:t>
      </w:r>
    </w:p>
    <w:p>
      <w:r>
        <w:rPr>
          <w:b w:val="0"/>
          <w:sz w:val="20"/>
        </w:rPr>
        <w:t>El arrendatario se compromete a utilizar el vehículo con la diligencia debida, respetando la normativa de tráfico y las indicaciones del fabricante. No podrá ceder el uso del vehículo a terceros ni emplearlo para actividades ilícitas o que puedan causar daños al vehículo.</w:t>
      </w:r>
    </w:p>
    <w:p/>
    <w:p>
      <w:r>
        <w:rPr>
          <w:b/>
          <w:sz w:val="20"/>
        </w:rPr>
        <w:t>SÉPTIMA.- SEGURO Y RESPONSABILIDAD</w:t>
      </w:r>
    </w:p>
    <w:p>
      <w:r>
        <w:rPr>
          <w:b w:val="0"/>
          <w:sz w:val="20"/>
        </w:rPr>
        <w:t>El vehículo cuenta con seguro en vigor. En caso de accidente, daño, robo, sanciones o cualquier incidente, el arrendatario lo comunicará inmediatamente al arrendador y asumirá las responsabilidades que no queden cubiertas por el seguro.</w:t>
      </w:r>
    </w:p>
    <w:p/>
    <w:p>
      <w:r>
        <w:rPr>
          <w:b/>
          <w:sz w:val="20"/>
        </w:rPr>
        <w:t>OCTAVA.- MANTENIMIENTO Y AVERÍAS</w:t>
      </w:r>
    </w:p>
    <w:p>
      <w:r>
        <w:rPr>
          <w:b w:val="0"/>
          <w:sz w:val="20"/>
        </w:rPr>
        <w:t>El arrendatario se compromete a informar de cualquier incidencia, avería o anomalía que detecte en el vehículo durante el periodo de alquiler. Los gastos de reparación por mal uso correrán a cargo del arrendatario.</w:t>
      </w:r>
    </w:p>
    <w:p/>
    <w:p>
      <w:r>
        <w:rPr>
          <w:b/>
          <w:sz w:val="20"/>
        </w:rPr>
        <w:t>NOVENA.- DEVOLUCIÓN DEL VEHÍCULO</w:t>
      </w:r>
    </w:p>
    <w:p>
      <w:r>
        <w:rPr>
          <w:b w:val="0"/>
          <w:sz w:val="20"/>
        </w:rPr>
        <w:t>El vehículo deberá ser devuelto en las mismas condiciones en que fue entregado, junto con toda la documentación y llaves. En caso de retraso injustificado en la devolución, el arrendatario abonará la cantidad de __________ euros (________ €) por cada día de demora.</w:t>
      </w:r>
    </w:p>
    <w:p/>
    <w:p>
      <w:r>
        <w:rPr>
          <w:b/>
          <w:sz w:val="20"/>
        </w:rPr>
        <w:t>DÉCIMA.- PROTECCIÓN DE DATOS</w:t>
      </w:r>
    </w:p>
    <w:p>
      <w:r>
        <w:rPr>
          <w:b w:val="0"/>
          <w:sz w:val="20"/>
        </w:rPr>
        <w:t>Ambas partes se obligan a tratar los datos personales recibidos conforme a la normativa vigente en materia de protección de datos.</w:t>
      </w:r>
    </w:p>
    <w:p/>
    <w:p>
      <w:r>
        <w:rPr>
          <w:b/>
          <w:sz w:val="20"/>
        </w:rPr>
        <w:t>UNDÉCIMA.- JURISDICCIÓN</w:t>
      </w:r>
    </w:p>
    <w:p>
      <w:r>
        <w:rPr>
          <w:b w:val="0"/>
          <w:sz w:val="20"/>
        </w:rPr>
        <w:t>Para la resolución de cualquier controversia derivada del presente contrato, las partes se someten a los Juzgados y Tribunales de ____________________.</w:t>
      </w:r>
    </w:p>
    <w:p/>
    <w:p>
      <w:r>
        <w:rPr>
          <w:b w:val="0"/>
          <w:sz w:val="20"/>
        </w:rPr>
        <w:t>Y en prueba de conformidad, firman el presente contrato de alquiler por duplicado en el lugar y fecha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ARRENDATARIO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https://experto-contratos.com/contrato-alquiler-coche-entre-particulares/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alquiler-coche-entre-particulare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