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CONTRATO DE ARRENDAMIENTO DE VIVIENDA CON AVALISTA SOLIDARIO</w:t>
      </w:r>
    </w:p>
    <w:p/>
    <w:p>
      <w:r>
        <w:rPr>
          <w:b/>
          <w:sz w:val="24"/>
        </w:rPr>
        <w:t>REUNIDOS</w:t>
      </w:r>
    </w:p>
    <w:p/>
    <w:p>
      <w:r>
        <w:rPr>
          <w:b w:val="0"/>
          <w:sz w:val="20"/>
        </w:rPr>
        <w:t>ARRENDADOR/A:</w:t>
      </w:r>
    </w:p>
    <w:p>
      <w:r>
        <w:rPr>
          <w:b w:val="0"/>
          <w:sz w:val="20"/>
        </w:rPr>
        <w:t>Nombre y apellidos:</w:t>
      </w:r>
    </w:p>
    <w:p>
      <w:r>
        <w:rPr>
          <w:b w:val="0"/>
          <w:sz w:val="20"/>
        </w:rPr>
        <w:t>DNI/NIE:</w:t>
      </w:r>
    </w:p>
    <w:p>
      <w:r>
        <w:rPr>
          <w:b w:val="0"/>
          <w:sz w:val="20"/>
        </w:rPr>
        <w:t>Domicilio:</w:t>
      </w:r>
    </w:p>
    <w:p>
      <w:r>
        <w:rPr>
          <w:b w:val="0"/>
          <w:sz w:val="20"/>
        </w:rPr>
        <w:t>Teléfono:</w:t>
      </w:r>
    </w:p>
    <w:p>
      <w:r>
        <w:rPr>
          <w:b w:val="0"/>
          <w:sz w:val="20"/>
        </w:rPr>
        <w:t>Email:</w:t>
      </w:r>
    </w:p>
    <w:p/>
    <w:p>
      <w:r>
        <w:rPr>
          <w:b w:val="0"/>
          <w:sz w:val="20"/>
        </w:rPr>
        <w:t>ARRENDATARIO/A:</w:t>
      </w:r>
    </w:p>
    <w:p>
      <w:r>
        <w:rPr>
          <w:b w:val="0"/>
          <w:sz w:val="20"/>
        </w:rPr>
        <w:t>Nombre y apellidos:</w:t>
      </w:r>
    </w:p>
    <w:p>
      <w:r>
        <w:rPr>
          <w:b w:val="0"/>
          <w:sz w:val="20"/>
        </w:rPr>
        <w:t>DNI/NIE:</w:t>
      </w:r>
    </w:p>
    <w:p>
      <w:r>
        <w:rPr>
          <w:b w:val="0"/>
          <w:sz w:val="20"/>
        </w:rPr>
        <w:t>Domicilio:</w:t>
      </w:r>
    </w:p>
    <w:p>
      <w:r>
        <w:rPr>
          <w:b w:val="0"/>
          <w:sz w:val="20"/>
        </w:rPr>
        <w:t>Teléfono:</w:t>
      </w:r>
    </w:p>
    <w:p>
      <w:r>
        <w:rPr>
          <w:b w:val="0"/>
          <w:sz w:val="20"/>
        </w:rPr>
        <w:t>Email:</w:t>
      </w:r>
    </w:p>
    <w:p/>
    <w:p>
      <w:r>
        <w:rPr>
          <w:b w:val="0"/>
          <w:sz w:val="20"/>
        </w:rPr>
        <w:t>AVALISTA SOLIDARIO/A:</w:t>
      </w:r>
    </w:p>
    <w:p>
      <w:r>
        <w:rPr>
          <w:b w:val="0"/>
          <w:sz w:val="20"/>
        </w:rPr>
        <w:t>Nombre y apellidos:</w:t>
      </w:r>
    </w:p>
    <w:p>
      <w:r>
        <w:rPr>
          <w:b w:val="0"/>
          <w:sz w:val="20"/>
        </w:rPr>
        <w:t>DNI/NIE:</w:t>
      </w:r>
    </w:p>
    <w:p>
      <w:r>
        <w:rPr>
          <w:b w:val="0"/>
          <w:sz w:val="20"/>
        </w:rPr>
        <w:t>Domicilio:</w:t>
      </w:r>
    </w:p>
    <w:p>
      <w:r>
        <w:rPr>
          <w:b w:val="0"/>
          <w:sz w:val="20"/>
        </w:rPr>
        <w:t>Teléfono:</w:t>
      </w:r>
    </w:p>
    <w:p>
      <w:r>
        <w:rPr>
          <w:b w:val="0"/>
          <w:sz w:val="20"/>
        </w:rPr>
        <w:t>Email:</w:t>
      </w:r>
    </w:p>
    <w:p/>
    <w:p>
      <w:r>
        <w:rPr>
          <w:b/>
          <w:sz w:val="24"/>
        </w:rPr>
        <w:t>EXPONEN</w:t>
      </w:r>
    </w:p>
    <w:p>
      <w:r>
        <w:rPr>
          <w:b w:val="0"/>
          <w:sz w:val="20"/>
        </w:rPr>
        <w:t>I. Que el ARRENDADOR/A es propietario/a de la vivienda descrita más adelante y desea ceder su uso a título de arrendamiento.</w:t>
      </w:r>
    </w:p>
    <w:p>
      <w:r>
        <w:rPr>
          <w:b w:val="0"/>
          <w:sz w:val="20"/>
        </w:rPr>
        <w:t>II. Que el ARRENDATARIO/A está interesado/a en el arrendamiento de la citada vivienda y acepta las condiciones pactadas.</w:t>
      </w:r>
    </w:p>
    <w:p>
      <w:r>
        <w:rPr>
          <w:b w:val="0"/>
          <w:sz w:val="20"/>
        </w:rPr>
        <w:t>III. Que el AVALISTA SOLIDARIO/A manifiesta su voluntad de garantizar solidariamente todas las obligaciones derivadas del presente contrato a favor del ARRENDADOR/A.</w:t>
      </w:r>
    </w:p>
    <w:p/>
    <w:p>
      <w:r>
        <w:rPr>
          <w:b/>
          <w:sz w:val="24"/>
        </w:rPr>
        <w:t>CLÁUSULAS</w:t>
      </w:r>
    </w:p>
    <w:p/>
    <w:p>
      <w:r>
        <w:rPr>
          <w:b/>
          <w:sz w:val="20"/>
        </w:rPr>
        <w:t>PRIMERA.- OBJETO DEL CONTRATO</w:t>
      </w:r>
    </w:p>
    <w:p>
      <w:r>
        <w:rPr>
          <w:b w:val="0"/>
          <w:sz w:val="20"/>
        </w:rPr>
        <w:t>El ARRENDADOR/A da en arrendamiento al ARRENDATARIO/A la vivienda situada en:</w:t>
      </w:r>
    </w:p>
    <w:p/>
    <w:p>
      <w:r>
        <w:rPr>
          <w:b/>
          <w:sz w:val="20"/>
        </w:rPr>
        <w:t>SEGUNDA.- DESTINO</w:t>
      </w:r>
    </w:p>
    <w:p>
      <w:r>
        <w:rPr>
          <w:b w:val="0"/>
          <w:sz w:val="20"/>
        </w:rPr>
        <w:t>La vivienda arrendada se destina exclusivamente a domicilio habitual del ARRENDATARIO/A y las personas que convivan con él/ella, quedando prohibido destinarla a otros usos.</w:t>
      </w:r>
    </w:p>
    <w:p/>
    <w:p>
      <w:r>
        <w:rPr>
          <w:b/>
          <w:sz w:val="20"/>
        </w:rPr>
        <w:t>TERCERA.- DURACIÓN</w:t>
      </w:r>
    </w:p>
    <w:p>
      <w:r>
        <w:rPr>
          <w:b w:val="0"/>
          <w:sz w:val="20"/>
        </w:rPr>
        <w:t>La duración del contrato será de ________ años, comenzando el día ________________. Llegado el vencimiento, se prorrogará conforme a la legislación vigente en materia de arrendamientos urbanos.</w:t>
      </w:r>
    </w:p>
    <w:p/>
    <w:p>
      <w:r>
        <w:rPr>
          <w:b/>
          <w:sz w:val="20"/>
        </w:rPr>
        <w:t>CUARTA.- RENTA</w:t>
      </w:r>
    </w:p>
    <w:p>
      <w:r>
        <w:rPr>
          <w:b w:val="0"/>
          <w:sz w:val="20"/>
        </w:rPr>
        <w:t>La renta mensual pactada es de __________ euros (€), que el ARRENDATARIO/A abonará dentro de los primeros cinco días de cada mes por transferencia bancaria a la cuenta indicada por el ARRENDADOR/A.</w:t>
      </w:r>
    </w:p>
    <w:p/>
    <w:p>
      <w:r>
        <w:rPr>
          <w:b/>
          <w:sz w:val="20"/>
        </w:rPr>
        <w:t>QUINTA.- ACTUALIZACIÓN DE LA RENTA</w:t>
      </w:r>
    </w:p>
    <w:p>
      <w:r>
        <w:rPr>
          <w:b w:val="0"/>
          <w:sz w:val="20"/>
        </w:rPr>
        <w:t>La renta podrá ser actualizada anualmente conforme a la variación del Índice de Precios al Consumo (IPC) u otro índice legalmente aplicable.</w:t>
      </w:r>
    </w:p>
    <w:p/>
    <w:p>
      <w:r>
        <w:rPr>
          <w:b/>
          <w:sz w:val="20"/>
        </w:rPr>
        <w:t>SEXTA.- FIANZA</w:t>
      </w:r>
    </w:p>
    <w:p>
      <w:r>
        <w:rPr>
          <w:b w:val="0"/>
          <w:sz w:val="20"/>
        </w:rPr>
        <w:t>El ARRENDATARIO/A entrega en este acto la cantidad de __________ euros (€) en concepto de fianza, que será devuelta al finalizar el contrato si no existen daños ni deudas pendientes.</w:t>
      </w:r>
    </w:p>
    <w:p/>
    <w:p>
      <w:r>
        <w:rPr>
          <w:b/>
          <w:sz w:val="20"/>
        </w:rPr>
        <w:t>SÉPTIMA.- GASTOS Y SUMINISTROS</w:t>
      </w:r>
    </w:p>
    <w:p>
      <w:r>
        <w:rPr>
          <w:b w:val="0"/>
          <w:sz w:val="20"/>
        </w:rPr>
        <w:t>Serán de cuenta del ARRENDATARIO/A los gastos correspondientes a suministros individualizados (agua, luz, gas, etc.), así como los servicios y tributos que legalmente le correspondan. Los gastos de comunidad de propietarios ordinarios serán a cargo del ARRENDADOR/A, salvo pacto en contrario.</w:t>
      </w:r>
    </w:p>
    <w:p/>
    <w:p>
      <w:r>
        <w:rPr>
          <w:b/>
          <w:sz w:val="20"/>
        </w:rPr>
        <w:t>OCTAVA.- CONSERVACIÓN Y OBRAS</w:t>
      </w:r>
    </w:p>
    <w:p>
      <w:r>
        <w:rPr>
          <w:b w:val="0"/>
          <w:sz w:val="20"/>
        </w:rPr>
        <w:t>El ARRENDATARIO/A se obliga a mantener la vivienda en perfecto estado de conservación, realizando a su cargo las pequeñas reparaciones derivadas del uso ordinario, correspondiendo al ARRENDADOR/A las reparaciones necesarias para conservar la vivienda en condiciones de habitabilidad.</w:t>
      </w:r>
    </w:p>
    <w:p/>
    <w:p>
      <w:r>
        <w:rPr>
          <w:b/>
          <w:sz w:val="20"/>
        </w:rPr>
        <w:t>NOVENA.- CESIÓN Y SUBARRIENDO</w:t>
      </w:r>
    </w:p>
    <w:p>
      <w:r>
        <w:rPr>
          <w:b w:val="0"/>
          <w:sz w:val="20"/>
        </w:rPr>
        <w:t>Queda expresamente prohibida la cesión del contrato o el subarriendo total o parcial de la vivienda sin consentimiento expreso y escrito del ARRENDADOR/A.</w:t>
      </w:r>
    </w:p>
    <w:p/>
    <w:p>
      <w:r>
        <w:rPr>
          <w:b/>
          <w:sz w:val="20"/>
        </w:rPr>
        <w:t>DÉCIMA.- RESOLUCIÓN ANTICIPADA</w:t>
      </w:r>
    </w:p>
    <w:p>
      <w:r>
        <w:rPr>
          <w:b w:val="0"/>
          <w:sz w:val="20"/>
        </w:rPr>
        <w:t>El contrato podrá resolverse anticipadamente por las causas y en los plazos previstos en la Ley de Arrendamientos Urbanos.</w:t>
      </w:r>
    </w:p>
    <w:p/>
    <w:p>
      <w:r>
        <w:rPr>
          <w:b/>
          <w:sz w:val="20"/>
        </w:rPr>
        <w:t>UNDÉCIMA.- ENTREGA DE LA VIVIENDA</w:t>
      </w:r>
    </w:p>
    <w:p>
      <w:r>
        <w:rPr>
          <w:b w:val="0"/>
          <w:sz w:val="20"/>
        </w:rPr>
        <w:t>A la finalización del contrato, el ARRENDATARIO/A devolverá la vivienda y sus anexos en el mismo estado en que la recibió, salvo el desgaste por el uso ordinario.</w:t>
      </w:r>
    </w:p>
    <w:p/>
    <w:p>
      <w:r>
        <w:rPr>
          <w:b/>
          <w:sz w:val="20"/>
        </w:rPr>
        <w:t>DUODÉCIMA.- AVALISTA SOLIDARIO/A</w:t>
      </w:r>
    </w:p>
    <w:p>
      <w:r>
        <w:rPr>
          <w:b w:val="0"/>
          <w:sz w:val="20"/>
        </w:rPr>
        <w:t>El AVALISTA SOLIDARIO/A se obliga expresa y solidariamente con el ARRENDATARIO/A frente al ARRENDADOR/A al cumplimiento de todas las obligaciones derivadas del presente contrato, incluidas las obligaciones de pago de la renta, fianza, suministros, gastos, indemnizaciones y cualquier otra obligación contractual, renunciando a los beneficios de excusión, división y orden.</w:t>
      </w:r>
    </w:p>
    <w:p/>
    <w:p>
      <w:r>
        <w:rPr>
          <w:b/>
          <w:sz w:val="20"/>
        </w:rPr>
        <w:t>DECIMOTERCERA.- NOTIFICACIONES</w:t>
      </w:r>
    </w:p>
    <w:p>
      <w:r>
        <w:rPr>
          <w:b w:val="0"/>
          <w:sz w:val="20"/>
        </w:rPr>
        <w:t>Las comunicaciones entre las partes se realizarán a los domicilios y contactos indicados en el encabezamiento del presente contrato. Cualquier cambio de domicilio deberá ser notificado fehacientemente.</w:t>
      </w:r>
    </w:p>
    <w:p/>
    <w:p>
      <w:r>
        <w:rPr>
          <w:b/>
          <w:sz w:val="20"/>
        </w:rPr>
        <w:t>DECIMOCUARTA.- LEGISLACIÓN Y JURISDICCIÓN</w:t>
      </w:r>
    </w:p>
    <w:p>
      <w:r>
        <w:rPr>
          <w:b w:val="0"/>
          <w:sz w:val="20"/>
        </w:rPr>
        <w:t>El presente contrato se regirá por la Ley de Arrendamientos Urbanos y demás normativa aplicable. Para cualquier controversia, las partes se someten a los Juzgados y Tribunales de la localidad de la vivienda arrendada.</w:t>
      </w:r>
    </w:p>
    <w:p/>
    <w:p>
      <w:r>
        <w:rPr>
          <w:b w:val="0"/>
          <w:sz w:val="20"/>
        </w:rPr>
        <w:t>Y en prueba de conformidad, firman el presente contrato de arrendamiento en duplicado ejemplar.</w:t>
      </w:r>
    </w:p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</w:tcPr>
          <w:p>
            <w:pPr>
              <w:jc w:val="center"/>
            </w:pPr>
            <w:r>
              <w:rPr>
                <w:b/>
              </w:rPr>
              <w:t>EL ARRENDADOR/A</w:t>
            </w:r>
          </w:p>
        </w:tc>
        <w:tc>
          <w:tcPr>
            <w:tcW w:type="dxa" w:w="3324"/>
          </w:tcPr>
          <w:p>
            <w:pPr>
              <w:jc w:val="center"/>
            </w:pPr>
            <w:r>
              <w:rPr>
                <w:b/>
              </w:rPr>
              <w:t>EL ARRENDATARIO/A</w:t>
            </w:r>
          </w:p>
        </w:tc>
        <w:tc>
          <w:tcPr>
            <w:tcW w:type="dxa" w:w="3324"/>
          </w:tcPr>
          <w:p>
            <w:pPr>
              <w:jc w:val="center"/>
            </w:pPr>
            <w:r>
              <w:rPr>
                <w:b/>
              </w:rPr>
              <w:t>EL AVALISTA SOLIDARIO/A</w:t>
            </w:r>
          </w:p>
        </w:tc>
      </w:tr>
    </w:tbl>
    <w:p/>
    <w:p/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</w:tcPr>
          <w:p>
            <w:pPr>
              <w:jc w:val="center"/>
            </w:pPr>
            <w:r>
              <w:t>Fdo.: ________________________</w:t>
            </w:r>
          </w:p>
        </w:tc>
        <w:tc>
          <w:tcPr>
            <w:tcW w:type="dxa" w:w="3324"/>
          </w:tcPr>
          <w:p>
            <w:pPr>
              <w:jc w:val="center"/>
            </w:pPr>
            <w:r>
              <w:t>Fdo.: ________________________</w:t>
            </w:r>
          </w:p>
        </w:tc>
        <w:tc>
          <w:tcPr>
            <w:tcW w:type="dxa" w:w="3324"/>
          </w:tcPr>
          <w:p>
            <w:pPr>
              <w:jc w:val="center"/>
            </w:pPr>
            <w:r>
              <w:t>Fdo.: 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https://experto-contratos.com/contrato-alquiler-con-avalista-solidario/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https://experto-contratos.com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experto-contratos.com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contratos.com/contrato-alquiler-con-avalista-solidario/" TargetMode="External"/><Relationship Id="rId10" Type="http://schemas.openxmlformats.org/officeDocument/2006/relationships/hyperlink" Target="https://experto-contrat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