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ALQUILER DE HABITACIÓN EN PISO COMPARTIDO</w:t>
      </w:r>
    </w:p>
    <w:p/>
    <w:p>
      <w:r>
        <w:rPr>
          <w:b/>
          <w:sz w:val="24"/>
        </w:rPr>
        <w:t>REUNIDOS</w:t>
      </w:r>
    </w:p>
    <w:p>
      <w:r>
        <w:rPr>
          <w:b w:val="0"/>
          <w:sz w:val="20"/>
        </w:rPr>
        <w:t>ARRENDADOR/A:</w:t>
      </w:r>
    </w:p>
    <w:p>
      <w:r>
        <w:rPr>
          <w:b w:val="0"/>
          <w:sz w:val="20"/>
        </w:rPr>
        <w:t>Nombre y Apellidos:</w:t>
      </w:r>
    </w:p>
    <w:p>
      <w:r>
        <w:rPr>
          <w:b w:val="0"/>
          <w:sz w:val="20"/>
        </w:rPr>
        <w:t>DNI/NIE:</w:t>
      </w:r>
    </w:p>
    <w:p>
      <w:r>
        <w:rPr>
          <w:b w:val="0"/>
          <w:sz w:val="20"/>
        </w:rPr>
        <w:t>Domicilio:</w:t>
      </w:r>
    </w:p>
    <w:p/>
    <w:p>
      <w:r>
        <w:rPr>
          <w:b w:val="0"/>
          <w:sz w:val="20"/>
        </w:rPr>
        <w:t>ARRENDATARIO/A:</w:t>
      </w:r>
    </w:p>
    <w:p>
      <w:r>
        <w:rPr>
          <w:b w:val="0"/>
          <w:sz w:val="20"/>
        </w:rPr>
        <w:t>Nombre y Apellidos:</w:t>
      </w:r>
    </w:p>
    <w:p>
      <w:r>
        <w:rPr>
          <w:b w:val="0"/>
          <w:sz w:val="20"/>
        </w:rPr>
        <w:t>DNI/NIE:</w:t>
      </w:r>
    </w:p>
    <w:p>
      <w:r>
        <w:rPr>
          <w:b w:val="0"/>
          <w:sz w:val="20"/>
        </w:rPr>
        <w:t>Domicilio:</w:t>
      </w:r>
    </w:p>
    <w:p/>
    <w:p>
      <w:r>
        <w:rPr>
          <w:b w:val="0"/>
          <w:sz w:val="20"/>
        </w:rPr>
        <w:t>Ambas partes, reconociéndose mutua capacidad legal suficiente para este acto, acuerdan formalizar el presente CONTRATO DE ALQUILER DE HABITACIÓN EN PISO COMPARTIDO, que se regirá por las siguientes cláusulas:</w:t>
      </w:r>
    </w:p>
    <w:p/>
    <w:p>
      <w:r>
        <w:rPr>
          <w:b/>
          <w:sz w:val="20"/>
        </w:rPr>
        <w:t>PRIMERA.- OBJETO DEL CONTRATO</w:t>
      </w:r>
    </w:p>
    <w:p>
      <w:r>
        <w:rPr>
          <w:b w:val="0"/>
          <w:sz w:val="20"/>
        </w:rPr>
        <w:t>El arrendador/a cede en arrendamiento al arrendatario/a el uso de una habitación situada en la vivienda ubicada en la siguiente dirección:</w:t>
      </w:r>
    </w:p>
    <w:p>
      <w:r>
        <w:rPr>
          <w:b w:val="0"/>
          <w:sz w:val="20"/>
        </w:rPr>
      </w:r>
    </w:p>
    <w:p>
      <w:r>
        <w:rPr>
          <w:b w:val="0"/>
          <w:sz w:val="20"/>
        </w:rPr>
        <w:t>Dirección completa de la vivienda:</w:t>
      </w:r>
    </w:p>
    <w:p>
      <w:r>
        <w:rPr>
          <w:b w:val="0"/>
          <w:sz w:val="20"/>
        </w:rPr>
      </w:r>
    </w:p>
    <w:p>
      <w:r>
        <w:rPr>
          <w:b w:val="0"/>
          <w:sz w:val="20"/>
        </w:rPr>
        <w:t>El arrendatario/a tendrá derecho al uso conjunto de las zonas comunes de la vivienda (cocina, baño, salón, etc.) junto con los demás ocupantes, así como a los servicios e instalaciones generales de la misma.</w:t>
      </w:r>
    </w:p>
    <w:p/>
    <w:p>
      <w:r>
        <w:rPr>
          <w:b/>
          <w:sz w:val="20"/>
        </w:rPr>
        <w:t>SEGUNDA.- DESTINO</w:t>
      </w:r>
    </w:p>
    <w:p>
      <w:r>
        <w:rPr>
          <w:b w:val="0"/>
          <w:sz w:val="20"/>
        </w:rPr>
        <w:t>La habitación se destinará exclusivamente a vivienda habitual del arrendatario/a, sin que pueda dedicarse a actividades profesionales, comerciales, industriales o cualesquiera otras no residenciales. No se permite el subarriendo ni la cesión del uso a terceros sin consentimiento expreso y por escrito del arrendador/a.</w:t>
      </w:r>
    </w:p>
    <w:p/>
    <w:p>
      <w:r>
        <w:rPr>
          <w:b/>
          <w:sz w:val="20"/>
        </w:rPr>
        <w:t>TERCERA.- DURACIÓN</w:t>
      </w:r>
    </w:p>
    <w:p>
      <w:r>
        <w:rPr>
          <w:b w:val="0"/>
          <w:sz w:val="20"/>
        </w:rPr>
        <w:t>La duración del presente contrato será de ________________, iniciándose en la fecha de firma del presente documento. Llegado el vencimiento del plazo, el contrato se prorrogará tácitamente por periodos mensuales salvo denuncia expresa de cualquiera de las partes comunicada con al menos 30 días de antelación.</w:t>
      </w:r>
    </w:p>
    <w:p/>
    <w:p>
      <w:r>
        <w:rPr>
          <w:b/>
          <w:sz w:val="20"/>
        </w:rPr>
        <w:t>CUARTA.- RENTA</w:t>
      </w:r>
    </w:p>
    <w:p>
      <w:r>
        <w:rPr>
          <w:b w:val="0"/>
          <w:sz w:val="20"/>
        </w:rPr>
        <w:t>La renta mensual pactada es de ____________ euros, que el arrendatario/a abonará dentro de los primeros cinco días de cada mes mediante transferencia bancaria o cualquier otro medio acordado entre las partes. La falta de pago de la renta o de cualquier otra cantidad asimilada será causa de resolución del contrato.</w:t>
      </w:r>
    </w:p>
    <w:p/>
    <w:p>
      <w:r>
        <w:rPr>
          <w:b/>
          <w:sz w:val="20"/>
        </w:rPr>
        <w:t>QUINTA.- FIANZA</w:t>
      </w:r>
    </w:p>
    <w:p>
      <w:r>
        <w:rPr>
          <w:b w:val="0"/>
          <w:sz w:val="20"/>
        </w:rPr>
        <w:t>En el momento de la firma, el arrendatario/a entrega al arrendador/a la cantidad de ____________ euros en concepto de fianza, que será devuelta al finalizar el contrato, una vez comprobado el correcto estado de la habitación y enseres, y que no existen cantidades pendientes de pago.</w:t>
      </w:r>
    </w:p>
    <w:p/>
    <w:p>
      <w:r>
        <w:rPr>
          <w:b/>
          <w:sz w:val="20"/>
        </w:rPr>
        <w:t>SEXTA.- GASTOS</w:t>
      </w:r>
    </w:p>
    <w:p>
      <w:r>
        <w:rPr>
          <w:b w:val="0"/>
          <w:sz w:val="20"/>
        </w:rPr>
        <w:t>Las partes acuerdan que los gastos derivados de suministros (agua, electricidad, gas, internet, comunidad, etc.) serán:</w:t>
      </w:r>
    </w:p>
    <w:p>
      <w:r>
        <w:rPr>
          <w:b w:val="0"/>
          <w:sz w:val="20"/>
        </w:rPr>
      </w:r>
    </w:p>
    <w:p>
      <w:r>
        <w:rPr>
          <w:b w:val="0"/>
          <w:sz w:val="20"/>
        </w:rPr>
        <w:t>[ ] Incluidos en la renta</w:t>
      </w:r>
    </w:p>
    <w:p>
      <w:r>
        <w:rPr>
          <w:b w:val="0"/>
          <w:sz w:val="20"/>
        </w:rPr>
        <w:t>[ ] No incluidos en la renta</w:t>
      </w:r>
    </w:p>
    <w:p>
      <w:r>
        <w:rPr>
          <w:b w:val="0"/>
          <w:sz w:val="20"/>
        </w:rPr>
      </w:r>
    </w:p>
    <w:p>
      <w:r>
        <w:rPr>
          <w:b w:val="0"/>
          <w:sz w:val="20"/>
        </w:rPr>
        <w:t>En caso de no estar incluidos, el arrendatario/a abonará su parte proporcional de los mismos, de acuerdo al número de ocupantes de la vivienda, salvo pacto diferente.</w:t>
      </w:r>
    </w:p>
    <w:p/>
    <w:p>
      <w:r>
        <w:rPr>
          <w:b/>
          <w:sz w:val="20"/>
        </w:rPr>
        <w:t>SÉPTIMA.- CONSERVACIÓN, REPARACIONES Y USO</w:t>
      </w:r>
    </w:p>
    <w:p>
      <w:r>
        <w:rPr>
          <w:b w:val="0"/>
          <w:sz w:val="20"/>
        </w:rPr>
        <w:t>El arrendatario/a se compromete a mantener la habitación y las zonas comunes en buen estado de uso y limpieza. Serán de su cuenta las pequeñas reparaciones que exija el desgaste por el uso ordinario. No podrá realizar obras ni modificaciones sin autorización expresa del arrendador/a.</w:t>
      </w:r>
    </w:p>
    <w:p/>
    <w:p>
      <w:r>
        <w:rPr>
          <w:b/>
          <w:sz w:val="20"/>
        </w:rPr>
        <w:t>OCTAVA.- CONVIVENCIA Y NORMAS INTERNAS</w:t>
      </w:r>
    </w:p>
    <w:p>
      <w:r>
        <w:rPr>
          <w:b w:val="0"/>
          <w:sz w:val="20"/>
        </w:rPr>
        <w:t>El arrendatario/a se compromete a respetar la convivencia con el resto de los ocupantes de la vivienda, así como las normas internas que se acuerden para la buena organización del piso. Se prohíbe la tenencia de animales domésticos salvo autorización del arrendador/a. No están permitidas fiestas ni actividades molestas.</w:t>
      </w:r>
    </w:p>
    <w:p/>
    <w:p>
      <w:r>
        <w:rPr>
          <w:b/>
          <w:sz w:val="20"/>
        </w:rPr>
        <w:t>NOVENA.- TERMINACIÓN</w:t>
      </w:r>
    </w:p>
    <w:p>
      <w:r>
        <w:rPr>
          <w:b w:val="0"/>
          <w:sz w:val="20"/>
        </w:rPr>
        <w:t>El contrato podrá resolverse por incumplimiento de cualquiera de las obligaciones aquí pactadas, así como por la finalización del plazo o por mutuo acuerdo. El arrendatario/a deberá devolver la habitación en el mismo estado en que la recibió, salvo el deterioro derivado del uso ordinario.</w:t>
      </w:r>
    </w:p>
    <w:p/>
    <w:p>
      <w:r>
        <w:rPr>
          <w:b/>
          <w:sz w:val="20"/>
        </w:rPr>
        <w:t>DÉCIMA.- LEGISLACIÓN APLICABLE</w:t>
      </w:r>
    </w:p>
    <w:p>
      <w:r>
        <w:rPr>
          <w:b w:val="0"/>
          <w:sz w:val="20"/>
        </w:rPr>
        <w:t>Este contrato se regirá por lo dispuesto en el Código Civil y demás normativa aplicable. Para la resolución de cualquier conflicto, las partes se someten a los Juzgados y Tribunales de la localidad donde se ubica la vivienda.</w:t>
      </w:r>
    </w:p>
    <w:p/>
    <w:p>
      <w:r>
        <w:rPr>
          <w:b w:val="0"/>
          <w:sz w:val="20"/>
        </w:rPr>
        <w:t>Y en prueba de conformidad, firman el presente contrato por duplicado ejemplar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ARRENDADOR/A</w:t>
            </w:r>
          </w:p>
        </w:tc>
        <w:tc>
          <w:tcPr>
            <w:tcW w:type="dxa" w:w="4986"/>
          </w:tcPr>
          <w:p>
            <w:pPr>
              <w:jc w:val="center"/>
            </w:pPr>
            <w:r>
              <w:rPr>
                <w:b/>
              </w:rPr>
              <w:t>EL ARRENDATARIO/A</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https://experto-contratos.com/contrato-alquiler-piso-compartido/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lquiler-piso-compartid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