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CONTRATO DE ARRENDAMIENTO DE VIVIENDA CON VARIOS INQUILINOS</w:t>
      </w:r>
    </w:p>
    <w:p/>
    <w:p>
      <w:r>
        <w:rPr>
          <w:b w:val="0"/>
          <w:sz w:val="20"/>
        </w:rPr>
        <w:t>En _______________________, a _____ de ________________ de _________</w:t>
      </w:r>
    </w:p>
    <w:p/>
    <w:p>
      <w:r>
        <w:rPr>
          <w:b/>
          <w:sz w:val="24"/>
        </w:rPr>
        <w:t>REUNIDOS</w:t>
      </w:r>
    </w:p>
    <w:p>
      <w:r>
        <w:rPr>
          <w:b w:val="0"/>
          <w:sz w:val="20"/>
        </w:rPr>
        <w:t>DE UNA PARTE, EL ARRENDADOR:</w:t>
      </w:r>
    </w:p>
    <w:p>
      <w:r>
        <w:rPr>
          <w:b w:val="0"/>
          <w:sz w:val="20"/>
        </w:rPr>
        <w:t>Nombre y apellidos o razón social: _____________________________________________</w:t>
      </w:r>
    </w:p>
    <w:p>
      <w:r>
        <w:rPr>
          <w:b w:val="0"/>
          <w:sz w:val="20"/>
        </w:rPr>
        <w:t>DNI/NIF: _____________________</w:t>
      </w:r>
    </w:p>
    <w:p>
      <w:r>
        <w:rPr>
          <w:b w:val="0"/>
          <w:sz w:val="20"/>
        </w:rPr>
        <w:t>Domicilio: ________________________________________________________________</w:t>
      </w:r>
    </w:p>
    <w:p>
      <w:r>
        <w:rPr>
          <w:b w:val="0"/>
          <w:sz w:val="20"/>
        </w:rPr>
        <w:t>Teléfono: _____________________   Email: _________________________________</w:t>
      </w:r>
    </w:p>
    <w:p/>
    <w:p>
      <w:r>
        <w:rPr>
          <w:b w:val="0"/>
          <w:sz w:val="20"/>
        </w:rPr>
        <w:t>Y DE OTRA PARTE, LOS ARRENDATARIOS:</w:t>
      </w:r>
    </w:p>
    <w:p>
      <w:r>
        <w:rPr>
          <w:b w:val="0"/>
          <w:sz w:val="20"/>
        </w:rPr>
        <w:t>1) Nombre y apellidos: __________________________________  DNI/NIE: _______________</w:t>
      </w:r>
    </w:p>
    <w:p>
      <w:r>
        <w:rPr>
          <w:b w:val="0"/>
          <w:sz w:val="20"/>
        </w:rPr>
        <w:t xml:space="preserve">   Domicilio: _____________________________________________________________</w:t>
      </w:r>
    </w:p>
    <w:p>
      <w:r>
        <w:rPr>
          <w:b w:val="0"/>
          <w:sz w:val="20"/>
        </w:rPr>
        <w:t>2) Nombre y apellidos: __________________________________  DNI/NIE: _______________</w:t>
      </w:r>
    </w:p>
    <w:p>
      <w:r>
        <w:rPr>
          <w:b w:val="0"/>
          <w:sz w:val="20"/>
        </w:rPr>
        <w:t xml:space="preserve">   Domicilio: _____________________________________________________________</w:t>
      </w:r>
    </w:p>
    <w:p>
      <w:r>
        <w:rPr>
          <w:b w:val="0"/>
          <w:sz w:val="20"/>
        </w:rPr>
        <w:t>3) Nombre y apellidos: __________________________________  DNI/NIE: _______________</w:t>
      </w:r>
    </w:p>
    <w:p>
      <w:r>
        <w:rPr>
          <w:b w:val="0"/>
          <w:sz w:val="20"/>
        </w:rPr>
        <w:t xml:space="preserve">   Domicilio: _____________________________________________________________</w:t>
      </w:r>
    </w:p>
    <w:p>
      <w:r>
        <w:rPr>
          <w:b w:val="0"/>
          <w:sz w:val="20"/>
        </w:rPr>
        <w:t>(Añadir tantos inquilinos como sea necesario)</w:t>
      </w:r>
    </w:p>
    <w:p/>
    <w:p>
      <w:r>
        <w:rPr>
          <w:b w:val="0"/>
          <w:sz w:val="20"/>
        </w:rPr>
        <w:t>Ambas partes, en adelante denominadas 'el Arrendador' y 'los Arrendatarios', reconociéndose mutuamente la capacidad legal necesaria para contratar y obligarse, EXPONEN:</w:t>
      </w:r>
    </w:p>
    <w:p/>
    <w:p>
      <w:r>
        <w:rPr>
          <w:b w:val="0"/>
          <w:sz w:val="20"/>
        </w:rPr>
        <w:t>I. Que el Arrendador es propietario, usufructuario o posee título suficiente sobre la vivienda objeto de este contrato, y desea arrendarla a los Arrendatarios para uso de vivienda habitual.</w:t>
      </w:r>
    </w:p>
    <w:p>
      <w:r>
        <w:rPr>
          <w:b w:val="0"/>
          <w:sz w:val="20"/>
        </w:rPr>
        <w:t>II. Que los Arrendatarios están interesados en el arrendamiento de dicha vivienda para destinarla exclusivamente a su domicilio habitual y permanente.</w:t>
      </w:r>
    </w:p>
    <w:p/>
    <w:p>
      <w:r>
        <w:rPr>
          <w:b w:val="0"/>
          <w:sz w:val="20"/>
        </w:rPr>
        <w:t>En consecuencia, ambas partes acuerdan formalizar el presente CONTRATO DE ARRENDAMIENTO DE VIVIENDA, que se regirá por las siguientes:</w:t>
      </w:r>
    </w:p>
    <w:p/>
    <w:p>
      <w:r>
        <w:rPr>
          <w:b/>
          <w:sz w:val="20"/>
        </w:rPr>
        <w:t>PRIMERA.- OBJETO DEL CONTRATO</w:t>
      </w:r>
    </w:p>
    <w:p>
      <w:r>
        <w:rPr>
          <w:b w:val="0"/>
          <w:sz w:val="20"/>
        </w:rPr>
        <w:t>El Arrendador cede en arrendamiento a los Arrendatarios, que aceptan, la vivienda sita en: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Dirección: __________________________________________________________________________</w:t>
      </w:r>
    </w:p>
    <w:p>
      <w:r>
        <w:rPr>
          <w:b w:val="0"/>
          <w:sz w:val="20"/>
        </w:rPr>
        <w:t>Población: ______________________  Código Postal: _______________  Provincia: ______________________</w:t>
      </w:r>
    </w:p>
    <w:p>
      <w:r>
        <w:rPr>
          <w:b w:val="0"/>
          <w:sz w:val="20"/>
        </w:rPr>
        <w:t>Referencia catastral: ____________________________________________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El arrendamiento incluye los siguientes anexos (garaje, trastero, etc.):</w:t>
      </w:r>
    </w:p>
    <w:p>
      <w:r>
        <w:rPr>
          <w:b w:val="0"/>
          <w:sz w:val="20"/>
        </w:rPr>
        <w:t>______________________________________________________________________________________</w:t>
      </w:r>
    </w:p>
    <w:p/>
    <w:p>
      <w:r>
        <w:rPr>
          <w:b/>
          <w:sz w:val="20"/>
        </w:rPr>
        <w:t>SEGUNDA.- DESTINO</w:t>
      </w:r>
    </w:p>
    <w:p>
      <w:r>
        <w:rPr>
          <w:b w:val="0"/>
          <w:sz w:val="20"/>
        </w:rPr>
        <w:t>La vivienda arrendada se destinará única y exclusivamente a domicilio habitual y permanente de los Arrendatarios, quedando prohibido su uso para actividades comerciales, profesionales o industriales, así como el subarriendo total o parcial a terceros, salvo autorización expresa y por escrito del Arrendador.</w:t>
      </w:r>
    </w:p>
    <w:p/>
    <w:p>
      <w:r>
        <w:rPr>
          <w:b/>
          <w:sz w:val="20"/>
        </w:rPr>
        <w:t>TERCERA.- DURACIÓN</w:t>
      </w:r>
    </w:p>
    <w:p>
      <w:r>
        <w:rPr>
          <w:b w:val="0"/>
          <w:sz w:val="20"/>
        </w:rPr>
        <w:t>El presente contrato tendrá una duración de ____________ años/meses, comenzando el día ____________ y finalizando el día ____________, pudiendo prorrogarse según la legislación vigente, salvo denuncia expresa de cualquiera de las partes en los términos legalmente establecidos.</w:t>
      </w:r>
    </w:p>
    <w:p/>
    <w:p>
      <w:r>
        <w:rPr>
          <w:b/>
          <w:sz w:val="20"/>
        </w:rPr>
        <w:t>CUARTA.- RENTA</w:t>
      </w:r>
    </w:p>
    <w:p>
      <w:r>
        <w:rPr>
          <w:b w:val="0"/>
          <w:sz w:val="20"/>
        </w:rPr>
        <w:t>La renta mensual que los Arrendatarios se obligan a satisfacer al Arrendador asciende a la cantidad de ____________ euros (________ €), pagaderos por mensualidades anticipadas dentro de los siete primeros días de cada mes, mediante transferencia bancaria a la cuenta número: ________________________________.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La renta será actualizada conforme a lo dispuesto en la Ley de Arrendamientos Urbanos y lo que acuerden las partes.</w:t>
      </w:r>
    </w:p>
    <w:p/>
    <w:p>
      <w:r>
        <w:rPr>
          <w:b/>
          <w:sz w:val="20"/>
        </w:rPr>
        <w:t>QUINTA.- FIANZA Y GARANTÍAS ADICIONALES</w:t>
      </w:r>
    </w:p>
    <w:p>
      <w:r>
        <w:rPr>
          <w:b w:val="0"/>
          <w:sz w:val="20"/>
        </w:rPr>
        <w:t>En el acto de la firma los Arrendatarios entregan al Arrendador la cantidad de ____________ euros (________ €) en concepto de fianza legal, que será devuelta al finalizar el contrato, descontando en su caso las cantidades que correspondan por daños o incumplimientos contractuales.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Asimismo, se establece la siguiente garantía adicional: ____________________________________________________________</w:t>
      </w:r>
    </w:p>
    <w:p/>
    <w:p>
      <w:r>
        <w:rPr>
          <w:b/>
          <w:sz w:val="20"/>
        </w:rPr>
        <w:t>SEXTA.- GASTOS Y SUMINISTROS</w:t>
      </w:r>
    </w:p>
    <w:p>
      <w:r>
        <w:rPr>
          <w:b w:val="0"/>
          <w:sz w:val="20"/>
        </w:rPr>
        <w:t>Serán de cuenta de los Arrendatarios los gastos correspondientes a los suministros de agua, electricidad, gas, teléfono, internet y cualquier otro servicio individualizado con contador, así como los gastos derivados de daños ocasionados por su uso y los gastos de conservación ordinaria.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Serán de cuenta del Arrendador los gastos de comunidad, el IBI y las reparaciones necesarias para mantener la vivienda en condiciones de habitabilidad.</w:t>
      </w:r>
    </w:p>
    <w:p/>
    <w:p>
      <w:r>
        <w:rPr>
          <w:b/>
          <w:sz w:val="20"/>
        </w:rPr>
        <w:t>SÉPTIMA.- CONSERVACIÓN Y OBRAS</w:t>
      </w:r>
    </w:p>
    <w:p>
      <w:r>
        <w:rPr>
          <w:b w:val="0"/>
          <w:sz w:val="20"/>
        </w:rPr>
        <w:t>Los Arrendatarios se obligan a mantener la vivienda en buen estado, realizando a su cargo las pequeñas reparaciones que exija el uso ordinario. No podrán realizar obras que modifiquen la configuración de la vivienda sin autorización escrita del Arrendador.</w:t>
      </w:r>
    </w:p>
    <w:p/>
    <w:p>
      <w:r>
        <w:rPr>
          <w:b/>
          <w:sz w:val="20"/>
        </w:rPr>
        <w:t>OCTAVA.- OBLIGACIONES DE LOS ARRENDATARIOS</w:t>
      </w:r>
    </w:p>
    <w:p>
      <w:r>
        <w:rPr>
          <w:b w:val="0"/>
          <w:sz w:val="20"/>
        </w:rPr>
        <w:t>Los Arrendatarios se comprometen a: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a) Pagar puntualmente la renta y demás cantidades acordadas.</w:t>
      </w:r>
    </w:p>
    <w:p>
      <w:r>
        <w:rPr>
          <w:b w:val="0"/>
          <w:sz w:val="20"/>
        </w:rPr>
        <w:t>b) Utilizar la vivienda diligentemente y conforme a su destino.</w:t>
      </w:r>
    </w:p>
    <w:p>
      <w:r>
        <w:rPr>
          <w:b w:val="0"/>
          <w:sz w:val="20"/>
        </w:rPr>
        <w:t>c) Permitir la inspección de la vivienda por el Arrendador previo aviso.</w:t>
      </w:r>
    </w:p>
    <w:p>
      <w:r>
        <w:rPr>
          <w:b w:val="0"/>
          <w:sz w:val="20"/>
        </w:rPr>
        <w:t>d) No realizar actividades molestas, insalubres, nocivas, peligrosas o ilícitas.</w:t>
      </w:r>
    </w:p>
    <w:p>
      <w:r>
        <w:rPr>
          <w:b w:val="0"/>
          <w:sz w:val="20"/>
        </w:rPr>
        <w:t>e) Devolver la vivienda en el mismo estado de conservación en que la recibieron.</w:t>
      </w:r>
    </w:p>
    <w:p/>
    <w:p>
      <w:r>
        <w:rPr>
          <w:b/>
          <w:sz w:val="20"/>
        </w:rPr>
        <w:t>NOVENA.- RESPONSABILIDAD SOLIDARIA</w:t>
      </w:r>
    </w:p>
    <w:p>
      <w:r>
        <w:rPr>
          <w:b w:val="0"/>
          <w:sz w:val="20"/>
        </w:rPr>
        <w:t>Todos los Arrendatarios responderán solidariamente frente al Arrendador de todas las obligaciones derivadas de este contrato, tanto en el pago de la renta y demás cantidades, como en el cumplimiento de las demás obligaciones.</w:t>
      </w:r>
    </w:p>
    <w:p/>
    <w:p>
      <w:r>
        <w:rPr>
          <w:b/>
          <w:sz w:val="20"/>
        </w:rPr>
        <w:t>DÉCIMA.- TERMINACIÓN DEL CONTRATO</w:t>
      </w:r>
    </w:p>
    <w:p>
      <w:r>
        <w:rPr>
          <w:b w:val="0"/>
          <w:sz w:val="20"/>
        </w:rPr>
        <w:t>El contrato podrá resolverse por las causas establecidas en la Ley de Arrendamientos Urbanos y por incumplimiento de las obligaciones pactadas. A la finalización, los Arrendatarios deberán desalojar la vivienda y devolver las llaves al Arrendador.</w:t>
      </w:r>
    </w:p>
    <w:p/>
    <w:p>
      <w:r>
        <w:rPr>
          <w:b/>
          <w:sz w:val="20"/>
        </w:rPr>
        <w:t>UNDÉCIMA.- NOTIFICACIONES</w:t>
      </w:r>
    </w:p>
    <w:p>
      <w:r>
        <w:rPr>
          <w:b w:val="0"/>
          <w:sz w:val="20"/>
        </w:rPr>
        <w:t>Cualquier notificación entre las partes deberá realizarse por escrito al domicilio indicado en el encabezamiento del presente contrato o al que se comunique por escrito a la otra parte.</w:t>
      </w:r>
    </w:p>
    <w:p/>
    <w:p>
      <w:r>
        <w:rPr>
          <w:b/>
          <w:sz w:val="20"/>
        </w:rPr>
        <w:t>DUODÉCIMA.- LEGISLACIÓN Y JURISDICCIÓN</w:t>
      </w:r>
    </w:p>
    <w:p>
      <w:r>
        <w:rPr>
          <w:b w:val="0"/>
          <w:sz w:val="20"/>
        </w:rPr>
        <w:t>El presente contrato se regirá por lo dispuesto en la Ley de Arrendamientos Urbanos y el Código Civil. Para cualquier controversia, las partes se someten a los Juzgados y Tribunales de _______________________________.</w:t>
      </w:r>
    </w:p>
    <w:p/>
    <w:p>
      <w:r>
        <w:rPr>
          <w:b w:val="0"/>
          <w:sz w:val="20"/>
        </w:rPr>
        <w:t>Y en prueba de conformidad, firman el presente contrato por duplicado ejemplar en el lugar y fecha indicados al inicio.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ARRENDADOR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LOS ARRENDATARIOS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  <w:br/>
              <w:br/>
              <w:t>Fdo.: _________________________</w:t>
              <w:br/>
              <w:br/>
              <w:t>Fdo.: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https://experto-contratos.com/contrato-alquiler-varios-inquilinos/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https://experto-contratos.com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experto-contratos.com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ontratos.com/contrato-alquiler-varios-inquilinos/" TargetMode="External"/><Relationship Id="rId10" Type="http://schemas.openxmlformats.org/officeDocument/2006/relationships/hyperlink" Target="https://experto-contra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