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ARRAS PARA LA COMPRA-VENTA DE VEHÍCULO</w:t>
      </w:r>
    </w:p>
    <w:p/>
    <w:p>
      <w:r>
        <w:rPr>
          <w:b/>
          <w:sz w:val="24"/>
        </w:rPr>
        <w:t>REUNIDOS</w:t>
      </w:r>
    </w:p>
    <w:p>
      <w:r>
        <w:rPr>
          <w:b w:val="0"/>
          <w:sz w:val="20"/>
        </w:rPr>
        <w:t>De una parte, el VENDEDOR:</w:t>
      </w:r>
    </w:p>
    <w:p>
      <w:r>
        <w:rPr>
          <w:b w:val="0"/>
          <w:sz w:val="20"/>
        </w:rPr>
        <w:t xml:space="preserve">Nombre y apellidos: </w:t>
      </w:r>
    </w:p>
    <w:p>
      <w:r>
        <w:rPr>
          <w:b w:val="0"/>
          <w:sz w:val="20"/>
        </w:rPr>
        <w:t xml:space="preserve">DNI/NIE: </w:t>
      </w:r>
    </w:p>
    <w:p>
      <w:r>
        <w:rPr>
          <w:b w:val="0"/>
          <w:sz w:val="20"/>
        </w:rPr>
        <w:t xml:space="preserve">Domicilio: </w:t>
      </w:r>
    </w:p>
    <w:p>
      <w:r>
        <w:rPr>
          <w:b w:val="0"/>
          <w:sz w:val="20"/>
        </w:rPr>
        <w:t xml:space="preserve">Teléfono: </w:t>
      </w:r>
    </w:p>
    <w:p>
      <w:r>
        <w:rPr>
          <w:b w:val="0"/>
          <w:sz w:val="20"/>
        </w:rPr>
        <w:t xml:space="preserve">Email: </w:t>
      </w:r>
    </w:p>
    <w:p/>
    <w:p>
      <w:r>
        <w:rPr>
          <w:b w:val="0"/>
          <w:sz w:val="20"/>
        </w:rPr>
        <w:t>Y de otra parte, el COMPRADOR:</w:t>
      </w:r>
    </w:p>
    <w:p>
      <w:r>
        <w:rPr>
          <w:b w:val="0"/>
          <w:sz w:val="20"/>
        </w:rPr>
        <w:t xml:space="preserve">Nombre y apellidos: </w:t>
      </w:r>
    </w:p>
    <w:p>
      <w:r>
        <w:rPr>
          <w:b w:val="0"/>
          <w:sz w:val="20"/>
        </w:rPr>
        <w:t xml:space="preserve">DNI/NIE: </w:t>
      </w:r>
    </w:p>
    <w:p>
      <w:r>
        <w:rPr>
          <w:b w:val="0"/>
          <w:sz w:val="20"/>
        </w:rPr>
        <w:t xml:space="preserve">Domicilio: </w:t>
      </w:r>
    </w:p>
    <w:p>
      <w:r>
        <w:rPr>
          <w:b w:val="0"/>
          <w:sz w:val="20"/>
        </w:rPr>
        <w:t xml:space="preserve">Teléfono: </w:t>
      </w:r>
    </w:p>
    <w:p>
      <w:r>
        <w:rPr>
          <w:b w:val="0"/>
          <w:sz w:val="20"/>
        </w:rPr>
        <w:t xml:space="preserve">Email: </w:t>
      </w:r>
    </w:p>
    <w:p/>
    <w:p>
      <w:r>
        <w:rPr>
          <w:b w:val="0"/>
          <w:sz w:val="20"/>
        </w:rPr>
        <w:t>Ambas partes, en su propio nombre y derecho, reconociéndose capacidad legal suficiente para la celebración del presente contrato, acuerdan lo siguiente:</w:t>
      </w:r>
    </w:p>
    <w:p/>
    <w:p>
      <w:r>
        <w:rPr>
          <w:b/>
          <w:sz w:val="24"/>
        </w:rPr>
        <w:t>EXPONEN</w:t>
      </w:r>
    </w:p>
    <w:p>
      <w:r>
        <w:rPr>
          <w:b w:val="0"/>
          <w:sz w:val="20"/>
        </w:rPr>
        <w:t>I. Que el VENDEDOR es propietario del vehículo cuyas características se indican a continuación, y que se encuentra al corriente de sus obligaciones legales y fiscales.</w:t>
      </w:r>
    </w:p>
    <w:p>
      <w:r>
        <w:rPr>
          <w:b w:val="0"/>
          <w:sz w:val="20"/>
        </w:rPr>
        <w:t>II. Que el COMPRADOR está interesado en la adquisición del citado vehículo y que, en prueba de su interés y como garantía de la operación, ambas partes desean formalizar el presente contrato de arras.</w:t>
      </w:r>
    </w:p>
    <w:p/>
    <w:p>
      <w:r>
        <w:rPr>
          <w:b/>
          <w:sz w:val="24"/>
        </w:rPr>
        <w:t>CARACTERÍSTICAS DEL VEHÍCULO</w:t>
      </w:r>
    </w:p>
    <w:p>
      <w:r>
        <w:rPr>
          <w:b w:val="0"/>
          <w:sz w:val="20"/>
        </w:rPr>
        <w:t xml:space="preserve">Marca: </w:t>
      </w:r>
    </w:p>
    <w:p>
      <w:r>
        <w:rPr>
          <w:b w:val="0"/>
          <w:sz w:val="20"/>
        </w:rPr>
        <w:t xml:space="preserve">Modelo: </w:t>
      </w:r>
    </w:p>
    <w:p>
      <w:r>
        <w:rPr>
          <w:b w:val="0"/>
          <w:sz w:val="20"/>
        </w:rPr>
        <w:t xml:space="preserve">Matrícula: </w:t>
      </w:r>
    </w:p>
    <w:p>
      <w:r>
        <w:rPr>
          <w:b w:val="0"/>
          <w:sz w:val="20"/>
        </w:rPr>
        <w:t xml:space="preserve">Bastidor: </w:t>
      </w:r>
    </w:p>
    <w:p>
      <w:r>
        <w:rPr>
          <w:b w:val="0"/>
          <w:sz w:val="20"/>
        </w:rPr>
        <w:t xml:space="preserve">Año de matriculación: </w:t>
      </w:r>
    </w:p>
    <w:p>
      <w:r>
        <w:rPr>
          <w:b w:val="0"/>
          <w:sz w:val="20"/>
        </w:rPr>
        <w:t xml:space="preserve">Kilometraje: </w:t>
      </w:r>
    </w:p>
    <w:p>
      <w:r>
        <w:rPr>
          <w:b w:val="0"/>
          <w:sz w:val="20"/>
        </w:rPr>
        <w:t xml:space="preserve">Color: </w:t>
      </w:r>
    </w:p>
    <w:p>
      <w:r>
        <w:rPr>
          <w:b w:val="0"/>
          <w:sz w:val="20"/>
        </w:rPr>
        <w:t xml:space="preserve">Otros datos (combustible, potencia, versión, etc.): </w:t>
      </w:r>
    </w:p>
    <w:p/>
    <w:p>
      <w:r>
        <w:rPr>
          <w:b/>
          <w:sz w:val="20"/>
        </w:rPr>
        <w:t>PRIMERA.- OBJETO</w:t>
      </w:r>
    </w:p>
    <w:p>
      <w:r>
        <w:rPr>
          <w:b w:val="0"/>
          <w:sz w:val="20"/>
        </w:rPr>
        <w:t>El presente contrato tiene por objeto la reserva y futura compra-venta del vehículo descrito en el apartado anterior, en las condiciones aquí pactadas.</w:t>
      </w:r>
    </w:p>
    <w:p/>
    <w:p>
      <w:r>
        <w:rPr>
          <w:b/>
          <w:sz w:val="20"/>
        </w:rPr>
        <w:t>SEGUNDA.- PRECIO DE VENTA</w:t>
      </w:r>
    </w:p>
    <w:p>
      <w:r>
        <w:rPr>
          <w:b w:val="0"/>
          <w:sz w:val="20"/>
        </w:rPr>
        <w:t>El precio total pactado para la compra-venta del vehículo asciende a la cantidad de euros (€), que será abonada por el COMPRADOR al VENDEDOR en la forma que se indica a continuación.</w:t>
      </w:r>
    </w:p>
    <w:p/>
    <w:p>
      <w:r>
        <w:rPr>
          <w:b/>
          <w:sz w:val="20"/>
        </w:rPr>
        <w:t>TERCERA.- ENTREGA DE ARRAS</w:t>
      </w:r>
    </w:p>
    <w:p>
      <w:r>
        <w:rPr>
          <w:b w:val="0"/>
          <w:sz w:val="20"/>
        </w:rPr>
        <w:t>En este acto, el COMPRADOR entrega al VENDEDOR la cantidad de euros (€) en concepto de arras confirmatorias/penitenciales (tachar lo que no proceda), comprometiéndose ambas partes a culminar la operación en los términos aquí previstos.</w:t>
      </w:r>
    </w:p>
    <w:p/>
    <w:p>
      <w:r>
        <w:rPr>
          <w:b/>
          <w:sz w:val="20"/>
        </w:rPr>
        <w:t>CUARTA.- PAGO RESTANTE Y FIRMA DE CONTRATO DE COMPRAVENTA</w:t>
      </w:r>
    </w:p>
    <w:p>
      <w:r>
        <w:rPr>
          <w:b w:val="0"/>
          <w:sz w:val="20"/>
        </w:rPr>
        <w:t>El importe restante, es decir, euros (€), será abonado por el COMPRADOR en el momento de la firma del contrato de compraventa y entrega del vehículo, que se realizará en el lugar y fecha que acuerden las partes.</w:t>
      </w:r>
    </w:p>
    <w:p/>
    <w:p>
      <w:r>
        <w:rPr>
          <w:b/>
          <w:sz w:val="20"/>
        </w:rPr>
        <w:t>QUINTA.- DOCUMENTACIÓN Y ESTADO DEL VEHÍCULO</w:t>
      </w:r>
    </w:p>
    <w:p>
      <w:r>
        <w:rPr>
          <w:b w:val="0"/>
          <w:sz w:val="20"/>
        </w:rPr>
        <w:t>El VENDEDOR se compromete a entregar al COMPRADOR el vehículo libre de cargas, gravámenes y multas, junto con toda la documentación correspondiente (permiso de circulación, ficha técnica, ITV, justificante del último recibo del impuesto de circulación, etc.). El vehículo será entregado en el estado descrito y conocido por el COMPRADOR, quien declara haberlo revisado y aceptado.</w:t>
      </w:r>
    </w:p>
    <w:p/>
    <w:p>
      <w:r>
        <w:rPr>
          <w:b/>
          <w:sz w:val="20"/>
        </w:rPr>
        <w:t>SEXTA.- GASTOS E IMPUESTOS</w:t>
      </w:r>
    </w:p>
    <w:p>
      <w:r>
        <w:rPr>
          <w:b w:val="0"/>
          <w:sz w:val="20"/>
        </w:rPr>
        <w:t>Todos los gastos e impuestos derivados de la compraventa y transmisión del vehículo serán satisfechos conforme a lo que acuerden las partes, y en su defecto, según la normativa vigente.</w:t>
      </w:r>
    </w:p>
    <w:p/>
    <w:p>
      <w:r>
        <w:rPr>
          <w:b/>
          <w:sz w:val="20"/>
        </w:rPr>
        <w:t>SÉPTIMA.- INCUMPLIMIENTO</w:t>
      </w:r>
    </w:p>
    <w:p>
      <w:r>
        <w:rPr>
          <w:b w:val="0"/>
          <w:sz w:val="20"/>
        </w:rPr>
        <w:t>En caso de que el COMPRADOR no cumpliera con la obligación de formalizar la compraventa en el plazo y condiciones pactadas, perderá en favor del VENDEDOR la cantidad entregada en concepto de arras. Si el incumplimiento fuera por parte del VENDEDOR, éste deberá devolver al COMPRADOR el doble de la cantidad recibida en concepto de arras.</w:t>
      </w:r>
    </w:p>
    <w:p/>
    <w:p>
      <w:r>
        <w:rPr>
          <w:b/>
          <w:sz w:val="20"/>
        </w:rPr>
        <w:t>OCTAVA.- JURISDICCIÓN</w:t>
      </w:r>
    </w:p>
    <w:p>
      <w:r>
        <w:rPr>
          <w:b w:val="0"/>
          <w:sz w:val="20"/>
        </w:rPr>
        <w:t>Para la resolución de cualquier controversia derivada de este contrato, ambas partes se someten expresamente a los Juzgados y Tribunales que correspondan.</w:t>
      </w:r>
    </w:p>
    <w:p/>
    <w:p>
      <w:r>
        <w:rPr>
          <w:b w:val="0"/>
          <w:sz w:val="20"/>
        </w:rPr>
        <w:t>Y en prueba de conformidad, firman el presente contrato de arras por duplicado y a un solo efecto, en el lugar indicado al inicio.</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VENDEDOR</w:t>
            </w:r>
          </w:p>
        </w:tc>
        <w:tc>
          <w:tcPr>
            <w:tcW w:type="dxa" w:w="4986"/>
          </w:tcPr>
          <w:p>
            <w:pPr>
              <w:jc w:val="center"/>
            </w:pPr>
            <w:r>
              <w:rPr>
                <w:b/>
              </w:rPr>
              <w:t>EL COMPRADOR</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https://experto-contratos.com/contrato-arras-coche/</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arras-coche/"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