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ARRAS PARA EL TRASPASO DE NEGOCIO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TRANSMITENTE DEL NEGOCIO:</w:t>
      </w:r>
    </w:p>
    <w:p>
      <w:r>
        <w:rPr>
          <w:b w:val="0"/>
          <w:sz w:val="20"/>
        </w:rPr>
        <w:t>Nombre y apellidos o razón social: ___________________________________________</w:t>
      </w:r>
    </w:p>
    <w:p>
      <w:r>
        <w:rPr>
          <w:b w:val="0"/>
          <w:sz w:val="20"/>
        </w:rPr>
        <w:t>DNI/NIF: ____________________________</w:t>
      </w:r>
    </w:p>
    <w:p>
      <w:r>
        <w:rPr>
          <w:b w:val="0"/>
          <w:sz w:val="20"/>
        </w:rPr>
        <w:t>Domicilio: _______________________________________________________________</w:t>
      </w:r>
    </w:p>
    <w:p>
      <w:r>
        <w:rPr>
          <w:b w:val="0"/>
          <w:sz w:val="20"/>
        </w:rPr>
        <w:t>Teléfono: __________________________  Email: _____________________________</w:t>
      </w:r>
    </w:p>
    <w:p/>
    <w:p>
      <w:r>
        <w:rPr>
          <w:b w:val="0"/>
          <w:sz w:val="20"/>
        </w:rPr>
        <w:t>Y DE OTRA PARTE, EL ADQUIRENTE DEL NEGOCIO:</w:t>
      </w:r>
    </w:p>
    <w:p>
      <w:r>
        <w:rPr>
          <w:b w:val="0"/>
          <w:sz w:val="20"/>
        </w:rPr>
        <w:t>Nombre y apellidos o razón social: ___________________________________________</w:t>
      </w:r>
    </w:p>
    <w:p>
      <w:r>
        <w:rPr>
          <w:b w:val="0"/>
          <w:sz w:val="20"/>
        </w:rPr>
        <w:t>DNI/NIF: ____________________________</w:t>
      </w:r>
    </w:p>
    <w:p>
      <w:r>
        <w:rPr>
          <w:b w:val="0"/>
          <w:sz w:val="20"/>
        </w:rPr>
        <w:t>Domicilio: _______________________________________________________________</w:t>
      </w:r>
    </w:p>
    <w:p>
      <w:r>
        <w:rPr>
          <w:b w:val="0"/>
          <w:sz w:val="20"/>
        </w:rPr>
        <w:t>Teléfono: __________________________  Email: _____________________________</w:t>
      </w:r>
    </w:p>
    <w:p/>
    <w:p>
      <w:r>
        <w:rPr>
          <w:b w:val="0"/>
          <w:sz w:val="20"/>
        </w:rPr>
        <w:t>Ambas partes se reconocen mutuamente la capacidad legal necesaria para suscribir el presente contrato de arras para el traspaso de negocio, y a tal efecto,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I.- Que el TRANSMITENTE es titular del negocio ubicado en: _______________________________________________________________.</w:t>
      </w:r>
    </w:p>
    <w:p>
      <w:r>
        <w:rPr>
          <w:b w:val="0"/>
          <w:sz w:val="20"/>
        </w:rPr>
        <w:t>II.- Que el ADQUIRENTE está interesado en adquirir dicho negocio y ambas partes han convenido la transmisión del mismo bajo las siguientes condiciones.</w:t>
      </w:r>
    </w:p>
    <w:p/>
    <w:p>
      <w:r>
        <w:rPr>
          <w:b/>
          <w:sz w:val="24"/>
        </w:rPr>
        <w:t>CLÁUSULAS</w:t>
      </w:r>
    </w:p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TRANSMITENTE se compromete a transmitir y el ADQUIRENTE a adquirir el negocio anteriormente descrito, junto con todos sus activos, enseres, derechos y obligaciones inherentes, conforme a lo pactado entre las partes.</w:t>
      </w:r>
    </w:p>
    <w:p/>
    <w:p>
      <w:r>
        <w:rPr>
          <w:b/>
          <w:sz w:val="20"/>
        </w:rPr>
        <w:t>SEGUNDA.- PRECIO Y FORMA DE PAGO</w:t>
      </w:r>
    </w:p>
    <w:p>
      <w:r>
        <w:rPr>
          <w:b w:val="0"/>
          <w:sz w:val="20"/>
        </w:rPr>
        <w:t>El precio total acordado para el traspaso del negocio asciende a la cantidad de ______________________________ euros (___________ €), que será satisfecho por el ADQUIRENTE en la forma siguiente:</w:t>
      </w:r>
    </w:p>
    <w:p/>
    <w:p>
      <w:r>
        <w:rPr>
          <w:b/>
          <w:sz w:val="20"/>
        </w:rPr>
        <w:t>TERCERA.- ENTREGAS EN CONCEPTO DE ARRAS</w:t>
      </w:r>
    </w:p>
    <w:p>
      <w:r>
        <w:rPr>
          <w:b w:val="0"/>
          <w:sz w:val="20"/>
        </w:rPr>
        <w:t>En este acto el ADQUIRENTE entrega al TRANSMITENTE la cantidad de __________________ euros (___________ €) en concepto de arras confirmatorias/penitenciales según lo dispuesto en el art. 1454 del Código Civil, quedando el resto pendiente para el momento de la formalización del traspaso ante la firma del contrato definitivo.</w:t>
      </w:r>
    </w:p>
    <w:p/>
    <w:p>
      <w:r>
        <w:rPr>
          <w:b/>
          <w:sz w:val="20"/>
        </w:rPr>
        <w:t>CUARTA.- CONSECUENCIAS DEL INCUMPLIMIENTO</w:t>
      </w:r>
    </w:p>
    <w:p>
      <w:r>
        <w:rPr>
          <w:b w:val="0"/>
          <w:sz w:val="20"/>
        </w:rPr>
        <w:t>Si alguna de las partes incumpliera las obligaciones asumidas:</w:t>
      </w:r>
    </w:p>
    <w:p>
      <w:r>
        <w:rPr>
          <w:b w:val="0"/>
          <w:sz w:val="20"/>
        </w:rPr>
        <w:t>a) Si el incumplimiento es por parte del ADQUIRENTE, perderá la cantidad entregada en concepto de arras en beneficio del TRANSMITENTE.</w:t>
      </w:r>
    </w:p>
    <w:p>
      <w:r>
        <w:rPr>
          <w:b w:val="0"/>
          <w:sz w:val="20"/>
        </w:rPr>
        <w:t>b) Si el incumplimiento es por parte del TRANSMITENTE, deberá devolver al ADQUIRENTE el doble de la cantidad recibida en concepto de arras.</w:t>
      </w:r>
    </w:p>
    <w:p/>
    <w:p>
      <w:r>
        <w:rPr>
          <w:b/>
          <w:sz w:val="20"/>
        </w:rPr>
        <w:t>QUINTA.- ESTADO DEL NEGOCIO</w:t>
      </w:r>
    </w:p>
    <w:p>
      <w:r>
        <w:rPr>
          <w:b w:val="0"/>
          <w:sz w:val="20"/>
        </w:rPr>
        <w:t>El TRANSMITENTE declara que el negocio objeto de este contrato se encuentra al corriente de pago en todas sus obligaciones fiscales, laborales y con la Seguridad Social, así como libre de cargas, embargos o gravámenes salvo los expresamente indicados: _________________________________________________.</w:t>
      </w:r>
    </w:p>
    <w:p/>
    <w:p>
      <w:r>
        <w:rPr>
          <w:b/>
          <w:sz w:val="20"/>
        </w:rPr>
        <w:t>SEXTA.- TRANSMISIÓN DE LICENCIAS Y AUTORIZACIONES</w:t>
      </w:r>
    </w:p>
    <w:p>
      <w:r>
        <w:rPr>
          <w:b w:val="0"/>
          <w:sz w:val="20"/>
        </w:rPr>
        <w:t>El TRANSMITENTE se compromete a colaborar con el ADQUIRENTE en la tramitación de los cambios de titularidad de cuantas licencias, permisos y autorizaciones sean necesarias para el normal desarrollo de la actividad.</w:t>
      </w:r>
    </w:p>
    <w:p/>
    <w:p>
      <w:r>
        <w:rPr>
          <w:b/>
          <w:sz w:val="20"/>
        </w:rPr>
        <w:t>SÉPTIMA.- ENTREGA Y FORMALIZACIÓN DEL TRASPASO</w:t>
      </w:r>
    </w:p>
    <w:p>
      <w:r>
        <w:rPr>
          <w:b w:val="0"/>
          <w:sz w:val="20"/>
        </w:rPr>
        <w:t>La formalización del traspaso y entrega efectiva del negocio se realizará en el plazo máximo de __________ días a contar desde la fecha del presente contrato, mediante la suscripción del correspondiente contrato de traspaso y el pago del importe restante acordado.</w:t>
      </w:r>
    </w:p>
    <w:p/>
    <w:p>
      <w:r>
        <w:rPr>
          <w:b/>
          <w:sz w:val="20"/>
        </w:rPr>
        <w:t>OCTAVA.- GASTOS E IMPUESTOS</w:t>
      </w:r>
    </w:p>
    <w:p>
      <w:r>
        <w:rPr>
          <w:b w:val="0"/>
          <w:sz w:val="20"/>
        </w:rPr>
        <w:t>Todos los gastos, tributos y aranceles que pudieran derivarse del presente contrato serán por cuenta de ____________________________.</w:t>
      </w:r>
    </w:p>
    <w:p/>
    <w:p>
      <w:r>
        <w:rPr>
          <w:b/>
          <w:sz w:val="20"/>
        </w:rPr>
        <w:t>NOVENA.- JURISDICCIÓN</w:t>
      </w:r>
    </w:p>
    <w:p>
      <w:r>
        <w:rPr>
          <w:b w:val="0"/>
          <w:sz w:val="20"/>
        </w:rPr>
        <w:t>Para cuantas cuestiones se deriven del presente contrato, las partes se someten expresamente a los Juzgados y Tribunales de ____________________________.</w:t>
      </w:r>
    </w:p>
    <w:p/>
    <w:p>
      <w:r>
        <w:rPr>
          <w:b/>
          <w:sz w:val="20"/>
        </w:rPr>
        <w:t>DÉCIMA.- OTROS PACTOS</w:t>
      </w:r>
    </w:p>
    <w:p>
      <w:r>
        <w:rPr>
          <w:b w:val="0"/>
          <w:sz w:val="20"/>
        </w:rPr>
        <w:t>Las partes podrán incluir las condiciones particulares adicionales que consideren oportunas: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 w:val="0"/>
          <w:sz w:val="20"/>
        </w:rPr>
        <w:t>Leído el presente contrato, ambas partes lo firman en duplicado ejemplar y a un solo efecto, en el lugar y fecha arriba indicados.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TRANSMITENTE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ADQUIRENTE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https://experto-contratos.com/contrato-arras-traspaso-negocio/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arras-traspaso-negoci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