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CONTRATO DE ARRENDAMIENTO CINEGÉTICO</w:t>
      </w:r>
    </w:p>
    <w:p/>
    <w:p/>
    <w:p>
      <w:r>
        <w:rPr>
          <w:b/>
          <w:sz w:val="24"/>
        </w:rPr>
        <w:t>REUNIDOS</w:t>
      </w:r>
    </w:p>
    <w:p>
      <w:r>
        <w:rPr>
          <w:b w:val="0"/>
          <w:sz w:val="20"/>
        </w:rPr>
        <w:t>ARRENDADOR:</w:t>
      </w:r>
    </w:p>
    <w:p>
      <w:r>
        <w:rPr>
          <w:b w:val="0"/>
          <w:sz w:val="20"/>
        </w:rPr>
        <w:t xml:space="preserve">Nombre o razón social: </w:t>
      </w:r>
    </w:p>
    <w:p>
      <w:r>
        <w:rPr>
          <w:b w:val="0"/>
          <w:sz w:val="20"/>
        </w:rPr>
        <w:t xml:space="preserve">DNI/NIF: </w:t>
      </w:r>
    </w:p>
    <w:p>
      <w:r>
        <w:rPr>
          <w:b w:val="0"/>
          <w:sz w:val="20"/>
        </w:rPr>
        <w:t xml:space="preserve">Domicilio: </w:t>
      </w:r>
    </w:p>
    <w:p>
      <w:r>
        <w:rPr>
          <w:b w:val="0"/>
          <w:sz w:val="20"/>
        </w:rPr>
        <w:t xml:space="preserve">Teléfono: </w:t>
      </w:r>
    </w:p>
    <w:p>
      <w:r>
        <w:rPr>
          <w:b w:val="0"/>
          <w:sz w:val="20"/>
        </w:rPr>
      </w:r>
    </w:p>
    <w:p>
      <w:r>
        <w:rPr>
          <w:b w:val="0"/>
          <w:sz w:val="20"/>
        </w:rPr>
        <w:t>ARRENDATARIO:</w:t>
      </w:r>
    </w:p>
    <w:p>
      <w:r>
        <w:rPr>
          <w:b w:val="0"/>
          <w:sz w:val="20"/>
        </w:rPr>
        <w:t xml:space="preserve">Nombre o razón social: </w:t>
      </w:r>
    </w:p>
    <w:p>
      <w:r>
        <w:rPr>
          <w:b w:val="0"/>
          <w:sz w:val="20"/>
        </w:rPr>
        <w:t xml:space="preserve">DNI/NIF: </w:t>
      </w:r>
    </w:p>
    <w:p>
      <w:r>
        <w:rPr>
          <w:b w:val="0"/>
          <w:sz w:val="20"/>
        </w:rPr>
        <w:t xml:space="preserve">Domicilio: </w:t>
      </w:r>
    </w:p>
    <w:p>
      <w:r>
        <w:rPr>
          <w:b w:val="0"/>
          <w:sz w:val="20"/>
        </w:rPr>
        <w:t xml:space="preserve">Teléfono: </w:t>
      </w:r>
    </w:p>
    <w:p/>
    <w:p>
      <w:r>
        <w:rPr>
          <w:b w:val="0"/>
          <w:sz w:val="20"/>
        </w:rPr>
        <w:t>Ambas partes se reconocen la capacidad legal necesaria para formalizar el presente CONTRATO DE ARRENDAMIENTO CINEGÉTICO y, a tal efecto, EXPONEN:</w:t>
      </w:r>
    </w:p>
    <w:p/>
    <w:p>
      <w:r>
        <w:rPr>
          <w:b/>
          <w:sz w:val="24"/>
        </w:rPr>
        <w:t>EXPONEN</w:t>
      </w:r>
    </w:p>
    <w:p>
      <w:r>
        <w:rPr>
          <w:b w:val="0"/>
          <w:sz w:val="20"/>
        </w:rPr>
        <w:t>I. Que el ARRENDADOR es legítimo propietario, poseedor o titular del derecho de disfrute cinegético sobre el siguiente terreno:</w:t>
      </w:r>
    </w:p>
    <w:p>
      <w:r>
        <w:rPr>
          <w:b w:val="0"/>
          <w:sz w:val="20"/>
        </w:rPr>
        <w:t xml:space="preserve">Descripción de la finca: </w:t>
      </w:r>
    </w:p>
    <w:p>
      <w:r>
        <w:rPr>
          <w:b w:val="0"/>
          <w:sz w:val="20"/>
        </w:rPr>
        <w:t xml:space="preserve">Superficie: </w:t>
      </w:r>
    </w:p>
    <w:p>
      <w:r>
        <w:rPr>
          <w:b w:val="0"/>
          <w:sz w:val="20"/>
        </w:rPr>
        <w:t xml:space="preserve">Término municipal: </w:t>
      </w:r>
    </w:p>
    <w:p>
      <w:r>
        <w:rPr>
          <w:b w:val="0"/>
          <w:sz w:val="20"/>
        </w:rPr>
        <w:t xml:space="preserve">Referencia catastral: </w:t>
      </w:r>
    </w:p>
    <w:p>
      <w:r>
        <w:rPr>
          <w:b w:val="0"/>
          <w:sz w:val="20"/>
        </w:rPr>
        <w:t>II. Que el ARRENDATARIO está interesado en el arrendamiento de dicho terreno para el ejercicio de la actividad cinegética, en las condiciones que se establecen en este contrato.</w:t>
      </w:r>
    </w:p>
    <w:p/>
    <w:p>
      <w:r>
        <w:rPr>
          <w:b/>
          <w:sz w:val="24"/>
        </w:rPr>
        <w:t>ACUERDAN</w:t>
      </w:r>
    </w:p>
    <w:p/>
    <w:p>
      <w:r>
        <w:rPr>
          <w:b/>
          <w:sz w:val="20"/>
        </w:rPr>
        <w:t>PRIMERA.- OBJETO DEL CONTRATO</w:t>
      </w:r>
    </w:p>
    <w:p>
      <w:r>
        <w:rPr>
          <w:b w:val="0"/>
          <w:sz w:val="20"/>
        </w:rPr>
        <w:t>El presente contrato tiene por objeto el arrendamiento del derecho de aprovechamiento cinegético sobre la finca descrita en el expositivo I, para el ejercicio de la caza en sus diferentes modalidades, durante el periodo y bajo las condiciones que se determinan en las siguientes cláusulas.</w:t>
      </w:r>
    </w:p>
    <w:p/>
    <w:p>
      <w:r>
        <w:rPr>
          <w:b/>
          <w:sz w:val="20"/>
        </w:rPr>
        <w:t>SEGUNDA.- DURACIÓN</w:t>
      </w:r>
    </w:p>
    <w:p>
      <w:r>
        <w:rPr>
          <w:b w:val="0"/>
          <w:sz w:val="20"/>
        </w:rPr>
        <w:t>El presente contrato tendrá una duración de años, iniciándose en la fecha de firma y finalizando en el mismo día del año de vencimiento, pudiendo ser prorrogado previo acuerdo expreso y escrito entre las partes.</w:t>
      </w:r>
    </w:p>
    <w:p/>
    <w:p>
      <w:r>
        <w:rPr>
          <w:b/>
          <w:sz w:val="20"/>
        </w:rPr>
        <w:t>TERCERA.- RENTA</w:t>
      </w:r>
    </w:p>
    <w:p>
      <w:r>
        <w:rPr>
          <w:b w:val="0"/>
          <w:sz w:val="20"/>
        </w:rPr>
        <w:t>El ARRENDATARIO abonará al ARRENDADOR la cantidad de euros anuales en concepto de renta, que se satisfará mediante transferencia bancaria o cualquier otro medio acordado entre las partes. La falta de pago facultará al ARRENDADOR para resolver el contrato.</w:t>
      </w:r>
    </w:p>
    <w:p/>
    <w:p>
      <w:r>
        <w:rPr>
          <w:b/>
          <w:sz w:val="20"/>
        </w:rPr>
        <w:t>CUARTA.- DESTINO Y USO</w:t>
      </w:r>
    </w:p>
    <w:p>
      <w:r>
        <w:rPr>
          <w:b w:val="0"/>
          <w:sz w:val="20"/>
        </w:rPr>
        <w:t>El terreno objeto de este contrato será destinado exclusivamente al aprovechamiento cinegético en la modalidad que corresponda, quedando prohibida cualquier otra utilización sin autorización expresa del ARRENDADOR.</w:t>
      </w:r>
    </w:p>
    <w:p/>
    <w:p>
      <w:r>
        <w:rPr>
          <w:b/>
          <w:sz w:val="20"/>
        </w:rPr>
        <w:t>QUINTA.- OBLIGACIONES DEL ARRENDADOR</w:t>
      </w:r>
    </w:p>
    <w:p>
      <w:r>
        <w:rPr>
          <w:b w:val="0"/>
          <w:sz w:val="20"/>
        </w:rPr>
        <w:t>a) Garantizar la tenencia y disfrute pacífico del terreno para el ejercicio de la caza durante la vigencia del contrato.</w:t>
      </w:r>
    </w:p>
    <w:p>
      <w:r>
        <w:rPr>
          <w:b w:val="0"/>
          <w:sz w:val="20"/>
        </w:rPr>
        <w:t>b) Facilitar al ARRENDATARIO la documentación necesaria para la tramitación administrativa del aprovechamiento cinegético.</w:t>
      </w:r>
    </w:p>
    <w:p>
      <w:r>
        <w:rPr>
          <w:b w:val="0"/>
          <w:sz w:val="20"/>
        </w:rPr>
        <w:t>c) Comunicar al ARRENDATARIO cualquier incidencia que afecte al uso o disfrute del terreno objeto del contrato.</w:t>
      </w:r>
    </w:p>
    <w:p/>
    <w:p>
      <w:r>
        <w:rPr>
          <w:b/>
          <w:sz w:val="20"/>
        </w:rPr>
        <w:t>SEXTA.- OBLIGACIONES DEL ARRENDATARIO</w:t>
      </w:r>
    </w:p>
    <w:p>
      <w:r>
        <w:rPr>
          <w:b w:val="0"/>
          <w:sz w:val="20"/>
        </w:rPr>
        <w:t>a) Cumplir la legislación vigente en materia cinegética, medioambiental y de seguridad.</w:t>
      </w:r>
    </w:p>
    <w:p>
      <w:r>
        <w:rPr>
          <w:b w:val="0"/>
          <w:sz w:val="20"/>
        </w:rPr>
        <w:t>b) Mantener en buen estado de conservación el terreno y sus instalaciones.</w:t>
      </w:r>
    </w:p>
    <w:p>
      <w:r>
        <w:rPr>
          <w:b w:val="0"/>
          <w:sz w:val="20"/>
        </w:rPr>
        <w:t>c) No realizar obras o instalaciones permanentes sin autorización del ARRENDADOR.</w:t>
      </w:r>
    </w:p>
    <w:p>
      <w:r>
        <w:rPr>
          <w:b w:val="0"/>
          <w:sz w:val="20"/>
        </w:rPr>
        <w:t>d) Abonar puntualmente la renta.</w:t>
      </w:r>
    </w:p>
    <w:p>
      <w:r>
        <w:rPr>
          <w:b w:val="0"/>
          <w:sz w:val="20"/>
        </w:rPr>
        <w:t>e) No ceder ni subarrendar total o parcialmente el derecho de aprovechamiento objeto de este contrato sin el consentimiento expreso y por escrito del ARRENDADOR.</w:t>
      </w:r>
    </w:p>
    <w:p/>
    <w:p>
      <w:r>
        <w:rPr>
          <w:b/>
          <w:sz w:val="20"/>
        </w:rPr>
        <w:t>SÉPTIMA.- AUTORIZACIONES Y LICENCIAS</w:t>
      </w:r>
    </w:p>
    <w:p>
      <w:r>
        <w:rPr>
          <w:b w:val="0"/>
          <w:sz w:val="20"/>
        </w:rPr>
        <w:t>Corresponde al ARRENDATARIO la obtención de las autorizaciones, licencias y permisos necesarios para el ejercicio de la actividad cinegética, así como el cumplimiento de los requisitos legales y administrativos pertinentes.</w:t>
      </w:r>
    </w:p>
    <w:p/>
    <w:p>
      <w:r>
        <w:rPr>
          <w:b/>
          <w:sz w:val="20"/>
        </w:rPr>
        <w:t>OCTAVA.- RESPONSABILIDAD Y SEGUROS</w:t>
      </w:r>
    </w:p>
    <w:p>
      <w:r>
        <w:rPr>
          <w:b w:val="0"/>
          <w:sz w:val="20"/>
        </w:rPr>
        <w:t>El ARRENDATARIO será responsable de los daños que puedan causarse a terceros, al terreno o a sus instalaciones, como consecuencia del ejercicio de la actividad cinegética, comprometiéndose a suscribir y mantener en vigor un seguro de responsabilidad civil suficiente que cubra los posibles riesgos derivados de la actividad.</w:t>
      </w:r>
    </w:p>
    <w:p/>
    <w:p>
      <w:r>
        <w:rPr>
          <w:b/>
          <w:sz w:val="20"/>
        </w:rPr>
        <w:t>NOVENA.- RESOLUCIÓN DEL CONTRATO</w:t>
      </w:r>
    </w:p>
    <w:p>
      <w:r>
        <w:rPr>
          <w:b w:val="0"/>
          <w:sz w:val="20"/>
        </w:rPr>
        <w:t>Serán causas de resolución del contrato:</w:t>
      </w:r>
    </w:p>
    <w:p>
      <w:r>
        <w:rPr>
          <w:b w:val="0"/>
          <w:sz w:val="20"/>
        </w:rPr>
        <w:t>a) El incumplimiento de cualquiera de las obligaciones esenciales por alguna de las partes.</w:t>
      </w:r>
    </w:p>
    <w:p>
      <w:r>
        <w:rPr>
          <w:b w:val="0"/>
          <w:sz w:val="20"/>
        </w:rPr>
        <w:t>b) La falta de pago de la renta en los plazos establecidos.</w:t>
      </w:r>
    </w:p>
    <w:p>
      <w:r>
        <w:rPr>
          <w:b w:val="0"/>
          <w:sz w:val="20"/>
        </w:rPr>
        <w:t>c) El uso indebido del terreno o la realización de actividades no permitidas.</w:t>
      </w:r>
    </w:p>
    <w:p>
      <w:r>
        <w:rPr>
          <w:b w:val="0"/>
          <w:sz w:val="20"/>
        </w:rPr>
        <w:t>d) El mutuo acuerdo entre las partes.</w:t>
      </w:r>
    </w:p>
    <w:p>
      <w:r>
        <w:rPr>
          <w:b w:val="0"/>
          <w:sz w:val="20"/>
        </w:rPr>
        <w:t>En caso de resolución anticipada por causa imputable al ARRENDATARIO, no procederá la devolución de la renta abonada correspondiente al periodo en curso.</w:t>
      </w:r>
    </w:p>
    <w:p/>
    <w:p>
      <w:r>
        <w:rPr>
          <w:b/>
          <w:sz w:val="20"/>
        </w:rPr>
        <w:t>DÉCIMA.- JURISDICCIÓN</w:t>
      </w:r>
    </w:p>
    <w:p>
      <w:r>
        <w:rPr>
          <w:b w:val="0"/>
          <w:sz w:val="20"/>
        </w:rPr>
        <w:t>Para la interpretación y cumplimiento del presente contrato, las partes se someten a la jurisdicción de los Juzgados y Tribunales del lugar donde radique la finca, con renuncia expresa a cualquier otro fuero que pudiera corresponderles.</w:t>
      </w:r>
    </w:p>
    <w:p/>
    <w:p>
      <w:r>
        <w:rPr>
          <w:b w:val="0"/>
          <w:sz w:val="20"/>
        </w:rPr>
        <w:t>Y en prueba de conformidad, firman el presente contrato, por duplicado ejemplar y a un solo efecto, en el lugar y fecha indicados.</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EL ARRENDADOR</w:t>
            </w:r>
          </w:p>
        </w:tc>
        <w:tc>
          <w:tcPr>
            <w:tcW w:type="dxa" w:w="4986"/>
          </w:tcPr>
          <w:p>
            <w:pPr>
              <w:jc w:val="center"/>
            </w:pPr>
            <w:r>
              <w:rPr>
                <w:b/>
              </w:rPr>
              <w:t>EL ARRENDATARIO</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https://experto-contratos.com/contrato-arrendamiento-cinegetico/</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contrato-arrendamiento-cinegetico/"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