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ARRENDAMIENTO RÚSTICO</w:t>
      </w:r>
    </w:p>
    <w:p/>
    <w:p>
      <w:r>
        <w:rPr>
          <w:b/>
          <w:sz w:val="24"/>
        </w:rPr>
        <w:t>REUNIDOS</w:t>
      </w:r>
    </w:p>
    <w:p>
      <w:r>
        <w:rPr>
          <w:b/>
          <w:sz w:val="20"/>
        </w:rPr>
        <w:t>ARRENDADOR:</w:t>
      </w:r>
    </w:p>
    <w:p>
      <w:r>
        <w:rPr>
          <w:b w:val="0"/>
          <w:sz w:val="20"/>
        </w:rPr>
        <w:t>Nombre: ________________________________________________________</w:t>
      </w:r>
    </w:p>
    <w:p>
      <w:r>
        <w:rPr>
          <w:b w:val="0"/>
          <w:sz w:val="20"/>
        </w:rPr>
        <w:t>DNI/NIF: _______________________________________________________</w:t>
      </w:r>
    </w:p>
    <w:p>
      <w:r>
        <w:rPr>
          <w:b w:val="0"/>
          <w:sz w:val="20"/>
        </w:rPr>
        <w:t>Domicilio: _____________________________________________________</w:t>
      </w:r>
    </w:p>
    <w:p>
      <w:r>
        <w:rPr>
          <w:b w:val="0"/>
          <w:sz w:val="20"/>
        </w:rPr>
        <w:t>Teléfono: _____________________   Email: _______________________</w:t>
      </w:r>
    </w:p>
    <w:p/>
    <w:p>
      <w:r>
        <w:rPr>
          <w:b/>
          <w:sz w:val="20"/>
        </w:rPr>
        <w:t>ARRENDATARIO:</w:t>
      </w:r>
    </w:p>
    <w:p>
      <w:r>
        <w:rPr>
          <w:b w:val="0"/>
          <w:sz w:val="20"/>
        </w:rPr>
        <w:t>Nombre: ________________________________________________________</w:t>
      </w:r>
    </w:p>
    <w:p>
      <w:r>
        <w:rPr>
          <w:b w:val="0"/>
          <w:sz w:val="20"/>
        </w:rPr>
        <w:t>DNI/NIF: _______________________________________________________</w:t>
      </w:r>
    </w:p>
    <w:p>
      <w:r>
        <w:rPr>
          <w:b w:val="0"/>
          <w:sz w:val="20"/>
        </w:rPr>
        <w:t>Domicilio: _____________________________________________________</w:t>
      </w:r>
    </w:p>
    <w:p>
      <w:r>
        <w:rPr>
          <w:b w:val="0"/>
          <w:sz w:val="20"/>
        </w:rPr>
        <w:t>Teléfono: _____________________   Email: _______________________</w:t>
      </w:r>
    </w:p>
    <w:p/>
    <w:p>
      <w:r>
        <w:rPr>
          <w:b w:val="0"/>
          <w:sz w:val="20"/>
        </w:rPr>
        <w:t>Ambas partes se reconocen capacidad legal suficiente para suscribir el presente contrato de arrendamiento rústico y a tal efecto, EXPONEN:</w:t>
      </w:r>
    </w:p>
    <w:p/>
    <w:p>
      <w:r>
        <w:rPr>
          <w:b/>
          <w:sz w:val="24"/>
        </w:rPr>
        <w:t>EXPONEN</w:t>
      </w:r>
    </w:p>
    <w:p>
      <w:r>
        <w:rPr>
          <w:b w:val="0"/>
          <w:sz w:val="20"/>
        </w:rPr>
        <w:t>I. Que el ARRENDADOR es propietario, usufructuario o poseedor legítimo del bien rústico objeto de este contrato.</w:t>
      </w:r>
    </w:p>
    <w:p>
      <w:r>
        <w:rPr>
          <w:b w:val="0"/>
          <w:sz w:val="20"/>
        </w:rPr>
        <w:t>II. Que el ARRENDATARIO está interesado en el arrendamiento del referido bien rústico para su explotación agrícola, ganadera, forestal o mixta.</w:t>
      </w:r>
    </w:p>
    <w:p>
      <w:r>
        <w:rPr>
          <w:b w:val="0"/>
          <w:sz w:val="20"/>
        </w:rPr>
        <w:t>III. Que ambas partes están interesadas en formalizar el presente contrato de arrendamiento rústico de conformidad con las siguientes cláusulas.</w:t>
      </w:r>
    </w:p>
    <w:p/>
    <w:p>
      <w:r>
        <w:rPr>
          <w:b/>
          <w:sz w:val="24"/>
        </w:rPr>
        <w:t>CLÁUSULAS</w:t>
      </w:r>
    </w:p>
    <w:p>
      <w:r>
        <w:rPr>
          <w:b/>
          <w:sz w:val="20"/>
        </w:rPr>
        <w:t>PRIMERA.- OBJETO DEL CONTRATO</w:t>
      </w:r>
    </w:p>
    <w:p>
      <w:r>
        <w:rPr>
          <w:b w:val="0"/>
          <w:sz w:val="20"/>
        </w:rPr>
        <w:t>El ARRENDADOR cede en arrendamiento al ARRENDATARIO la finca rústica sita en:______________________________________________________, con referencia catastral número: ____________________________, y superficie aproximada de ________________ hectáreas, dedicada actualmente a _____________________________________________________.</w:t>
      </w:r>
    </w:p>
    <w:p/>
    <w:p>
      <w:r>
        <w:rPr>
          <w:b/>
          <w:sz w:val="20"/>
        </w:rPr>
        <w:t>SEGUNDA.- DESTINO</w:t>
      </w:r>
    </w:p>
    <w:p>
      <w:r>
        <w:rPr>
          <w:b w:val="0"/>
          <w:sz w:val="20"/>
        </w:rPr>
        <w:t>La finca objeto de este contrato se destinará exclusivamente a usos agrícolas, ganaderos, forestales o mixtos, según la legislación vigente. El ARRENDATARIO no podrá destinarla a otros fines sin consentimiento expreso y por escrito del ARRENDADOR.</w:t>
      </w:r>
    </w:p>
    <w:p/>
    <w:p>
      <w:r>
        <w:rPr>
          <w:b/>
          <w:sz w:val="20"/>
        </w:rPr>
        <w:t>TERCERA.- DURACIÓN</w:t>
      </w:r>
    </w:p>
    <w:p>
      <w:r>
        <w:rPr>
          <w:b w:val="0"/>
          <w:sz w:val="20"/>
        </w:rPr>
        <w:t>La duración del presente contrato será de __________ años, iniciando el ______________ y finalizando el _______________. A la finalización del plazo, el contrato podrá prorrogarse por acuerdo expreso de ambas partes.</w:t>
      </w:r>
    </w:p>
    <w:p/>
    <w:p>
      <w:r>
        <w:rPr>
          <w:b/>
          <w:sz w:val="20"/>
        </w:rPr>
        <w:t>CUARTA.- RENTA</w:t>
      </w:r>
    </w:p>
    <w:p>
      <w:r>
        <w:rPr>
          <w:b w:val="0"/>
          <w:sz w:val="20"/>
        </w:rPr>
        <w:t>La renta anual del arrendamiento se fija en la cantidad de __________ euros (€), que el ARRENDATARIO abonará al ARRENDADOR en pagos _______________________________, mediante ____________________________, en el domicilio del ARRENDADOR o en la cuenta bancaria número ____________________________.</w:t>
      </w:r>
    </w:p>
    <w:p/>
    <w:p>
      <w:r>
        <w:rPr>
          <w:b/>
          <w:sz w:val="20"/>
        </w:rPr>
        <w:t>QUINTA.- GASTOS Y TRIBUTOS</w:t>
      </w:r>
    </w:p>
    <w:p>
      <w:r>
        <w:rPr>
          <w:b w:val="0"/>
          <w:sz w:val="20"/>
        </w:rPr>
        <w:t>Serán de cuenta del ARRENDADOR los gastos de propiedad, impuestos y tributos que graven la finca, salvo el IBI, que podrá ser repercutido al ARRENDATARIO si así se acuerda. Serán de cuenta del ARRENDATARIO los gastos derivados de su explotación y los suministros que utilice.</w:t>
      </w:r>
    </w:p>
    <w:p/>
    <w:p>
      <w:r>
        <w:rPr>
          <w:b/>
          <w:sz w:val="20"/>
        </w:rPr>
        <w:t>SEXTA.- CONSERVACIÓN Y MEJORAS</w:t>
      </w:r>
    </w:p>
    <w:p>
      <w:r>
        <w:rPr>
          <w:b w:val="0"/>
          <w:sz w:val="20"/>
        </w:rPr>
        <w:t>El ARRENDATARIO se compromete a conservar la finca en buen estado, realizando las labores ordinarias de mantenimiento. No podrá realizar obras de mejora sin consentimiento escrito del ARRENDADOR. Las mejoras autorizadas quedarán en beneficio de la finca, sin derecho a indemnización, salvo pacto expreso.</w:t>
      </w:r>
    </w:p>
    <w:p/>
    <w:p>
      <w:r>
        <w:rPr>
          <w:b/>
          <w:sz w:val="20"/>
        </w:rPr>
        <w:t>SÉPTIMA.- SUBARRENDAMIENTO Y CESIÓN</w:t>
      </w:r>
    </w:p>
    <w:p>
      <w:r>
        <w:rPr>
          <w:b w:val="0"/>
          <w:sz w:val="20"/>
        </w:rPr>
        <w:t>Queda prohibido el subarriendo total o parcial, así como la cesión del contrato, sin autorización expresa y por escrito del ARRENDADOR.</w:t>
      </w:r>
    </w:p>
    <w:p/>
    <w:p>
      <w:r>
        <w:rPr>
          <w:b/>
          <w:sz w:val="20"/>
        </w:rPr>
        <w:t>OCTAVA.- SEGURO Y RESPONSABILIDAD</w:t>
      </w:r>
    </w:p>
    <w:p>
      <w:r>
        <w:rPr>
          <w:b w:val="0"/>
          <w:sz w:val="20"/>
        </w:rPr>
        <w:t>El ARRENDATARIO responderá de los daños que cause en la finca por su culpa o negligencia. Podrá contratar un seguro que cubra los riesgos derivados de la explotación agrícola o ganadera.</w:t>
      </w:r>
    </w:p>
    <w:p/>
    <w:p>
      <w:r>
        <w:rPr>
          <w:b/>
          <w:sz w:val="20"/>
        </w:rPr>
        <w:t>NOVENA.- RESOLUCIÓN ANTICIPADA</w:t>
      </w:r>
    </w:p>
    <w:p>
      <w:r>
        <w:rPr>
          <w:b w:val="0"/>
          <w:sz w:val="20"/>
        </w:rPr>
        <w:t>El contrato podrá resolverse anticipadamente por incumplimiento grave de cualquiera de las partes, por destrucción de la finca, por expropiación forzosa, o por cualquier otra causa legal.</w:t>
      </w:r>
    </w:p>
    <w:p/>
    <w:p>
      <w:r>
        <w:rPr>
          <w:b/>
          <w:sz w:val="20"/>
        </w:rPr>
        <w:t>DÉCIMA.- JURISDICCIÓN</w:t>
      </w:r>
    </w:p>
    <w:p>
      <w:r>
        <w:rPr>
          <w:b w:val="0"/>
          <w:sz w:val="20"/>
        </w:rPr>
        <w:t>Las partes se someten a los Juzgados y Tribunales de ____________________________, para la resolución de cualquier controversia que surja del presente contrato.</w:t>
      </w:r>
    </w:p>
    <w:p/>
    <w:p>
      <w:r>
        <w:rPr>
          <w:b w:val="0"/>
          <w:sz w:val="20"/>
        </w:rPr>
        <w:t>Y en prueba de conformidad, firman el presente contrato de arrendamiento rústico por duplicado y a un solo efecto, en el lugar y fecha indicados al inicio.</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ARRENDADOR</w:t>
            </w:r>
          </w:p>
        </w:tc>
        <w:tc>
          <w:tcPr>
            <w:tcW w:type="dxa" w:w="4986"/>
          </w:tcPr>
          <w:p>
            <w:pPr>
              <w:jc w:val="center"/>
            </w:pPr>
            <w:r>
              <w:rPr>
                <w:b/>
              </w:rPr>
              <w:t>EL ARRENDATARIO</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https://experto-contratos.com/contrato-arrendamiento-rustico-sencillo/</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arrendamiento-rustico-sencillo/"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