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PRESTACIÓN DE SERVICIOS DE TRABAJADOR AUTÓNOMO INDEPENDIENTE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la empresa:</w:t>
      </w:r>
    </w:p>
    <w:p>
      <w:r>
        <w:rPr>
          <w:b w:val="0"/>
          <w:sz w:val="20"/>
        </w:rPr>
        <w:t>Nombre o razón social:</w:t>
      </w:r>
    </w:p>
    <w:p>
      <w:r>
        <w:rPr>
          <w:b w:val="0"/>
          <w:sz w:val="20"/>
        </w:rPr>
        <w:t>CIF/NIF:</w:t>
      </w:r>
    </w:p>
    <w:p>
      <w:r>
        <w:rPr>
          <w:b w:val="0"/>
          <w:sz w:val="20"/>
        </w:rPr>
        <w:t>Domicilio social:</w:t>
      </w:r>
    </w:p>
    <w:p>
      <w:r>
        <w:rPr>
          <w:b w:val="0"/>
          <w:sz w:val="20"/>
        </w:rPr>
        <w:t>Representante legal:</w:t>
      </w:r>
    </w:p>
    <w:p/>
    <w:p>
      <w:r>
        <w:rPr>
          <w:b w:val="0"/>
          <w:sz w:val="20"/>
        </w:rPr>
        <w:t>Y de otra parte, el trabajador autónomo independiente:</w:t>
      </w:r>
    </w:p>
    <w:p>
      <w:r>
        <w:rPr>
          <w:b w:val="0"/>
          <w:sz w:val="20"/>
        </w:rPr>
        <w:t>Nombre y apellidos:</w:t>
      </w:r>
    </w:p>
    <w:p>
      <w:r>
        <w:rPr>
          <w:b w:val="0"/>
          <w:sz w:val="20"/>
        </w:rPr>
        <w:t>NIF:</w:t>
      </w:r>
    </w:p>
    <w:p>
      <w:r>
        <w:rPr>
          <w:b w:val="0"/>
          <w:sz w:val="20"/>
        </w:rPr>
        <w:t>Domicilio:</w:t>
      </w:r>
    </w:p>
    <w:p>
      <w:r>
        <w:rPr>
          <w:b w:val="0"/>
          <w:sz w:val="20"/>
        </w:rPr>
        <w:t>Número de la Seguridad Social:</w:t>
      </w:r>
    </w:p>
    <w:p>
      <w:r>
        <w:rPr>
          <w:b w:val="0"/>
          <w:sz w:val="20"/>
        </w:rPr>
        <w:t>Actividad económica:</w:t>
      </w:r>
    </w:p>
    <w:p/>
    <w:p>
      <w:r>
        <w:rPr>
          <w:b/>
          <w:sz w:val="20"/>
        </w:rPr>
        <w:t>Ambas partes se reconocen la capacidad legal necesaria para suscribir el presente Contrato de Prestación de Servicios como Trabajador Autónomo Independiente y a tal efecto,</w:t>
      </w:r>
    </w:p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la empresa está interesada en la contratación de determinados servicios profesionales.</w:t>
      </w:r>
    </w:p>
    <w:p>
      <w:r>
        <w:rPr>
          <w:b w:val="0"/>
          <w:sz w:val="20"/>
        </w:rPr>
        <w:t>II. Que el trabajador autónomo ejerce su actividad profesional por cuenta propia, dispone de los medios y organización necesarios, y está dado de alta en el Régimen Especial de Trabajadores Autónomos así como en las obligaciones fiscales correspondientes.</w:t>
      </w:r>
    </w:p>
    <w:p>
      <w:r>
        <w:rPr>
          <w:b w:val="0"/>
          <w:sz w:val="20"/>
        </w:rPr>
        <w:t>III. Que ambas partes desean formalizar la prestación de servicios en los términos que a continuación se detallan.</w:t>
      </w:r>
    </w:p>
    <w:p/>
    <w:p>
      <w:r>
        <w:rPr>
          <w:b/>
          <w:sz w:val="24"/>
        </w:rPr>
        <w:t>ESTIPULACIONES</w:t>
      </w:r>
    </w:p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presente contrato tiene como objeto la prestación, por parte del Trabajador Autónomo, de los siguientes servicios profesionales a la Empresa:</w:t>
      </w:r>
    </w:p>
    <w:p>
      <w:r>
        <w:rPr>
          <w:b w:val="0"/>
          <w:sz w:val="20"/>
        </w:rPr>
        <w:t>Descripción de los servicios:</w:t>
      </w:r>
    </w:p>
    <w:p/>
    <w:p>
      <w:r>
        <w:rPr>
          <w:b/>
          <w:sz w:val="20"/>
        </w:rPr>
        <w:t>SEGUNDA.- NATURALEZA DE LA RELACIÓN</w:t>
      </w:r>
    </w:p>
    <w:p>
      <w:r>
        <w:rPr>
          <w:b w:val="0"/>
          <w:sz w:val="20"/>
        </w:rPr>
        <w:t>La relación entre las partes es de naturaleza estrictamente mercantil, no existiendo relación laboral alguna entre la Empresa y el Trabajador Autónomo. El Trabajador Autónomo actuará con plena autonomía y bajo su propia responsabilidad, utilizando sus propios medios materiales y humanos.</w:t>
      </w:r>
    </w:p>
    <w:p/>
    <w:p>
      <w:r>
        <w:rPr>
          <w:b/>
          <w:sz w:val="20"/>
        </w:rPr>
        <w:t>TERCERA.- DURACIÓN</w:t>
      </w:r>
    </w:p>
    <w:p>
      <w:r>
        <w:rPr>
          <w:b w:val="0"/>
          <w:sz w:val="20"/>
        </w:rPr>
        <w:t>El presente contrato tendrá una duración de:</w:t>
      </w:r>
    </w:p>
    <w:p>
      <w:r>
        <w:rPr>
          <w:b w:val="0"/>
          <w:sz w:val="20"/>
        </w:rPr>
        <w:t>Fecha de inicio:</w:t>
      </w:r>
    </w:p>
    <w:p>
      <w:r>
        <w:rPr>
          <w:b w:val="0"/>
          <w:sz w:val="20"/>
        </w:rPr>
        <w:t>Fecha de finalización:</w:t>
      </w:r>
    </w:p>
    <w:p>
      <w:r>
        <w:rPr>
          <w:b w:val="0"/>
          <w:sz w:val="20"/>
        </w:rPr>
        <w:t>Podrá resolverse anticipadamente por mutuo acuerdo o por incumplimiento grave de alguna de las partes.</w:t>
      </w:r>
    </w:p>
    <w:p/>
    <w:p>
      <w:r>
        <w:rPr>
          <w:b/>
          <w:sz w:val="20"/>
        </w:rPr>
        <w:t>CUARTA.- RETRIBUCIÓN</w:t>
      </w:r>
    </w:p>
    <w:p>
      <w:r>
        <w:rPr>
          <w:b w:val="0"/>
          <w:sz w:val="20"/>
        </w:rPr>
        <w:t>La Empresa abonará al Trabajador Autónomo la cantidad de:</w:t>
      </w:r>
    </w:p>
    <w:p>
      <w:r>
        <w:rPr>
          <w:b w:val="0"/>
          <w:sz w:val="20"/>
        </w:rPr>
        <w:t>Forma y plazos de pago:</w:t>
      </w:r>
    </w:p>
    <w:p>
      <w:r>
        <w:rPr>
          <w:b w:val="0"/>
          <w:sz w:val="20"/>
        </w:rPr>
        <w:t>Los importes indicados se entienden como honorarios profesionales, a los que se añadirá el IVA correspondiente y se aplicarán las retenciones fiscales que procedan.</w:t>
      </w:r>
    </w:p>
    <w:p/>
    <w:p>
      <w:r>
        <w:rPr>
          <w:b/>
          <w:sz w:val="20"/>
        </w:rPr>
        <w:t>QUINTA.- OBLIGACIONES DEL TRABAJADOR AUTÓNOMO</w:t>
      </w:r>
    </w:p>
    <w:p>
      <w:r>
        <w:rPr>
          <w:b w:val="0"/>
          <w:sz w:val="20"/>
        </w:rPr>
        <w:t>El Trabajador Autónomo se compromete a:</w:t>
      </w:r>
    </w:p>
    <w:p>
      <w:r>
        <w:rPr>
          <w:b w:val="0"/>
          <w:sz w:val="20"/>
        </w:rPr>
        <w:t>a) Prestar los servicios objeto del presente contrato con la máxima diligencia, profesionalidad y conforme a las instrucciones técnicas facilitadas por la Empresa, sin que ello implique subordinación laboral.</w:t>
      </w:r>
    </w:p>
    <w:p>
      <w:r>
        <w:rPr>
          <w:b w:val="0"/>
          <w:sz w:val="20"/>
        </w:rPr>
        <w:t>b) Estar dado de alta en la Seguridad Social y en Hacienda, y al corriente de las obligaciones fiscales y laborales que le correspondan.</w:t>
      </w:r>
    </w:p>
    <w:p>
      <w:r>
        <w:rPr>
          <w:b w:val="0"/>
          <w:sz w:val="20"/>
        </w:rPr>
        <w:t>c) Utilizar sus propios recursos y organizar su actividad de forma independiente.</w:t>
      </w:r>
    </w:p>
    <w:p>
      <w:r>
        <w:rPr>
          <w:b w:val="0"/>
          <w:sz w:val="20"/>
        </w:rPr>
        <w:t>d) Entregar a la Empresa las facturas correspondientes por los servicios prestados.</w:t>
      </w:r>
    </w:p>
    <w:p/>
    <w:p>
      <w:r>
        <w:rPr>
          <w:b/>
          <w:sz w:val="20"/>
        </w:rPr>
        <w:t>SEXTA.- OBLIGACIONES DE LA EMPRESA</w:t>
      </w:r>
    </w:p>
    <w:p>
      <w:r>
        <w:rPr>
          <w:b w:val="0"/>
          <w:sz w:val="20"/>
        </w:rPr>
        <w:t>La Empresa se compromete a:</w:t>
      </w:r>
    </w:p>
    <w:p>
      <w:r>
        <w:rPr>
          <w:b w:val="0"/>
          <w:sz w:val="20"/>
        </w:rPr>
        <w:t>a) Abonar al Trabajador Autónomo la retribución acordada en las condiciones establecidas.</w:t>
      </w:r>
    </w:p>
    <w:p>
      <w:r>
        <w:rPr>
          <w:b w:val="0"/>
          <w:sz w:val="20"/>
        </w:rPr>
        <w:t>b) Facilitar la información y documentación necesaria para la correcta prestación de los servicios.</w:t>
      </w:r>
    </w:p>
    <w:p/>
    <w:p>
      <w:r>
        <w:rPr>
          <w:b/>
          <w:sz w:val="20"/>
        </w:rPr>
        <w:t>SÉPTIMA.- CONFIDENCIALIDAD</w:t>
      </w:r>
    </w:p>
    <w:p>
      <w:r>
        <w:rPr>
          <w:b w:val="0"/>
          <w:sz w:val="20"/>
        </w:rPr>
        <w:t>El Trabajador Autónomo se compromete a guardar la máxima confidencialidad respecto a toda la información y documentación a la que tenga acceso durante la prestación de los servicios, así como a no divulgarla sin consentimiento expreso de la Empresa, incluso una vez finalizada la relación contractual.</w:t>
      </w:r>
    </w:p>
    <w:p/>
    <w:p>
      <w:r>
        <w:rPr>
          <w:b/>
          <w:sz w:val="20"/>
        </w:rPr>
        <w:t>OCTAVA.- PROTECCIÓN DE DATOS</w:t>
      </w:r>
    </w:p>
    <w:p>
      <w:r>
        <w:rPr>
          <w:b w:val="0"/>
          <w:sz w:val="20"/>
        </w:rPr>
        <w:t>Ambas partes se comprometen a cumplir la normativa vigente en materia de protección de datos de carácter personal, eximiéndose mutuamente de cualquier responsabilidad derivada del incumplimiento por parte de la otra parte.</w:t>
      </w:r>
    </w:p>
    <w:p/>
    <w:p>
      <w:r>
        <w:rPr>
          <w:b/>
          <w:sz w:val="20"/>
        </w:rPr>
        <w:t>NOVENA.- PREVENCIÓN DE RIESGOS LABORALES</w:t>
      </w:r>
    </w:p>
    <w:p>
      <w:r>
        <w:rPr>
          <w:b w:val="0"/>
          <w:sz w:val="20"/>
        </w:rPr>
        <w:t>El Trabajador Autónomo será responsable de cumplir con las obligaciones en materia de prevención de riesgos laborales derivadas de su actividad y de sus propios trabajadores, en su caso.</w:t>
      </w:r>
    </w:p>
    <w:p/>
    <w:p>
      <w:r>
        <w:rPr>
          <w:b/>
          <w:sz w:val="20"/>
        </w:rPr>
        <w:t>DÉCIMA.- CESIÓN Y SUBCONTRATACIÓN</w:t>
      </w:r>
    </w:p>
    <w:p>
      <w:r>
        <w:rPr>
          <w:b w:val="0"/>
          <w:sz w:val="20"/>
        </w:rPr>
        <w:t>El Trabajador Autónomo no podrá ceder ni subcontratar, total o parcialmente, la prestación de los servicios objeto del presente contrato sin autorización expresa y por escrito de la Empresa.</w:t>
      </w:r>
    </w:p>
    <w:p/>
    <w:p>
      <w:r>
        <w:rPr>
          <w:b/>
          <w:sz w:val="20"/>
        </w:rPr>
        <w:t>UNDÉCIMA.- TERMINACIÓN</w:t>
      </w:r>
    </w:p>
    <w:p>
      <w:r>
        <w:rPr>
          <w:b w:val="0"/>
          <w:sz w:val="20"/>
        </w:rPr>
        <w:t>El presente contrato podrá ser resuelto por cualquiera de las partes en caso de incumplimiento grave de las obligaciones asumidas, mediando comunicación fehaciente a la otra parte.</w:t>
      </w:r>
    </w:p>
    <w:p/>
    <w:p>
      <w:r>
        <w:rPr>
          <w:b/>
          <w:sz w:val="20"/>
        </w:rPr>
        <w:t>DUODÉCIMA.- JURISDICCIÓN</w:t>
      </w:r>
    </w:p>
    <w:p>
      <w:r>
        <w:rPr>
          <w:b w:val="0"/>
          <w:sz w:val="20"/>
        </w:rPr>
        <w:t>Para la resolución de cualquier controversia derivada de este contrato, las partes se someten a los Juzgados y Tribunales que correspondan, con renuncia a cualquier otro fuero que pudiera corresponderles.</w:t>
      </w:r>
    </w:p>
    <w:p/>
    <w:p>
      <w:r>
        <w:rPr>
          <w:b w:val="0"/>
          <w:sz w:val="20"/>
        </w:rPr>
        <w:t>Y en prueba de conformidad, firman el presente contrato de prestación de servicios por duplicado y a un solo efecto.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EMPRESA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TRABAJADOR AUTÓNOMO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https://experto-contratos.com/contrato-autonomo-independiente/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autonomo-independiente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