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PRESTACIÓN DE SERVICIOS DE AYUDA A DOMICILIO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CLIENTE:</w:t>
      </w:r>
    </w:p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DNI/NIE: _____________________________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>
      <w:r>
        <w:rPr>
          <w:b w:val="0"/>
          <w:sz w:val="20"/>
        </w:rPr>
        <w:t>Teléfono: _____________________   Email: __________________________</w:t>
      </w:r>
    </w:p>
    <w:p/>
    <w:p>
      <w:r>
        <w:rPr>
          <w:b w:val="0"/>
          <w:sz w:val="20"/>
        </w:rPr>
        <w:t>Y de otra parte, la EMPRESA PRESTADORA DEL SERVICIO:</w:t>
      </w:r>
    </w:p>
    <w:p>
      <w:r>
        <w:rPr>
          <w:b w:val="0"/>
          <w:sz w:val="20"/>
        </w:rPr>
        <w:t>Denominación social: ______________________________________________</w:t>
      </w:r>
    </w:p>
    <w:p>
      <w:r>
        <w:rPr>
          <w:b w:val="0"/>
          <w:sz w:val="20"/>
        </w:rPr>
        <w:t>CIF: _____________________________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>
      <w:r>
        <w:rPr>
          <w:b w:val="0"/>
          <w:sz w:val="20"/>
        </w:rPr>
        <w:t>Teléfono: _____________________   Email: __________________________</w:t>
      </w:r>
    </w:p>
    <w:p/>
    <w:p>
      <w:r>
        <w:rPr>
          <w:b w:val="0"/>
          <w:sz w:val="20"/>
        </w:rPr>
        <w:t>Ambas partes se reconocen la capacidad legal necesaria para suscribir el presente Contrato de Prestación de Servicios de Ayuda a Domicilio y, a tal efecto, EXPONEN:</w:t>
      </w:r>
    </w:p>
    <w:p/>
    <w:p>
      <w:r>
        <w:rPr>
          <w:b w:val="0"/>
          <w:sz w:val="20"/>
        </w:rPr>
        <w:t>I. Que el CLIENTE está interesado en contratar los servicios de ayuda a domicilio para la atención y cuidado personal y doméstico en su domicilio.</w:t>
      </w:r>
    </w:p>
    <w:p>
      <w:r>
        <w:rPr>
          <w:b w:val="0"/>
          <w:sz w:val="20"/>
        </w:rPr>
        <w:t>II. Que la EMPRESA PRESTADORA DEL SERVICIO dispone de los medios materiales y personales necesarios, así como de la habilitación legal, para prestar dichos servicios.</w:t>
      </w:r>
    </w:p>
    <w:p>
      <w:r>
        <w:rPr>
          <w:b w:val="0"/>
          <w:sz w:val="20"/>
        </w:rPr>
        <w:t>III. Que ambas partes están interesadas en formalizar el presente contrato, que se regirá por las siguientes estipulaciones: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objeto del presente contrato es la prestación, por parte de la EMPRESA, de servicios de Ayuda a Domicilio en el domicilio del CLIENTE, consistentes en la realización de tareas de atención personal, doméstica y acompañamiento, de acuerdo con las necesidades del CLIENTE.</w:t>
      </w:r>
    </w:p>
    <w:p/>
    <w:p>
      <w:r>
        <w:rPr>
          <w:b/>
          <w:sz w:val="20"/>
        </w:rPr>
        <w:t>SEGUNDA.- DESCRIPCIÓN DE LOS SERVICIOS</w:t>
      </w:r>
    </w:p>
    <w:p>
      <w:r>
        <w:rPr>
          <w:b w:val="0"/>
          <w:sz w:val="20"/>
        </w:rPr>
        <w:t>Los servicios prestados incluirán, entre otros, los siguientes:</w:t>
      </w:r>
    </w:p>
    <w:p>
      <w:r>
        <w:rPr>
          <w:b w:val="0"/>
          <w:sz w:val="20"/>
        </w:rPr>
        <w:t>- Aseo personal.</w:t>
      </w:r>
    </w:p>
    <w:p>
      <w:r>
        <w:rPr>
          <w:b w:val="0"/>
          <w:sz w:val="20"/>
        </w:rPr>
        <w:t>- Control de la medicación.</w:t>
      </w:r>
    </w:p>
    <w:p>
      <w:r>
        <w:rPr>
          <w:b w:val="0"/>
          <w:sz w:val="20"/>
        </w:rPr>
        <w:t>- Movilización y apoyo para caminar.</w:t>
      </w:r>
    </w:p>
    <w:p>
      <w:r>
        <w:rPr>
          <w:b w:val="0"/>
          <w:sz w:val="20"/>
        </w:rPr>
        <w:t>- Ayuda en la alimentación.</w:t>
      </w:r>
    </w:p>
    <w:p>
      <w:r>
        <w:rPr>
          <w:b w:val="0"/>
          <w:sz w:val="20"/>
        </w:rPr>
        <w:t>- Limpieza y mantenimiento básico del hogar.</w:t>
      </w:r>
    </w:p>
    <w:p>
      <w:r>
        <w:rPr>
          <w:b w:val="0"/>
          <w:sz w:val="20"/>
        </w:rPr>
        <w:t>- Lavado y planchado de ropa.</w:t>
      </w:r>
    </w:p>
    <w:p>
      <w:r>
        <w:rPr>
          <w:b w:val="0"/>
          <w:sz w:val="20"/>
        </w:rPr>
        <w:t>- Realización de compras y recados.</w:t>
      </w:r>
    </w:p>
    <w:p>
      <w:r>
        <w:rPr>
          <w:b w:val="0"/>
          <w:sz w:val="20"/>
        </w:rPr>
        <w:t>- Acompañamiento dentro y fuera del domicilio.</w:t>
      </w:r>
    </w:p>
    <w:p>
      <w:r>
        <w:rPr>
          <w:b w:val="0"/>
          <w:sz w:val="20"/>
        </w:rPr>
        <w:t>- Otras tareas acordadas entre las partes.</w:t>
      </w:r>
    </w:p>
    <w:p/>
    <w:p>
      <w:r>
        <w:rPr>
          <w:b/>
          <w:sz w:val="20"/>
        </w:rPr>
        <w:t>TERCERA.- DURACIÓN DEL CONTRATO</w:t>
      </w:r>
    </w:p>
    <w:p>
      <w:r>
        <w:rPr>
          <w:b w:val="0"/>
          <w:sz w:val="20"/>
        </w:rPr>
        <w:t>El presente contrato tendrá una duración de ________________________________, pudiendo renovarse o prorrogarse mediante acuerdo expreso de ambas partes.</w:t>
      </w:r>
    </w:p>
    <w:p/>
    <w:p>
      <w:r>
        <w:rPr>
          <w:b/>
          <w:sz w:val="20"/>
        </w:rPr>
        <w:t>CUARTA.- HORARIO DE PRESTACIÓN DEL SERVICIO</w:t>
      </w:r>
    </w:p>
    <w:p>
      <w:r>
        <w:rPr>
          <w:b w:val="0"/>
          <w:sz w:val="20"/>
        </w:rPr>
        <w:t>La prestación del servicio se realizará en el siguiente horario: ______________________________. Cualquier modificación del horario deberá ser comunicada y pactada entre las partes.</w:t>
      </w:r>
    </w:p>
    <w:p/>
    <w:p>
      <w:r>
        <w:rPr>
          <w:b/>
          <w:sz w:val="20"/>
        </w:rPr>
        <w:t>QUINTA.- PRECIO Y FORMA DE PAGO</w:t>
      </w:r>
    </w:p>
    <w:p>
      <w:r>
        <w:rPr>
          <w:b w:val="0"/>
          <w:sz w:val="20"/>
        </w:rPr>
        <w:t>El precio de los servicios será de __________________ euros por hora/mes (tachar lo que no proceda), impuestos incluidos. El pago se realizará mediante _____________________________, en los primeros cinco días del mes siguiente/prestación (tachar lo que no proceda).</w:t>
      </w:r>
    </w:p>
    <w:p/>
    <w:p>
      <w:r>
        <w:rPr>
          <w:b/>
          <w:sz w:val="20"/>
        </w:rPr>
        <w:t>SEXTA.- OBLIGACIONES DE LA EMPRESA</w:t>
      </w:r>
    </w:p>
    <w:p>
      <w:r>
        <w:rPr>
          <w:b w:val="0"/>
          <w:sz w:val="20"/>
        </w:rPr>
        <w:t>La EMPRESA se compromete a:</w:t>
      </w:r>
    </w:p>
    <w:p>
      <w:r>
        <w:rPr>
          <w:b w:val="0"/>
          <w:sz w:val="20"/>
        </w:rPr>
        <w:t>a) Prestar los servicios de acuerdo con lo estipulado en este contrato.</w:t>
      </w:r>
    </w:p>
    <w:p>
      <w:r>
        <w:rPr>
          <w:b w:val="0"/>
          <w:sz w:val="20"/>
        </w:rPr>
        <w:t>b) Asignar personal cualificado y con la debida formación.</w:t>
      </w:r>
    </w:p>
    <w:p>
      <w:r>
        <w:rPr>
          <w:b w:val="0"/>
          <w:sz w:val="20"/>
        </w:rPr>
        <w:t>c) Garantizar la sustitución del personal en caso de ausencia justificada.</w:t>
      </w:r>
    </w:p>
    <w:p>
      <w:r>
        <w:rPr>
          <w:b w:val="0"/>
          <w:sz w:val="20"/>
        </w:rPr>
        <w:t>d) Cumplir la normativa vigente en materia laboral y de seguridad social.</w:t>
      </w:r>
    </w:p>
    <w:p>
      <w:r>
        <w:rPr>
          <w:b w:val="0"/>
          <w:sz w:val="20"/>
        </w:rPr>
        <w:t>e) Respetar la intimidad y derechos del CLIENTE.</w:t>
      </w:r>
    </w:p>
    <w:p/>
    <w:p>
      <w:r>
        <w:rPr>
          <w:b/>
          <w:sz w:val="20"/>
        </w:rPr>
        <w:t>SÉPTIMA.- OBLIGACIONES DEL CLIENTE</w:t>
      </w:r>
    </w:p>
    <w:p>
      <w:r>
        <w:rPr>
          <w:b w:val="0"/>
          <w:sz w:val="20"/>
        </w:rPr>
        <w:t>El CLIENTE se compromete a:</w:t>
      </w:r>
    </w:p>
    <w:p>
      <w:r>
        <w:rPr>
          <w:b w:val="0"/>
          <w:sz w:val="20"/>
        </w:rPr>
        <w:t>a) Facilitar el acceso al domicilio y los medios necesarios para la prestación del servicio.</w:t>
      </w:r>
    </w:p>
    <w:p>
      <w:r>
        <w:rPr>
          <w:b w:val="0"/>
          <w:sz w:val="20"/>
        </w:rPr>
        <w:t>b) Abonar puntualmente el precio pactado.</w:t>
      </w:r>
    </w:p>
    <w:p>
      <w:r>
        <w:rPr>
          <w:b w:val="0"/>
          <w:sz w:val="20"/>
        </w:rPr>
        <w:t>c) Comunicar cualquier incidencia o modificación necesaria en la prestación del servicio.</w:t>
      </w:r>
    </w:p>
    <w:p/>
    <w:p>
      <w:r>
        <w:rPr>
          <w:b/>
          <w:sz w:val="20"/>
        </w:rPr>
        <w:t>OCTAVA.- CONFIDENCIALIDAD Y PROTECCIÓN DE DATOS</w:t>
      </w:r>
    </w:p>
    <w:p>
      <w:r>
        <w:rPr>
          <w:b w:val="0"/>
          <w:sz w:val="20"/>
        </w:rPr>
        <w:t>La EMPRESA se compromete a mantener la confidencialidad de toda la información y documentación relativa al CLIENTE y a cumplir la normativa vigente en materia de protección de datos de carácter personal.</w:t>
      </w:r>
    </w:p>
    <w:p/>
    <w:p>
      <w:r>
        <w:rPr>
          <w:b/>
          <w:sz w:val="20"/>
        </w:rPr>
        <w:t>NOVENA.- RESPONSABILIDAD</w:t>
      </w:r>
    </w:p>
    <w:p>
      <w:r>
        <w:rPr>
          <w:b w:val="0"/>
          <w:sz w:val="20"/>
        </w:rPr>
        <w:t>La EMPRESA responderá de los daños y perjuicios que puedan derivarse de una prestación deficiente del servicio, salvo causa de fuerza mayor o caso fortuito.</w:t>
      </w:r>
    </w:p>
    <w:p/>
    <w:p>
      <w:r>
        <w:rPr>
          <w:b/>
          <w:sz w:val="20"/>
        </w:rPr>
        <w:t>DÉCIMA.- CAUSAS DE RESOLUCIÓN</w:t>
      </w:r>
    </w:p>
    <w:p>
      <w:r>
        <w:rPr>
          <w:b w:val="0"/>
          <w:sz w:val="20"/>
        </w:rPr>
        <w:t>El contrato podrá resolverse por:</w:t>
      </w:r>
    </w:p>
    <w:p>
      <w:r>
        <w:rPr>
          <w:b w:val="0"/>
          <w:sz w:val="20"/>
        </w:rPr>
        <w:t>- Mutuo acuerdo de las partes.</w:t>
      </w:r>
    </w:p>
    <w:p>
      <w:r>
        <w:rPr>
          <w:b w:val="0"/>
          <w:sz w:val="20"/>
        </w:rPr>
        <w:t>- Incumplimiento grave de las obligaciones pactadas.</w:t>
      </w:r>
    </w:p>
    <w:p>
      <w:r>
        <w:rPr>
          <w:b w:val="0"/>
          <w:sz w:val="20"/>
        </w:rPr>
        <w:t>- Falta de pago de los servicios.</w:t>
      </w:r>
    </w:p>
    <w:p>
      <w:r>
        <w:rPr>
          <w:b w:val="0"/>
          <w:sz w:val="20"/>
        </w:rPr>
        <w:t>- Cualquier otra causa prevista legalmente.</w:t>
      </w:r>
    </w:p>
    <w:p/>
    <w:p>
      <w:r>
        <w:rPr>
          <w:b/>
          <w:sz w:val="20"/>
        </w:rPr>
        <w:t>UNDÉCIMA.- JURISDICCIÓN</w:t>
      </w:r>
    </w:p>
    <w:p>
      <w:r>
        <w:rPr>
          <w:b w:val="0"/>
          <w:sz w:val="20"/>
        </w:rPr>
        <w:t>Para la resolución de cualquier controversia derivada del presente contrato, las partes se someten a los Juzgados y Tribunales que correspondan al domicilio del CLIENTE o de la EMPRESA, a elección del CLIENTE.</w:t>
      </w:r>
    </w:p>
    <w:p/>
    <w:p>
      <w:r>
        <w:rPr>
          <w:b w:val="0"/>
          <w:sz w:val="20"/>
        </w:rPr>
        <w:t>Y en prueba de conformidad, las partes firman el presente contrato por duplicado ejemplar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CLIENTE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 PRESTADORA DEL SERVICIO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https://experto-contratos.com/contrato-ayuda-a-domicilio/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ayuda-a-domicili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