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SERVICIOS DE CUIDADO DE PERSONA MAYOR</w:t>
      </w:r>
    </w:p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el/la CONTRATANTE:</w:t>
      </w:r>
    </w:p>
    <w:p>
      <w:r>
        <w:rPr>
          <w:b w:val="0"/>
          <w:sz w:val="20"/>
        </w:rPr>
        <w:t>Nombre y apellidos: _____________________________________________</w:t>
      </w:r>
    </w:p>
    <w:p>
      <w:r>
        <w:rPr>
          <w:b w:val="0"/>
          <w:sz w:val="20"/>
        </w:rPr>
        <w:t>DNI/NIE: __________________________</w:t>
      </w:r>
    </w:p>
    <w:p>
      <w:r>
        <w:rPr>
          <w:b w:val="0"/>
          <w:sz w:val="20"/>
        </w:rPr>
        <w:t>Domicilio: ______________________________________________________</w:t>
      </w:r>
    </w:p>
    <w:p>
      <w:r>
        <w:rPr>
          <w:b w:val="0"/>
          <w:sz w:val="20"/>
        </w:rPr>
        <w:t>Teléfono: _____________________   Email: ________________________</w:t>
      </w:r>
    </w:p>
    <w:p/>
    <w:p>
      <w:r>
        <w:rPr>
          <w:b w:val="0"/>
          <w:sz w:val="20"/>
        </w:rPr>
        <w:t>Y de otra parte, el/la CUIDADORA:</w:t>
      </w:r>
    </w:p>
    <w:p>
      <w:r>
        <w:rPr>
          <w:b w:val="0"/>
          <w:sz w:val="20"/>
        </w:rPr>
        <w:t>Nombre y apellidos: _____________________________________________</w:t>
      </w:r>
    </w:p>
    <w:p>
      <w:r>
        <w:rPr>
          <w:b w:val="0"/>
          <w:sz w:val="20"/>
        </w:rPr>
        <w:t>DNI/NIE: __________________________</w:t>
      </w:r>
    </w:p>
    <w:p>
      <w:r>
        <w:rPr>
          <w:b w:val="0"/>
          <w:sz w:val="20"/>
        </w:rPr>
        <w:t>Domicilio: ______________________________________________________</w:t>
      </w:r>
    </w:p>
    <w:p>
      <w:r>
        <w:rPr>
          <w:b w:val="0"/>
          <w:sz w:val="20"/>
        </w:rPr>
        <w:t>Teléfono: _____________________   Email: ________________________</w:t>
      </w:r>
    </w:p>
    <w:p/>
    <w:p>
      <w:r>
        <w:rPr>
          <w:b w:val="0"/>
          <w:sz w:val="20"/>
        </w:rPr>
        <w:t>Ambas partes, reconociéndose capacidad legal suficiente para la celebración de este contrato, acuerdan lo siguiente:</w:t>
      </w:r>
    </w:p>
    <w:p/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El presente contrato tiene por objeto la prestación, por parte de la CUIDADORA, de los servicios de atención, cuidado y acompañamiento personal a la persona mayor que se indica a continuación:</w:t>
      </w:r>
    </w:p>
    <w:p>
      <w:r>
        <w:rPr>
          <w:b w:val="0"/>
          <w:sz w:val="20"/>
        </w:rPr>
        <w:t>Nombre: __________________________________________</w:t>
      </w:r>
    </w:p>
    <w:p>
      <w:r>
        <w:rPr>
          <w:b w:val="0"/>
          <w:sz w:val="20"/>
        </w:rPr>
        <w:t>Edad: ________  Grado de dependencia: ________________</w:t>
      </w:r>
    </w:p>
    <w:p/>
    <w:p>
      <w:r>
        <w:rPr>
          <w:b/>
          <w:sz w:val="20"/>
        </w:rPr>
        <w:t>SEGUNDA.- SERVICIOS INCLUIDOS</w:t>
      </w:r>
    </w:p>
    <w:p>
      <w:r>
        <w:rPr>
          <w:b w:val="0"/>
          <w:sz w:val="20"/>
        </w:rPr>
        <w:t>La CUIDADORA se compromete a realizar las tareas de atención y cuidado personal, incluyendo pero no limitándose a:</w:t>
      </w:r>
    </w:p>
    <w:p>
      <w:r>
        <w:rPr>
          <w:b w:val="0"/>
          <w:sz w:val="20"/>
        </w:rPr>
        <w:t>• Aseo e higiene personal.</w:t>
      </w:r>
    </w:p>
    <w:p>
      <w:r>
        <w:rPr>
          <w:b w:val="0"/>
          <w:sz w:val="20"/>
        </w:rPr>
        <w:t>• Ayuda en la movilidad y traslados.</w:t>
      </w:r>
    </w:p>
    <w:p>
      <w:r>
        <w:rPr>
          <w:b w:val="0"/>
          <w:sz w:val="20"/>
        </w:rPr>
        <w:t>• Administración de medicamentos según indicaciones médicas.</w:t>
      </w:r>
    </w:p>
    <w:p>
      <w:r>
        <w:rPr>
          <w:b w:val="0"/>
          <w:sz w:val="20"/>
        </w:rPr>
        <w:t>• Preparación de comidas y asistencia en la alimentación.</w:t>
      </w:r>
    </w:p>
    <w:p>
      <w:r>
        <w:rPr>
          <w:b w:val="0"/>
          <w:sz w:val="20"/>
        </w:rPr>
        <w:t>• Compañía y acompañamiento en actividades diarias.</w:t>
      </w:r>
    </w:p>
    <w:p>
      <w:r>
        <w:rPr>
          <w:b w:val="0"/>
          <w:sz w:val="20"/>
        </w:rPr>
        <w:t>• Supervisión del estado general de salud y comunicación de incidencias al CONTRATANTE.</w:t>
      </w:r>
    </w:p>
    <w:p/>
    <w:p>
      <w:r>
        <w:rPr>
          <w:b/>
          <w:sz w:val="20"/>
        </w:rPr>
        <w:t>TERCERA.- HORARIO Y LUGAR DE PRESTACIÓN</w:t>
      </w:r>
    </w:p>
    <w:p>
      <w:r>
        <w:rPr>
          <w:b w:val="0"/>
          <w:sz w:val="20"/>
        </w:rPr>
        <w:t>La prestación de los servicios se realizará en el domicilio de la persona mayor, ubicado en:</w:t>
      </w:r>
    </w:p>
    <w:p>
      <w:r>
        <w:rPr>
          <w:b w:val="0"/>
          <w:sz w:val="20"/>
        </w:rPr>
        <w:t>_________________________________________________________________</w:t>
      </w:r>
    </w:p>
    <w:p>
      <w:r>
        <w:rPr>
          <w:b w:val="0"/>
          <w:sz w:val="20"/>
        </w:rPr>
        <w:t>El horario será el siguiente:</w:t>
      </w:r>
    </w:p>
    <w:p>
      <w:r>
        <w:rPr>
          <w:b w:val="0"/>
          <w:sz w:val="20"/>
        </w:rPr>
        <w:t>Días: _________________________________________________________</w:t>
      </w:r>
    </w:p>
    <w:p>
      <w:r>
        <w:rPr>
          <w:b w:val="0"/>
          <w:sz w:val="20"/>
        </w:rPr>
        <w:t>Horario: ______________________________________________________</w:t>
      </w:r>
    </w:p>
    <w:p/>
    <w:p>
      <w:r>
        <w:rPr>
          <w:b/>
          <w:sz w:val="20"/>
        </w:rPr>
        <w:t>CUARTA.- RETRIBUCIÓN</w:t>
      </w:r>
    </w:p>
    <w:p>
      <w:r>
        <w:rPr>
          <w:b w:val="0"/>
          <w:sz w:val="20"/>
        </w:rPr>
        <w:t>El CONTRATANTE abonará a la CUIDADORA la cantidad de _____________ euros brutos mensuales/semanales/horas (tachar lo que no proceda), pagaderos mediante ________________, dentro de los primeros ______ días de cada periodo.</w:t>
      </w:r>
    </w:p>
    <w:p/>
    <w:p>
      <w:r>
        <w:rPr>
          <w:b/>
          <w:sz w:val="20"/>
        </w:rPr>
        <w:t>QUINTA.- VACACIONES Y DESCANSOS</w:t>
      </w:r>
    </w:p>
    <w:p>
      <w:r>
        <w:rPr>
          <w:b w:val="0"/>
          <w:sz w:val="20"/>
        </w:rPr>
        <w:t>La CUIDADORA tendrá derecho a los periodos de descanso diario y semanal legalmente establecidos, así como a un periodo de vacaciones de ________ días naturales por cada año de prestación de servicios.</w:t>
      </w:r>
    </w:p>
    <w:p/>
    <w:p>
      <w:r>
        <w:rPr>
          <w:b/>
          <w:sz w:val="20"/>
        </w:rPr>
        <w:t>SEXTA.- OBLIGACIONES DE LAS PARTES</w:t>
      </w:r>
    </w:p>
    <w:p>
      <w:r>
        <w:rPr>
          <w:b w:val="0"/>
          <w:sz w:val="20"/>
        </w:rPr>
        <w:t>La CUIDADORA se compromete a:</w:t>
      </w:r>
    </w:p>
    <w:p>
      <w:r>
        <w:rPr>
          <w:b w:val="0"/>
          <w:sz w:val="20"/>
        </w:rPr>
        <w:t>a) Prestar los servicios con la debida diligencia y profesionalidad.</w:t>
      </w:r>
    </w:p>
    <w:p>
      <w:r>
        <w:rPr>
          <w:b w:val="0"/>
          <w:sz w:val="20"/>
        </w:rPr>
        <w:t>b) Respetar la intimidad y dignidad de la persona mayor y la familia.</w:t>
      </w:r>
    </w:p>
    <w:p>
      <w:r>
        <w:rPr>
          <w:b w:val="0"/>
          <w:sz w:val="20"/>
        </w:rPr>
        <w:t>c) Cumplir con las instrucciones del CONTRATANTE relacionadas con la atención y bienestar de la persona cuidada.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El CONTRATANTE se compromete a:</w:t>
      </w:r>
    </w:p>
    <w:p>
      <w:r>
        <w:rPr>
          <w:b w:val="0"/>
          <w:sz w:val="20"/>
        </w:rPr>
        <w:t>a) Facilitar los medios y condiciones adecuados para la prestación del servicio.</w:t>
      </w:r>
    </w:p>
    <w:p>
      <w:r>
        <w:rPr>
          <w:b w:val="0"/>
          <w:sz w:val="20"/>
        </w:rPr>
        <w:t>b) Abonar puntualmente la remuneración pactada.</w:t>
      </w:r>
    </w:p>
    <w:p>
      <w:r>
        <w:rPr>
          <w:b w:val="0"/>
          <w:sz w:val="20"/>
        </w:rPr>
        <w:t>c) Informar a la CUIDADORA de cualquier circunstancia relevante para el trabajo.</w:t>
      </w:r>
    </w:p>
    <w:p/>
    <w:p>
      <w:r>
        <w:rPr>
          <w:b/>
          <w:sz w:val="20"/>
        </w:rPr>
        <w:t>SÉPTIMA.- DURACIÓN Y EXTINCIÓN</w:t>
      </w:r>
    </w:p>
    <w:p>
      <w:r>
        <w:rPr>
          <w:b w:val="0"/>
          <w:sz w:val="20"/>
        </w:rPr>
        <w:t>El presente contrato tendrá una duración de _____________, comenzando el día ____________________ y finalizando el día ____________________. Podrá renovarse por acuerdo expreso de las partes.</w:t>
      </w:r>
    </w:p>
    <w:p>
      <w:r>
        <w:rPr>
          <w:b w:val="0"/>
          <w:sz w:val="20"/>
        </w:rPr>
        <w:t>Cualquiera de las partes podrá resolver el contrato notificándolo con una antelación mínima de ______ días.</w:t>
      </w:r>
    </w:p>
    <w:p>
      <w:r>
        <w:rPr>
          <w:b w:val="0"/>
          <w:sz w:val="20"/>
        </w:rPr>
        <w:t>El contrato podrá extinguirse anticipadamente por incumplimiento grave de las obligaciones asumidas por alguna de las partes.</w:t>
      </w:r>
    </w:p>
    <w:p/>
    <w:p>
      <w:r>
        <w:rPr>
          <w:b/>
          <w:sz w:val="20"/>
        </w:rPr>
        <w:t>OCTAVA.- CONFIDENCIALIDAD Y PROTECCIÓN DE DATOS</w:t>
      </w:r>
    </w:p>
    <w:p>
      <w:r>
        <w:rPr>
          <w:b w:val="0"/>
          <w:sz w:val="20"/>
        </w:rPr>
        <w:t>La CUIDADORA se compromete a guardar absoluta confidencialidad sobre toda la información a la que tenga acceso en virtud de este contrato, especialmente aquella relativa a la persona mayor y su entorno personal y familiar, así como a cumplir la normativa vigente en materia de protección de datos personales.</w:t>
      </w:r>
    </w:p>
    <w:p/>
    <w:p>
      <w:r>
        <w:rPr>
          <w:b/>
          <w:sz w:val="20"/>
        </w:rPr>
        <w:t>NOVENA.- LEGISLACIÓN Y JURISDICCIÓN</w:t>
      </w:r>
    </w:p>
    <w:p>
      <w:r>
        <w:rPr>
          <w:b w:val="0"/>
          <w:sz w:val="20"/>
        </w:rPr>
        <w:t>El presente contrato se regirá por la legislación española aplicable. Para la resolución de cualquier controversia, las partes se someten a los Juzgados y Tribunales de ____________________.</w:t>
      </w:r>
    </w:p>
    <w:p/>
    <w:p>
      <w:r>
        <w:rPr>
          <w:b w:val="0"/>
          <w:sz w:val="20"/>
        </w:rPr>
        <w:t>Y en prueba de conformidad, firman el presente contrato por duplicado y a un solo efecto, en el lugar y fecha que se indican al inicio.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EL/LA CONTRATANTE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LA CUIDADORA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https://experto-contratos.com/contrato-cuidadora-ancianos/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cuidadora-ancianos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