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CONTRATO DE ARRAS ENTRE ARRENDADOR E INQUILINO</w:t>
      </w:r>
    </w:p>
    <w:p/>
    <w:p>
      <w:r>
        <w:rPr>
          <w:b/>
          <w:sz w:val="24"/>
        </w:rPr>
        <w:t>REUNIDOS</w:t>
      </w:r>
    </w:p>
    <w:p>
      <w:r>
        <w:rPr>
          <w:b w:val="0"/>
          <w:sz w:val="20"/>
        </w:rPr>
        <w:t>DE UNA PARTE, EL ARRENDADOR:</w:t>
      </w:r>
    </w:p>
    <w:p>
      <w:r>
        <w:rPr>
          <w:b w:val="0"/>
          <w:sz w:val="20"/>
        </w:rPr>
        <w:t>Nombre y apellidos o razón social: _____________________________________________</w:t>
      </w:r>
    </w:p>
    <w:p>
      <w:r>
        <w:rPr>
          <w:b w:val="0"/>
          <w:sz w:val="20"/>
        </w:rPr>
        <w:t>DNI/NIF: _____________________________</w:t>
      </w:r>
    </w:p>
    <w:p>
      <w:r>
        <w:rPr>
          <w:b w:val="0"/>
          <w:sz w:val="20"/>
        </w:rPr>
        <w:t>Domicilio: ________________________________________________________________</w:t>
      </w:r>
    </w:p>
    <w:p>
      <w:r>
        <w:rPr>
          <w:b w:val="0"/>
          <w:sz w:val="20"/>
        </w:rPr>
        <w:t>Teléfono: _____________________   Email: _________________________________</w:t>
      </w:r>
    </w:p>
    <w:p/>
    <w:p>
      <w:r>
        <w:rPr>
          <w:b w:val="0"/>
          <w:sz w:val="20"/>
        </w:rPr>
        <w:t>DE OTRA PARTE, EL FUTURO INQUILINO:</w:t>
      </w:r>
    </w:p>
    <w:p>
      <w:r>
        <w:rPr>
          <w:b w:val="0"/>
          <w:sz w:val="20"/>
        </w:rPr>
        <w:t>Nombre y apellidos: ______________________________________________________</w:t>
      </w:r>
    </w:p>
    <w:p>
      <w:r>
        <w:rPr>
          <w:b w:val="0"/>
          <w:sz w:val="20"/>
        </w:rPr>
        <w:t>DNI/NIE/Pasaporte: ____________________</w:t>
      </w:r>
    </w:p>
    <w:p>
      <w:r>
        <w:rPr>
          <w:b w:val="0"/>
          <w:sz w:val="20"/>
        </w:rPr>
        <w:t>Domicilio: ________________________________________________________________</w:t>
      </w:r>
    </w:p>
    <w:p>
      <w:r>
        <w:rPr>
          <w:b w:val="0"/>
          <w:sz w:val="20"/>
        </w:rPr>
        <w:t>Teléfono: _____________________   Email: _________________________________</w:t>
      </w:r>
    </w:p>
    <w:p/>
    <w:p>
      <w:r>
        <w:rPr>
          <w:b w:val="0"/>
          <w:sz w:val="20"/>
        </w:rPr>
        <w:t>Ambas partes acuerdan suscribir el presente contrato de arras para la futura formalización de un contrato de arrendamiento, con arreglo a las siguientes:</w:t>
      </w:r>
    </w:p>
    <w:p/>
    <w:p>
      <w:r>
        <w:rPr>
          <w:b/>
          <w:sz w:val="20"/>
        </w:rPr>
        <w:t>PRIMERA.- OBJETO DEL CONTRATO</w:t>
      </w:r>
    </w:p>
    <w:p>
      <w:r>
        <w:rPr>
          <w:b w:val="0"/>
          <w:sz w:val="20"/>
        </w:rPr>
        <w:t>Por el presente documento, el ARRENDADOR se compromete a reservar a favor del FUTURO INQUILINO el inmueble sito en: ________________________________________________________, destinado a vivienda, y el FUTURO INQUILINO se compromete a formalizar el contrato de arrendamiento en las condiciones pactadas en este documento.</w:t>
      </w:r>
    </w:p>
    <w:p/>
    <w:p>
      <w:r>
        <w:rPr>
          <w:b/>
          <w:sz w:val="20"/>
        </w:rPr>
        <w:t>SEGUNDA.- PRECIO DEL ARRENDAMIENTO</w:t>
      </w:r>
    </w:p>
    <w:p>
      <w:r>
        <w:rPr>
          <w:b w:val="0"/>
          <w:sz w:val="20"/>
        </w:rPr>
        <w:t>El precio mensual del arrendamiento de la vivienda será de: ____________ euros (___________ €), que el FUTURO INQUILINO acepta y se compromete a abonar mensualmente en la forma y plazo que se establecerán en el contrato de arrendamiento.</w:t>
      </w:r>
    </w:p>
    <w:p/>
    <w:p>
      <w:r>
        <w:rPr>
          <w:b/>
          <w:sz w:val="20"/>
        </w:rPr>
        <w:t>TERCERA.- ENTREGA DE CANTIDAD EN CONCEPTO DE ARRAS</w:t>
      </w:r>
    </w:p>
    <w:p>
      <w:r>
        <w:rPr>
          <w:b w:val="0"/>
          <w:sz w:val="20"/>
        </w:rPr>
        <w:t>En este acto, el FUTURO INQUILINO entrega al ARRENDADOR la cantidad de _____________ euros (___________ €) en concepto de arras, como garantía del cumplimiento de la obligación de formalizar el contrato de arrendamiento y tomar posesión de la vivienda en la fecha acordada.</w:t>
      </w:r>
    </w:p>
    <w:p/>
    <w:p>
      <w:r>
        <w:rPr>
          <w:b/>
          <w:sz w:val="20"/>
        </w:rPr>
        <w:t>CUARTA.- DESTINO DE LAS ARRAS</w:t>
      </w:r>
    </w:p>
    <w:p>
      <w:r>
        <w:rPr>
          <w:b w:val="0"/>
          <w:sz w:val="20"/>
        </w:rPr>
        <w:t>La cantidad entregada en concepto de arras será descontada del importe correspondiente a la fianza y/o de la primera mensualidad de renta una vez formalizado el contrato de arrendamiento.</w:t>
      </w:r>
    </w:p>
    <w:p/>
    <w:p>
      <w:r>
        <w:rPr>
          <w:b/>
          <w:sz w:val="20"/>
        </w:rPr>
        <w:t>QUINTA.- FORMALIZACIÓN DEL CONTRATO DE ARRENDAMIENTO</w:t>
      </w:r>
    </w:p>
    <w:p>
      <w:r>
        <w:rPr>
          <w:b w:val="0"/>
          <w:sz w:val="20"/>
        </w:rPr>
        <w:t>Ambas partes se comprometen a formalizar el contrato de arrendamiento antes del día ____________, fecha en la que el FUTURO INQUILINO tomará posesión efectiva de la vivienda.</w:t>
      </w:r>
    </w:p>
    <w:p/>
    <w:p>
      <w:r>
        <w:rPr>
          <w:b/>
          <w:sz w:val="20"/>
        </w:rPr>
        <w:t>SEXTA.- INCUMPLIMIENTO</w:t>
      </w:r>
    </w:p>
    <w:p>
      <w:r>
        <w:rPr>
          <w:b w:val="0"/>
          <w:sz w:val="20"/>
        </w:rPr>
        <w:t>En caso de que el FUTURO INQUILINO no formalice el contrato de arrendamiento en el plazo previsto por causas imputables a él, perderá en favor del ARRENDADOR la cantidad entregada en concepto de arras. Si el incumplimiento fuera imputable al ARRENDADOR, éste estará obligado a devolver al FUTURO INQUILINO el doble de la cantidad recibida en concepto de arras.</w:t>
      </w:r>
    </w:p>
    <w:p/>
    <w:p>
      <w:r>
        <w:rPr>
          <w:b/>
          <w:sz w:val="20"/>
        </w:rPr>
        <w:t>SÉPTIMA.- ESTADO DE LA VIVIENDA</w:t>
      </w:r>
    </w:p>
    <w:p>
      <w:r>
        <w:rPr>
          <w:b w:val="0"/>
          <w:sz w:val="20"/>
        </w:rPr>
        <w:t>El FUTURO INQUILINO declara conocer y aceptar el estado actual de la vivienda, así como los servicios e instalaciones existentes en la misma.</w:t>
      </w:r>
    </w:p>
    <w:p/>
    <w:p>
      <w:r>
        <w:rPr>
          <w:b/>
          <w:sz w:val="20"/>
        </w:rPr>
        <w:t>OCTAVA.- GASTOS E IMPUESTOS</w:t>
      </w:r>
    </w:p>
    <w:p>
      <w:r>
        <w:rPr>
          <w:b w:val="0"/>
          <w:sz w:val="20"/>
        </w:rPr>
        <w:t>Todos los gastos e impuestos derivados de la formalización del contrato de arras y, en su caso, del futuro contrato de arrendamiento, serán satisfechos por quien legalmente corresponda.</w:t>
      </w:r>
    </w:p>
    <w:p/>
    <w:p>
      <w:r>
        <w:rPr>
          <w:b/>
          <w:sz w:val="20"/>
        </w:rPr>
        <w:t>NOVENA.- JURISDICCIÓN</w:t>
      </w:r>
    </w:p>
    <w:p>
      <w:r>
        <w:rPr>
          <w:b w:val="0"/>
          <w:sz w:val="20"/>
        </w:rPr>
        <w:t>Para cualquier controversia derivada de este contrato, las partes se someten a los Juzgados y Tribunales de la localidad donde radica el inmueble, con renuncia a cualquier otro fuero que pudiera corresponderles.</w:t>
      </w:r>
    </w:p>
    <w:p/>
    <w:p>
      <w:r>
        <w:rPr>
          <w:b/>
          <w:sz w:val="20"/>
        </w:rPr>
        <w:t>DÉCIMA.- PROTECCIÓN DE DATOS</w:t>
      </w:r>
    </w:p>
    <w:p>
      <w:r>
        <w:rPr>
          <w:b w:val="0"/>
          <w:sz w:val="20"/>
        </w:rPr>
        <w:t>Ambas partes se comprometen a tratar los datos personales facilitados conforme a la normativa vigente en materia de protección de datos de carácter personal.</w:t>
      </w:r>
    </w:p>
    <w:p/>
    <w:p>
      <w:r>
        <w:rPr>
          <w:b w:val="0"/>
          <w:sz w:val="20"/>
        </w:rPr>
        <w:t>Y en prueba de conformidad, firman el presente contrato de arras, por duplicado y a un solo efecto, en el lugar y fecha que constan al inicio.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 ARRENDADOR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 FUTURO INQUILINO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https://experto-contratos.com/contrato-de-arras-con-inquilino/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https://experto-contratos.com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experto-contratos.com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ontratos.com/contrato-de-arras-con-inquilino/" TargetMode="External"/><Relationship Id="rId10" Type="http://schemas.openxmlformats.org/officeDocument/2006/relationships/hyperlink" Target="https://experto-contra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