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ARRAS CONDICIONADO A HIPOTECA</w:t>
      </w:r>
    </w:p>
    <w:p/>
    <w:p>
      <w:r>
        <w:rPr>
          <w:b w:val="0"/>
          <w:sz w:val="20"/>
        </w:rPr>
        <w:t>En _______________________, a _____ de ________________ de _________</w:t>
      </w:r>
    </w:p>
    <w:p/>
    <w:p>
      <w:r>
        <w:rPr>
          <w:b/>
          <w:sz w:val="24"/>
        </w:rPr>
        <w:t>REUNIDOS</w:t>
      </w:r>
    </w:p>
    <w:p>
      <w:r>
        <w:rPr>
          <w:b w:val="0"/>
          <w:sz w:val="20"/>
        </w:rPr>
        <w:t>DE UNA PARTE, EL VENDEDOR:</w:t>
      </w:r>
    </w:p>
    <w:p>
      <w:r>
        <w:rPr>
          <w:b w:val="0"/>
          <w:sz w:val="20"/>
        </w:rPr>
        <w:t>Nombre y apellidos o razón social: _____________________________________________</w:t>
      </w:r>
    </w:p>
    <w:p>
      <w:r>
        <w:rPr>
          <w:b w:val="0"/>
          <w:sz w:val="20"/>
        </w:rPr>
        <w:t>DNI/NIF: _____________________</w:t>
      </w:r>
    </w:p>
    <w:p>
      <w:r>
        <w:rPr>
          <w:b w:val="0"/>
          <w:sz w:val="20"/>
        </w:rPr>
        <w:t>Domicilio: ______________________________________________________</w:t>
      </w:r>
    </w:p>
    <w:p>
      <w:r>
        <w:rPr>
          <w:b w:val="0"/>
          <w:sz w:val="20"/>
        </w:rPr>
        <w:t>Teléfono: _____________________   Email: ________________________</w:t>
      </w:r>
    </w:p>
    <w:p/>
    <w:p>
      <w:r>
        <w:rPr>
          <w:b w:val="0"/>
          <w:sz w:val="20"/>
        </w:rPr>
        <w:t>DE OTRA PARTE, EL COMPRADOR:</w:t>
      </w:r>
    </w:p>
    <w:p>
      <w:r>
        <w:rPr>
          <w:b w:val="0"/>
          <w:sz w:val="20"/>
        </w:rPr>
        <w:t>Nombre y apellidos: _____________________________________________</w:t>
      </w:r>
    </w:p>
    <w:p>
      <w:r>
        <w:rPr>
          <w:b w:val="0"/>
          <w:sz w:val="20"/>
        </w:rPr>
        <w:t>DNI/NIF: _____________________</w:t>
      </w:r>
    </w:p>
    <w:p>
      <w:r>
        <w:rPr>
          <w:b w:val="0"/>
          <w:sz w:val="20"/>
        </w:rPr>
        <w:t>Domicilio: ______________________________________________________</w:t>
      </w:r>
    </w:p>
    <w:p>
      <w:r>
        <w:rPr>
          <w:b w:val="0"/>
          <w:sz w:val="20"/>
        </w:rPr>
        <w:t>Teléfono: _____________________   Email: ________________________</w:t>
      </w:r>
    </w:p>
    <w:p/>
    <w:p>
      <w:r>
        <w:rPr>
          <w:b w:val="0"/>
          <w:sz w:val="20"/>
        </w:rPr>
        <w:t>Ambas partes, en adelante denominadas VENDEDOR y COMPRADOR, se reconocen capacidad legal suficiente para la firma del presente contrato de arras condicionado a la obtención de financiación hipotecaria y, a tal efecto, EXPONEN:</w:t>
      </w:r>
    </w:p>
    <w:p/>
    <w:p>
      <w:r>
        <w:rPr>
          <w:b/>
          <w:sz w:val="24"/>
        </w:rPr>
        <w:t>EXPONEN</w:t>
      </w:r>
    </w:p>
    <w:p>
      <w:r>
        <w:rPr>
          <w:b w:val="0"/>
          <w:sz w:val="20"/>
        </w:rPr>
        <w:t>I. Que el VENDEDOR es propietario del inmueble sito en: ________________________________________________________________________________________________________________________ inscrito en el Registro de la Propiedad de ____________________, al Tomo ________, Libro ________, Folio ________, Finca número ________, con referencia catastral ____________________.</w:t>
      </w:r>
    </w:p>
    <w:p>
      <w:r>
        <w:rPr>
          <w:b w:val="0"/>
          <w:sz w:val="20"/>
        </w:rPr>
        <w:t>II. Que el COMPRADOR está interesado en la adquisición del citado inmueble, habiéndose pactado entre ambas partes el precio, condiciones de compraventa y la necesidad de que el COMPRADOR obtenga financiación mediante préstamo hipotecario para poder formalizar la compraventa.</w:t>
      </w:r>
    </w:p>
    <w:p>
      <w:r>
        <w:rPr>
          <w:b w:val="0"/>
          <w:sz w:val="20"/>
        </w:rPr>
        <w:t>III. Que ambas partes desean garantizar la futura celebración de la compraventa, pactando la entrega de una cantidad en concepto de arras penitenciales, conforme al artículo 1454 del Código Civil y condicionado a la obtención del préstamo hipotecario por parte del COMPRADOR.</w:t>
      </w:r>
    </w:p>
    <w:p/>
    <w:p>
      <w:r>
        <w:rPr>
          <w:b/>
          <w:sz w:val="24"/>
        </w:rPr>
        <w:t>ACUERDAN</w:t>
      </w:r>
    </w:p>
    <w:p/>
    <w:p>
      <w:r>
        <w:rPr>
          <w:b/>
          <w:sz w:val="20"/>
        </w:rPr>
        <w:t>PRIMERA.- OBJETO</w:t>
      </w:r>
    </w:p>
    <w:p>
      <w:r>
        <w:rPr>
          <w:b w:val="0"/>
          <w:sz w:val="20"/>
        </w:rPr>
        <w:t>Por el presente contrato, el VENDEDOR se obliga a vender y el COMPRADOR a comprar el inmueble descrito en el expositivo I, por el precio y condiciones que se detallan a continuación, quedando la eficacia del presente contrato condicionada a la obtención por parte del COMPRADOR de la financiación hipotecaria necesaria para la adquisición del inmueble.</w:t>
      </w:r>
    </w:p>
    <w:p/>
    <w:p>
      <w:r>
        <w:rPr>
          <w:b/>
          <w:sz w:val="20"/>
        </w:rPr>
        <w:t>SEGUNDA.- PRECIO</w:t>
      </w:r>
    </w:p>
    <w:p>
      <w:r>
        <w:rPr>
          <w:b w:val="0"/>
          <w:sz w:val="20"/>
        </w:rPr>
        <w:t>El precio total pactado para la compraventa del inmueble es de ______________ euros (___________ €), que será satisfecho por el COMPRADOR al VENDEDOR en los términos y plazos que se detallan en la escritura pública de compraventa.</w:t>
      </w:r>
    </w:p>
    <w:p/>
    <w:p>
      <w:r>
        <w:rPr>
          <w:b/>
          <w:sz w:val="20"/>
        </w:rPr>
        <w:t>TERCERA.- ENTREGA DE ARRAS</w:t>
      </w:r>
    </w:p>
    <w:p>
      <w:r>
        <w:rPr>
          <w:b w:val="0"/>
          <w:sz w:val="20"/>
        </w:rPr>
        <w:t>En este acto, el COMPRADOR entrega al VENDEDOR la cantidad de ______________ euros (___________ €) en concepto de arras penitenciales, según lo dispuesto en el artículo 1454 del Código Civil. Esta cantidad se entregará mediante ________________________.</w:t>
      </w:r>
    </w:p>
    <w:p>
      <w:r>
        <w:rPr>
          <w:b w:val="0"/>
          <w:sz w:val="20"/>
        </w:rPr>
        <w:t>La cantidad entregada en concepto de arras será descontada del precio final en el momento de la elevación a escritura pública de compraventa.</w:t>
      </w:r>
    </w:p>
    <w:p/>
    <w:p>
      <w:r>
        <w:rPr>
          <w:b/>
          <w:sz w:val="20"/>
        </w:rPr>
        <w:t>CUARTA.- CONDICIÓN SUSPENSIVA: OBTENCIÓN DE PRÉSTAMO HIPOTECARIO</w:t>
      </w:r>
    </w:p>
    <w:p>
      <w:r>
        <w:rPr>
          <w:b w:val="0"/>
          <w:sz w:val="20"/>
        </w:rPr>
        <w:t>La eficacia del presente contrato queda expresamente condicionada a que el COMPRADOR obtenga la aprobación, por parte de una entidad financiera, de un préstamo hipotecario por importe mínimo de ______________ euros (___________ €), en un plazo máximo de ______ días naturales a contar desde la firma del presente contrato.</w:t>
      </w:r>
    </w:p>
    <w:p>
      <w:r>
        <w:rPr>
          <w:b w:val="0"/>
          <w:sz w:val="20"/>
        </w:rPr>
        <w:t>En caso de no obtener el COMPRADOR dicha financiación en el plazo acordado, podrá resolver el presente contrato, recuperando íntegramente las arras entregadas, previa acreditación documental suficiente de la denegación del préstamo. En caso de que el COMPRADOR no solicite la financiación o no aporte la documentación acreditativa de la denegación, perderá las arras entregadas en los términos previstos en la cláusula siguiente.</w:t>
      </w:r>
    </w:p>
    <w:p/>
    <w:p>
      <w:r>
        <w:rPr>
          <w:b/>
          <w:sz w:val="20"/>
        </w:rPr>
        <w:t>QUINTA.- EFECTOS DE LAS ARRAS</w:t>
      </w:r>
    </w:p>
    <w:p>
      <w:r>
        <w:rPr>
          <w:b w:val="0"/>
          <w:sz w:val="20"/>
        </w:rPr>
        <w:t>a) Si la compraventa se formaliza ante Notario dentro del plazo pactado y en las condiciones expresadas, las arras se imputarán al precio.</w:t>
      </w:r>
    </w:p>
    <w:p>
      <w:r>
        <w:rPr>
          <w:b w:val="0"/>
          <w:sz w:val="20"/>
        </w:rPr>
        <w:t>b) Si el COMPRADOR desiste de la operación sin causa justificada o no cumple los plazos, perderá las arras entregadas a favor del VENDEDOR.</w:t>
      </w:r>
    </w:p>
    <w:p>
      <w:r>
        <w:rPr>
          <w:b w:val="0"/>
          <w:sz w:val="20"/>
        </w:rPr>
        <w:t>c) Si el VENDEDOR desistiera de la operación sin causa justificada, deberá devolver al COMPRADOR el doble de la cantidad recibida en concepto de arras.</w:t>
      </w:r>
    </w:p>
    <w:p/>
    <w:p>
      <w:r>
        <w:rPr>
          <w:b/>
          <w:sz w:val="20"/>
        </w:rPr>
        <w:t>SEXTA.- FORMALIZACIÓN DE LA COMPRAVENTA</w:t>
      </w:r>
    </w:p>
    <w:p>
      <w:r>
        <w:rPr>
          <w:b w:val="0"/>
          <w:sz w:val="20"/>
        </w:rPr>
        <w:t>La compraventa se formalizará en escritura pública ante Notario elegido de común acuerdo por ambas partes, en el plazo máximo de ______ días naturales desde la comunicación al VENDEDOR de la concesión de la financiación hipotecaria al COMPRADOR, salvo pacto en contrario.</w:t>
      </w:r>
    </w:p>
    <w:p/>
    <w:p>
      <w:r>
        <w:rPr>
          <w:b/>
          <w:sz w:val="20"/>
        </w:rPr>
        <w:t>SÉPTIMA.- GASTOS E IMPUESTOS</w:t>
      </w:r>
    </w:p>
    <w:p>
      <w:r>
        <w:rPr>
          <w:b w:val="0"/>
          <w:sz w:val="20"/>
        </w:rPr>
        <w:t>Los gastos e impuestos derivados de la compraventa se distribuirán conforme a lo dispuesto por la legislación vigente, correspondiendo al VENDEDOR el pago de la plusvalía municipal, en su caso, y al COMPRADOR el resto de gastos e impuestos que se deriven de la compraventa y de la constitución del préstamo hipotecario.</w:t>
      </w:r>
    </w:p>
    <w:p/>
    <w:p>
      <w:r>
        <w:rPr>
          <w:b/>
          <w:sz w:val="20"/>
        </w:rPr>
        <w:t>OCTAVA.- ESTADO DE CARGAS Y OCUPACIÓN</w:t>
      </w:r>
    </w:p>
    <w:p>
      <w:r>
        <w:rPr>
          <w:b w:val="0"/>
          <w:sz w:val="20"/>
        </w:rPr>
        <w:t>El inmueble objeto de este contrato se transmite libre de cargas, gravámenes, inquilinos y ocupantes, al corriente en el pago de impuestos, tasas, comunidad de propietarios y suministros a la fecha de la firma de la escritura pública de compraventa.</w:t>
      </w:r>
    </w:p>
    <w:p/>
    <w:p>
      <w:r>
        <w:rPr>
          <w:b/>
          <w:sz w:val="20"/>
        </w:rPr>
        <w:t>NOVENA.- JURISDICCIÓN</w:t>
      </w:r>
    </w:p>
    <w:p>
      <w:r>
        <w:rPr>
          <w:b w:val="0"/>
          <w:sz w:val="20"/>
        </w:rPr>
        <w:t>Para la resolución de cualquier cuestión litigiosa derivada de este contrato, las partes se someten expresamente a los Juzgados y Tribunales de ____________________, con renuncia a cualquier otro fuero que pudiera corresponderles.</w:t>
      </w:r>
    </w:p>
    <w:p/>
    <w:p>
      <w:r>
        <w:rPr>
          <w:b w:val="0"/>
          <w:sz w:val="20"/>
        </w:rPr>
        <w:t>Y para que así conste y en prueba de conformidad, firman el presente contrato de arras condicionado a hipoteca, por duplicado y a un solo efecto, en el lugar y fecha arriba indicados.</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EL VENDEDOR</w:t>
            </w:r>
          </w:p>
        </w:tc>
        <w:tc>
          <w:tcPr>
            <w:tcW w:type="dxa" w:w="4986"/>
          </w:tcPr>
          <w:p>
            <w:pPr>
              <w:jc w:val="center"/>
            </w:pPr>
            <w:r>
              <w:rPr>
                <w:b/>
              </w:rPr>
              <w:t>EL COMPRADOR</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https://experto-contratos.com/contrato-de-arras-condicionado-a-hipoteca/</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ontrato-de-arras-condicionado-a-hipoteca/"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