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ARRAS ENTRE PARTICULARES</w:t>
      </w:r>
    </w:p>
    <w:p/>
    <w:p>
      <w:r>
        <w:rPr>
          <w:b/>
          <w:sz w:val="24"/>
        </w:rPr>
        <w:t>REUNIDOS</w:t>
      </w:r>
    </w:p>
    <w:p>
      <w:r>
        <w:rPr>
          <w:b w:val="0"/>
          <w:sz w:val="20"/>
        </w:rPr>
        <w:t>De una parte, D./Dª: ____________________________________, mayor de edad, con domicilio en ____________________________________________________________, y con DNI/NIE nº ___________________________.</w:t>
      </w:r>
    </w:p>
    <w:p>
      <w:r>
        <w:rPr>
          <w:b w:val="0"/>
          <w:sz w:val="20"/>
        </w:rPr>
        <w:t>Y de otra parte, D./Dª: ____________________________________, mayor de edad, con domicilio en ____________________________________________________________, y con DNI/NIE nº ___________________________.</w:t>
      </w:r>
    </w:p>
    <w:p/>
    <w:p>
      <w:r>
        <w:rPr>
          <w:b w:val="0"/>
          <w:sz w:val="20"/>
        </w:rPr>
        <w:t>Ambas partes, en adelante "el Vendedor" y "el Comprador", respectivamente, se reconocen la capacidad legal necesaria para formalizar el presente contrato de arras y, a tal efecto, EXPONEN:</w:t>
      </w:r>
    </w:p>
    <w:p/>
    <w:p>
      <w:r>
        <w:rPr>
          <w:b w:val="0"/>
          <w:sz w:val="20"/>
        </w:rPr>
        <w:t>I. Que el Vendedor es propietario del inmueble sito en ____________________________________________________________________________________________________________________________________________________, inscrito en el Registro de la Propiedad de ____________________________, al Tomo _______, Libro _______, Folio _______ y Finca nº _______.</w:t>
      </w:r>
    </w:p>
    <w:p>
      <w:r>
        <w:rPr>
          <w:b w:val="0"/>
          <w:sz w:val="20"/>
        </w:rPr>
        <w:t>II. Que el Comprador está interesado en la adquisición del citado inmueble y el Vendedor en su venta, habiendo convenido ambas partes la formalización del presente contrato de arras como garantía del compromiso de compra-venta.</w:t>
      </w:r>
    </w:p>
    <w:p/>
    <w:p>
      <w:r>
        <w:rPr>
          <w:b w:val="0"/>
          <w:sz w:val="20"/>
        </w:rPr>
        <w:t>Por lo expuesto, las partes otorgan el presente CONTRATO DE ARRAS que se regirá por las siguientes:</w:t>
      </w:r>
    </w:p>
    <w:p/>
    <w:p>
      <w:r>
        <w:rPr>
          <w:b/>
          <w:sz w:val="20"/>
        </w:rPr>
        <w:t>PRIMERA.- OBJETO DEL CONTRATO</w:t>
      </w:r>
    </w:p>
    <w:p>
      <w:r>
        <w:rPr>
          <w:b w:val="0"/>
          <w:sz w:val="20"/>
        </w:rPr>
        <w:t>El objeto del presente contrato es la reserva y compromiso de compra-venta del inmueble descrito, a favor del Comprador, en las condiciones aquí pactadas.</w:t>
      </w:r>
    </w:p>
    <w:p/>
    <w:p>
      <w:r>
        <w:rPr>
          <w:b/>
          <w:sz w:val="20"/>
        </w:rPr>
        <w:t>SEGUNDA.- PRECIO DE LA COMPRAVENTA</w:t>
      </w:r>
    </w:p>
    <w:p>
      <w:r>
        <w:rPr>
          <w:b w:val="0"/>
          <w:sz w:val="20"/>
        </w:rPr>
        <w:t>El precio total convenido para la compraventa del inmueble es de _______________________________________ euros (__________ €), que el Comprador se compromete a abonar al Vendedor en el momento de la formalización de la escritura pública de compraventa.</w:t>
      </w:r>
    </w:p>
    <w:p/>
    <w:p>
      <w:r>
        <w:rPr>
          <w:b/>
          <w:sz w:val="20"/>
        </w:rPr>
        <w:t>TERCERA.- ENTREGA DE ARRAS</w:t>
      </w:r>
    </w:p>
    <w:p>
      <w:r>
        <w:rPr>
          <w:b w:val="0"/>
          <w:sz w:val="20"/>
        </w:rPr>
        <w:t>En este acto, el Comprador entrega al Vendedor la cantidad de _______________________________________ euros (__________ €) en concepto de arras penales, recibiendo el Vendedor dicha cantidad en este acto, sirviendo el presente contrato como la más eficaz carta de pago.</w:t>
      </w:r>
    </w:p>
    <w:p/>
    <w:p>
      <w:r>
        <w:rPr>
          <w:b/>
          <w:sz w:val="20"/>
        </w:rPr>
        <w:t>CUARTA.- EFECTOS DE LAS ARRAS</w:t>
      </w:r>
    </w:p>
    <w:p>
      <w:r>
        <w:rPr>
          <w:b w:val="0"/>
          <w:sz w:val="20"/>
        </w:rPr>
        <w:t>Si la compraventa no llegase a formalizarse por causa imputable al Comprador, este perderá las arras entregadas. Si la causa fuese imputable al Vendedor, este deberá devolver al Comprador el doble de la cantidad recibida en concepto de arras.</w:t>
      </w:r>
    </w:p>
    <w:p/>
    <w:p>
      <w:r>
        <w:rPr>
          <w:b/>
          <w:sz w:val="20"/>
        </w:rPr>
        <w:t>QUINTA.- FORMALIZACIÓN DE LA COMPRAVENTA</w:t>
      </w:r>
    </w:p>
    <w:p>
      <w:r>
        <w:rPr>
          <w:b w:val="0"/>
          <w:sz w:val="20"/>
        </w:rPr>
        <w:t>Las partes se comprometen a otorgar la escritura pública de compraventa ante Notario elegido de común acuerdo, en el plazo máximo de ___________________ días a contar desde la firma del presente contrato. Los gastos e impuestos derivados de la compraventa serán de cuenta de quien corresponda legalmente.</w:t>
      </w:r>
    </w:p>
    <w:p/>
    <w:p>
      <w:r>
        <w:rPr>
          <w:b/>
          <w:sz w:val="20"/>
        </w:rPr>
        <w:t>SEXTA.- ESTADO Y CARGAS DEL INMUEBLE</w:t>
      </w:r>
    </w:p>
    <w:p>
      <w:r>
        <w:rPr>
          <w:b w:val="0"/>
          <w:sz w:val="20"/>
        </w:rPr>
        <w:t>El Vendedor declara que el inmueble se encuentra libre de cargas, gravámenes, arrendamientos, inquilinos y ocupantes, al corriente de pago de todos los impuestos, tasas, cuotas de comunidad y suministros hasta la fecha de la firma de la escritura pública de compraventa.</w:t>
      </w:r>
    </w:p>
    <w:p/>
    <w:p>
      <w:r>
        <w:rPr>
          <w:b/>
          <w:sz w:val="20"/>
        </w:rPr>
        <w:t>SÉPTIMA.- ENTREGA DE POSESIÓN</w:t>
      </w:r>
    </w:p>
    <w:p>
      <w:r>
        <w:rPr>
          <w:b w:val="0"/>
          <w:sz w:val="20"/>
        </w:rPr>
        <w:t>La posesión y disfrute del inmueble se transmitirá al Comprador en el acto de otorgamiento de la escritura pública de compraventa.</w:t>
      </w:r>
    </w:p>
    <w:p/>
    <w:p>
      <w:r>
        <w:rPr>
          <w:b/>
          <w:sz w:val="20"/>
        </w:rPr>
        <w:t>OCTAVA.- GASTOS</w:t>
      </w:r>
    </w:p>
    <w:p>
      <w:r>
        <w:rPr>
          <w:b w:val="0"/>
          <w:sz w:val="20"/>
        </w:rPr>
        <w:t>Los gastos notariales y registrales derivados de la compraventa serán satisfechos por las partes conforme a lo establecido por la ley, siendo los impuestos de transmisión patrimonial o IVA a cargo del Comprador.</w:t>
      </w:r>
    </w:p>
    <w:p/>
    <w:p>
      <w:r>
        <w:rPr>
          <w:b/>
          <w:sz w:val="20"/>
        </w:rPr>
        <w:t>NOVENA.- JURISDICCIÓN</w:t>
      </w:r>
    </w:p>
    <w:p>
      <w:r>
        <w:rPr>
          <w:b w:val="0"/>
          <w:sz w:val="20"/>
        </w:rPr>
        <w:t>Para la interpretación y cumplimiento de lo pactado, las partes se someten a los Juzgados y Tribunales de ____________________________, con renuncia a cualquier otro fuero que pudiera corresponderles.</w:t>
      </w:r>
    </w:p>
    <w:p/>
    <w:p>
      <w:r>
        <w:rPr>
          <w:b w:val="0"/>
          <w:sz w:val="20"/>
        </w:rPr>
        <w:t>Y en prueba de conformidad, firman el presente contrato de arras por duplicado y a un solo efecto, en el lugar y fecha indicados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VENDEDOR</w:t>
            </w:r>
          </w:p>
        </w:tc>
        <w:tc>
          <w:tcPr>
            <w:tcW w:type="dxa" w:w="4986"/>
          </w:tcPr>
          <w:p>
            <w:pPr>
              <w:jc w:val="center"/>
            </w:pPr>
            <w:r>
              <w:rPr>
                <w:b/>
              </w:rPr>
              <w:t>EL COMPRADOR</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https://experto-contratos.com/contrato-de-arras-entre-particulares/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arras-entre-particulares/"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