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ARRAS PARA LA COMPRAVENTA DE TERRENO RÚSTICO</w:t>
      </w:r>
    </w:p>
    <w:p/>
    <w:p>
      <w:r>
        <w:rPr>
          <w:b/>
          <w:sz w:val="24"/>
        </w:rPr>
        <w:t>REUNIDOS</w:t>
      </w:r>
    </w:p>
    <w:p>
      <w:r>
        <w:rPr>
          <w:b/>
          <w:sz w:val="20"/>
        </w:rPr>
        <w:t>DE UNA PARTE, EL VENDEDOR:</w:t>
      </w:r>
    </w:p>
    <w:p>
      <w:r>
        <w:rPr>
          <w:b w:val="0"/>
          <w:sz w:val="20"/>
        </w:rPr>
        <w:t>Nombre: _____________________________________________</w:t>
      </w:r>
    </w:p>
    <w:p>
      <w:r>
        <w:rPr>
          <w:b w:val="0"/>
          <w:sz w:val="20"/>
        </w:rPr>
        <w:t>DNI/NIF: _____________________</w:t>
      </w:r>
    </w:p>
    <w:p>
      <w:r>
        <w:rPr>
          <w:b w:val="0"/>
          <w:sz w:val="20"/>
        </w:rPr>
        <w:t>Domicilio: ______________________________________________________</w:t>
      </w:r>
    </w:p>
    <w:p>
      <w:r>
        <w:rPr>
          <w:b w:val="0"/>
          <w:sz w:val="20"/>
        </w:rPr>
        <w:t>Teléfono: _____________________   Email: ________________________</w:t>
      </w:r>
    </w:p>
    <w:p/>
    <w:p>
      <w:r>
        <w:rPr>
          <w:b/>
          <w:sz w:val="20"/>
        </w:rPr>
        <w:t>DE OTRA PARTE, EL COMPRADOR:</w:t>
      </w:r>
    </w:p>
    <w:p>
      <w:r>
        <w:rPr>
          <w:b w:val="0"/>
          <w:sz w:val="20"/>
        </w:rPr>
        <w:t>Nombre: _____________________________________________</w:t>
      </w:r>
    </w:p>
    <w:p>
      <w:r>
        <w:rPr>
          <w:b w:val="0"/>
          <w:sz w:val="20"/>
        </w:rPr>
        <w:t>DNI/NIF: _____________________</w:t>
      </w:r>
    </w:p>
    <w:p>
      <w:r>
        <w:rPr>
          <w:b w:val="0"/>
          <w:sz w:val="20"/>
        </w:rPr>
        <w:t>Domicilio: ______________________________________________________</w:t>
      </w:r>
    </w:p>
    <w:p>
      <w:r>
        <w:rPr>
          <w:b w:val="0"/>
          <w:sz w:val="20"/>
        </w:rPr>
        <w:t>Teléfono: _____________________   Email: ________________________</w:t>
      </w:r>
    </w:p>
    <w:p/>
    <w:p>
      <w:r>
        <w:rPr>
          <w:b w:val="0"/>
          <w:sz w:val="20"/>
        </w:rPr>
        <w:t>Ambas partes, reconociéndose mutuamente la capacidad legal necesaria para contratar y obligarse, convienen en celebrar el presente Contrato de Arras, con arreglo a las siguientes:</w:t>
      </w:r>
    </w:p>
    <w:p/>
    <w:p>
      <w:r>
        <w:rPr>
          <w:b/>
          <w:sz w:val="24"/>
        </w:rPr>
        <w:t>ESTIPULACIONES</w:t>
      </w:r>
    </w:p>
    <w:p/>
    <w:p>
      <w:r>
        <w:rPr>
          <w:b/>
          <w:sz w:val="20"/>
        </w:rPr>
        <w:t>PRIMERA.- OBJETO DEL CONTRATO</w:t>
      </w:r>
    </w:p>
    <w:p>
      <w:r>
        <w:rPr>
          <w:b w:val="0"/>
          <w:sz w:val="20"/>
        </w:rPr>
        <w:t>El presente contrato tiene por objeto la reserva y futura compraventa del siguiente terreno rústico:</w:t>
      </w:r>
    </w:p>
    <w:p>
      <w:r>
        <w:rPr>
          <w:b w:val="0"/>
          <w:sz w:val="20"/>
        </w:rPr>
        <w:t>Ubicación: __________________________________________________________</w:t>
      </w:r>
    </w:p>
    <w:p>
      <w:r>
        <w:rPr>
          <w:b w:val="0"/>
          <w:sz w:val="20"/>
        </w:rPr>
        <w:t>Referencia catastral: ________________________________________________</w:t>
      </w:r>
    </w:p>
    <w:p>
      <w:r>
        <w:rPr>
          <w:b w:val="0"/>
          <w:sz w:val="20"/>
        </w:rPr>
        <w:t>Superficie: ________________ m²</w:t>
      </w:r>
    </w:p>
    <w:p>
      <w:r>
        <w:rPr>
          <w:b w:val="0"/>
          <w:sz w:val="20"/>
        </w:rPr>
        <w:t>Linderos: ____________________________________________________________</w:t>
      </w:r>
    </w:p>
    <w:p>
      <w:r>
        <w:rPr>
          <w:b w:val="0"/>
          <w:sz w:val="20"/>
        </w:rPr>
        <w:t>Descripción: _________________________________________________________</w:t>
      </w:r>
    </w:p>
    <w:p/>
    <w:p>
      <w:r>
        <w:rPr>
          <w:b/>
          <w:sz w:val="20"/>
        </w:rPr>
        <w:t>SEGUNDA.- PRECIO</w:t>
      </w:r>
    </w:p>
    <w:p>
      <w:r>
        <w:rPr>
          <w:b w:val="0"/>
          <w:sz w:val="20"/>
        </w:rPr>
        <w:t>El precio total de la compraventa se fija en la cantidad de ____________ euros (__________ €), que será abonado por el Comprador al Vendedor en la forma y plazos establecidos en este contrato.</w:t>
      </w:r>
    </w:p>
    <w:p/>
    <w:p>
      <w:r>
        <w:rPr>
          <w:b/>
          <w:sz w:val="20"/>
        </w:rPr>
        <w:t>TERCERA.- ENTREGA DE ARRAS</w:t>
      </w:r>
    </w:p>
    <w:p>
      <w:r>
        <w:rPr>
          <w:b w:val="0"/>
          <w:sz w:val="20"/>
        </w:rPr>
        <w:t>En este acto, el Comprador entrega al Vendedor la cantidad de ____________ euros (__________ €) en concepto de arras penitenciales, de conformidad con lo dispuesto en el artículo 1454 del Código Civil.</w:t>
      </w:r>
    </w:p>
    <w:p/>
    <w:p>
      <w:r>
        <w:rPr>
          <w:b/>
          <w:sz w:val="20"/>
        </w:rPr>
        <w:t>CUARTA.- EFECTOS DE LAS ARRAS</w:t>
      </w:r>
    </w:p>
    <w:p>
      <w:r>
        <w:rPr>
          <w:b w:val="0"/>
          <w:sz w:val="20"/>
        </w:rPr>
        <w:t>Si la compraventa no llegara a perfeccionarse por voluntad del Comprador, perderá la cantidad entregada en concepto de arras. Si la parte que incumple fuera el Vendedor, deberá devolver al Comprador el doble de la cantidad recibida en concepto de arras.</w:t>
      </w:r>
    </w:p>
    <w:p/>
    <w:p>
      <w:r>
        <w:rPr>
          <w:b/>
          <w:sz w:val="20"/>
        </w:rPr>
        <w:t>QUINTA.- FORMALIZACIÓN DE LA COMPRAVENTA</w:t>
      </w:r>
    </w:p>
    <w:p>
      <w:r>
        <w:rPr>
          <w:b w:val="0"/>
          <w:sz w:val="20"/>
        </w:rPr>
        <w:t>Las partes acuerdan formalizar la compraventa mediante escritura pública en la Notaría de ______________________, en un plazo máximo de ________ días a contar desde la firma de este documento. En dicho acto, el Comprador abonará al Vendedor el resto del precio pactado.</w:t>
      </w:r>
    </w:p>
    <w:p/>
    <w:p>
      <w:r>
        <w:rPr>
          <w:b/>
          <w:sz w:val="20"/>
        </w:rPr>
        <w:t>SEXTA.- GASTOS E IMPUESTOS</w:t>
      </w:r>
    </w:p>
    <w:p>
      <w:r>
        <w:rPr>
          <w:b w:val="0"/>
          <w:sz w:val="20"/>
        </w:rPr>
        <w:t>Serán de cuenta del Vendedor los gastos de cancelación de cargas, si las hubiere, y los anteriores a la fecha de la firma de la escritura. Serán de cuenta del Comprador los gastos de la escritura pública de compraventa, inscripción registral y los impuestos que le correspondan por ley.</w:t>
      </w:r>
    </w:p>
    <w:p/>
    <w:p>
      <w:r>
        <w:rPr>
          <w:b/>
          <w:sz w:val="20"/>
        </w:rPr>
        <w:t>SÉPTIMA.- ESTADO Y SITUACIÓN DEL TERRENO</w:t>
      </w:r>
    </w:p>
    <w:p>
      <w:r>
        <w:rPr>
          <w:b w:val="0"/>
          <w:sz w:val="20"/>
        </w:rPr>
        <w:t>El Vendedor declara que el terreno objeto de este contrato se encuentra libre de cargas, gravámenes, arrendatarios, ocupantes, y al corriente de pago de impuestos y contribuciones. El Comprador declara haber visitado y examinado el terreno, aceptando su estado físico y jurídico.</w:t>
      </w:r>
    </w:p>
    <w:p/>
    <w:p>
      <w:r>
        <w:rPr>
          <w:b/>
          <w:sz w:val="20"/>
        </w:rPr>
        <w:t>OCTAVA.- ENTREGA DE POSESIÓN</w:t>
      </w:r>
    </w:p>
    <w:p>
      <w:r>
        <w:rPr>
          <w:b w:val="0"/>
          <w:sz w:val="20"/>
        </w:rPr>
        <w:t>La posesión y disponibilidad del terreno se entregará al Comprador en el momento de la firma de la escritura pública de compraventa.</w:t>
      </w:r>
    </w:p>
    <w:p/>
    <w:p>
      <w:r>
        <w:rPr>
          <w:b/>
          <w:sz w:val="20"/>
        </w:rPr>
        <w:t>NOVENA.- JURISDICCIÓN</w:t>
      </w:r>
    </w:p>
    <w:p>
      <w:r>
        <w:rPr>
          <w:b w:val="0"/>
          <w:sz w:val="20"/>
        </w:rPr>
        <w:t>Para la interpretación y cumplimiento del presente contrato, las partes se someten expresamente a los Juzgados y Tribunales de ____________________, con renuncia a su propio fuero, si lo tuvieran.</w:t>
      </w:r>
    </w:p>
    <w:p/>
    <w:p>
      <w:r>
        <w:rPr>
          <w:b w:val="0"/>
          <w:sz w:val="20"/>
        </w:rPr>
        <w:t>Y en prueba de conformidad, firman el presente contrato de arras por duplicado y a un solo efecto, en el lugar y fecha indicados al principio.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VENDEDOR</w:t>
            </w:r>
          </w:p>
        </w:tc>
        <w:tc>
          <w:tcPr>
            <w:tcW w:type="dxa" w:w="4986"/>
          </w:tcPr>
          <w:p>
            <w:pPr>
              <w:jc w:val="center"/>
            </w:pPr>
            <w:r>
              <w:rPr>
                <w:b/>
              </w:rPr>
              <w:t>EL COMPRADOR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https://experto-contratos.com/contrato-de-arras-terreno-rustico/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arras-terreno-rustic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