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ARRENDAMIENTO CON OPCIÓN A COMPRA</w:t>
      </w:r>
    </w:p>
    <w:p/>
    <w:p>
      <w:r>
        <w:rPr>
          <w:b/>
          <w:sz w:val="24"/>
        </w:rPr>
        <w:t>REUNIDOS</w:t>
      </w:r>
    </w:p>
    <w:p>
      <w:r>
        <w:rPr>
          <w:b/>
          <w:sz w:val="20"/>
        </w:rPr>
        <w:t>ARRENDADOR:</w:t>
      </w:r>
    </w:p>
    <w:p>
      <w:r>
        <w:rPr>
          <w:b w:val="0"/>
          <w:sz w:val="20"/>
        </w:rPr>
        <w:t>Nombre: _________________________________________________________</w:t>
      </w:r>
    </w:p>
    <w:p>
      <w:r>
        <w:rPr>
          <w:b w:val="0"/>
          <w:sz w:val="20"/>
        </w:rPr>
        <w:t>DNI/NIF: ________________________________________________________</w:t>
      </w:r>
    </w:p>
    <w:p>
      <w:r>
        <w:rPr>
          <w:b w:val="0"/>
          <w:sz w:val="20"/>
        </w:rPr>
        <w:t>Domicilio: ______________________________________________________</w:t>
      </w:r>
    </w:p>
    <w:p>
      <w:r>
        <w:rPr>
          <w:b w:val="0"/>
          <w:sz w:val="20"/>
        </w:rPr>
        <w:t>Teléfono: _____________________   Email: ________________________</w:t>
      </w:r>
    </w:p>
    <w:p/>
    <w:p>
      <w:r>
        <w:rPr>
          <w:b/>
          <w:sz w:val="20"/>
        </w:rPr>
        <w:t>ARRENDATARIO:</w:t>
      </w:r>
    </w:p>
    <w:p>
      <w:r>
        <w:rPr>
          <w:b w:val="0"/>
          <w:sz w:val="20"/>
        </w:rPr>
        <w:t>Nombre: _________________________________________________________</w:t>
      </w:r>
    </w:p>
    <w:p>
      <w:r>
        <w:rPr>
          <w:b w:val="0"/>
          <w:sz w:val="20"/>
        </w:rPr>
        <w:t>DNI/NIF: ________________________________________________________</w:t>
      </w:r>
    </w:p>
    <w:p>
      <w:r>
        <w:rPr>
          <w:b w:val="0"/>
          <w:sz w:val="20"/>
        </w:rPr>
        <w:t>Domicilio: ______________________________________________________</w:t>
      </w:r>
    </w:p>
    <w:p>
      <w:r>
        <w:rPr>
          <w:b w:val="0"/>
          <w:sz w:val="20"/>
        </w:rPr>
        <w:t>Teléfono: _____________________   Email: ________________________</w:t>
      </w:r>
    </w:p>
    <w:p/>
    <w:p>
      <w:r>
        <w:rPr>
          <w:b w:val="0"/>
          <w:sz w:val="20"/>
        </w:rPr>
        <w:t>Ambas partes, en adelante denominadas 'las Partes', se reconocen plena capacidad para contratar y obligarse y, a tal efecto, EXPONEN:</w:t>
      </w:r>
    </w:p>
    <w:p/>
    <w:p>
      <w:r>
        <w:rPr>
          <w:b/>
          <w:sz w:val="24"/>
        </w:rPr>
        <w:t>EXPONEN</w:t>
      </w:r>
    </w:p>
    <w:p>
      <w:r>
        <w:rPr>
          <w:b w:val="0"/>
          <w:sz w:val="20"/>
        </w:rPr>
        <w:t>I. Que el ARRENDADOR es propietario, pleno y legítimo, del inmueble que se describe a continuación.</w:t>
      </w:r>
    </w:p>
    <w:p>
      <w:r>
        <w:rPr>
          <w:b w:val="0"/>
          <w:sz w:val="20"/>
        </w:rPr>
        <w:t>II. Que el ARRENDATARIO está interesado en arrendar dicho inmueble, con opción de compra sobre el mismo, y el ARRENDADOR está conforme en otorgar tal opción, bajo las condiciones que se establecen en el presente contrato.</w:t>
      </w:r>
    </w:p>
    <w:p/>
    <w:p>
      <w:r>
        <w:rPr>
          <w:b/>
          <w:sz w:val="24"/>
        </w:rPr>
        <w:t>DESCRIPCIÓN DEL INMUEBLE</w:t>
      </w:r>
    </w:p>
    <w:p>
      <w:r>
        <w:rPr>
          <w:b w:val="0"/>
          <w:sz w:val="20"/>
        </w:rPr>
        <w:t>Dirección: _______________________________________________________</w:t>
      </w:r>
    </w:p>
    <w:p>
      <w:r>
        <w:rPr>
          <w:b w:val="0"/>
          <w:sz w:val="20"/>
        </w:rPr>
        <w:t>Referencia catastral: ____________________________________________</w:t>
      </w:r>
    </w:p>
    <w:p>
      <w:r>
        <w:rPr>
          <w:b w:val="0"/>
          <w:sz w:val="20"/>
        </w:rPr>
        <w:t>Superficie: _____________________________________________________</w:t>
      </w:r>
    </w:p>
    <w:p>
      <w:r>
        <w:rPr>
          <w:b w:val="0"/>
          <w:sz w:val="20"/>
        </w:rPr>
        <w:t>Otros datos de interés: __________________________________________</w:t>
      </w:r>
    </w:p>
    <w:p/>
    <w:p>
      <w:r>
        <w:rPr>
          <w:b/>
          <w:sz w:val="24"/>
        </w:rPr>
        <w:t>ACUERDAN</w:t>
      </w:r>
    </w:p>
    <w:p>
      <w:r>
        <w:rPr>
          <w:b/>
          <w:sz w:val="20"/>
        </w:rPr>
        <w:t>PRIMERA.- OBJETO</w:t>
      </w:r>
    </w:p>
    <w:p>
      <w:r>
        <w:rPr>
          <w:b w:val="0"/>
          <w:sz w:val="20"/>
        </w:rPr>
        <w:t>El ARRENDADOR da en arrendamiento al ARRENDATARIO el inmueble descrito, quien lo acepta en las condiciones aquí pactadas, reservándose el derecho de adquirirlo en propiedad dentro del plazo y condiciones que se detallan en este contrato.</w:t>
      </w:r>
    </w:p>
    <w:p/>
    <w:p>
      <w:r>
        <w:rPr>
          <w:b/>
          <w:sz w:val="20"/>
        </w:rPr>
        <w:t>SEGUNDA.- DURACIÓN DEL ARRENDAMIENTO</w:t>
      </w:r>
    </w:p>
    <w:p>
      <w:r>
        <w:rPr>
          <w:b w:val="0"/>
          <w:sz w:val="20"/>
        </w:rPr>
        <w:t>El presente contrato tendrá una duración de __________, comenzando el día __________ y finalizando el día __________. Cualquier prórroga deberá pactarse expresamente por escrito entre las partes.</w:t>
      </w:r>
    </w:p>
    <w:p/>
    <w:p>
      <w:r>
        <w:rPr>
          <w:b/>
          <w:sz w:val="20"/>
        </w:rPr>
        <w:t>TERCERA.- RENTA</w:t>
      </w:r>
    </w:p>
    <w:p>
      <w:r>
        <w:rPr>
          <w:b w:val="0"/>
          <w:sz w:val="20"/>
        </w:rPr>
        <w:t>La renta mensual que el ARRENDATARIO se obliga a pagar por el arrendamiento del inmueble asciende a la suma de __________ euros (________ €), pagaderos por adelantado, dentro de los cinco primeros días de cada mes, mediante __________.</w:t>
      </w:r>
    </w:p>
    <w:p/>
    <w:p>
      <w:r>
        <w:rPr>
          <w:b/>
          <w:sz w:val="20"/>
        </w:rPr>
        <w:t>CUARTA.- FIANZA Y GARANTÍAS ADICIONALES</w:t>
      </w:r>
    </w:p>
    <w:p>
      <w:r>
        <w:rPr>
          <w:b w:val="0"/>
          <w:sz w:val="20"/>
        </w:rPr>
        <w:t>El ARRENDATARIO entrega en este acto la cantidad de __________ euros (________ €) en concepto de fianza, que será devuelta al finalizar el arrendamiento, una vez comprobado el buen estado del inmueble y el cumplimiento de todas las obligaciones derivadas del contrato. Se podrán exigir garantías adicionales según lo acuerden las partes.</w:t>
      </w:r>
    </w:p>
    <w:p/>
    <w:p>
      <w:r>
        <w:rPr>
          <w:b/>
          <w:sz w:val="20"/>
        </w:rPr>
        <w:t>QUINTA.- OPCIÓN DE COMPRA</w:t>
      </w:r>
    </w:p>
    <w:p>
      <w:r>
        <w:rPr>
          <w:b w:val="0"/>
          <w:sz w:val="20"/>
        </w:rPr>
        <w:t>El ARRENDADOR concede al ARRENDATARIO una opción de compra sobre el inmueble arrendado, que podrá ejercitar en cualquier momento dentro del plazo de vigencia del contrato de arrendamiento o, en su caso, durante el plazo adicional pactado: __________.</w:t>
      </w:r>
    </w:p>
    <w:p>
      <w:r>
        <w:rPr>
          <w:b w:val="0"/>
          <w:sz w:val="20"/>
        </w:rPr>
        <w:t>Para ejercitar la opción, el ARRENDATARIO deberá comunicarlo fehacientemente al ARRENDADOR, por escrito, dentro del plazo establecido.</w:t>
      </w:r>
    </w:p>
    <w:p/>
    <w:p>
      <w:r>
        <w:rPr>
          <w:b/>
          <w:sz w:val="20"/>
        </w:rPr>
        <w:t>SEXTA.- PRECIO DE LA OPCIÓN Y PRECIO DE LA COMPRA</w:t>
      </w:r>
    </w:p>
    <w:p>
      <w:r>
        <w:rPr>
          <w:b w:val="0"/>
          <w:sz w:val="20"/>
        </w:rPr>
        <w:t>a) El precio de la opción de compra se fija en __________ euros (________ €), que el ARRENDATARIO abona en este acto y que se descontará del precio final en caso de ejercicio de la opción. Si no se ejercita la opción en plazo, el ARRENDADOR podrá retener dicha cantidad como indemnización.</w:t>
      </w:r>
    </w:p>
    <w:p>
      <w:r>
        <w:rPr>
          <w:b w:val="0"/>
          <w:sz w:val="20"/>
        </w:rPr>
        <w:t>b) El precio de venta del inmueble en caso de ejercicio de la opción será de __________ euros (________ €).</w:t>
      </w:r>
    </w:p>
    <w:p>
      <w:r>
        <w:rPr>
          <w:b w:val="0"/>
          <w:sz w:val="20"/>
        </w:rPr>
        <w:t>c) Las partes acuerdan que __________% de las rentas abonadas durante el arrendamiento se descontarán del precio de venta en caso de ejercicio de la opción.</w:t>
      </w:r>
    </w:p>
    <w:p/>
    <w:p>
      <w:r>
        <w:rPr>
          <w:b/>
          <w:sz w:val="20"/>
        </w:rPr>
        <w:t>SÉPTIMA.- GASTOS E IMPUESTOS</w:t>
      </w:r>
    </w:p>
    <w:p>
      <w:r>
        <w:rPr>
          <w:b w:val="0"/>
          <w:sz w:val="20"/>
        </w:rPr>
        <w:t>Serán de cuenta del ARRENDADOR los gastos de comunidad, seguro del continente y el Impuesto sobre Bienes Inmuebles salvo pacto en contrario.</w:t>
      </w:r>
    </w:p>
    <w:p>
      <w:r>
        <w:rPr>
          <w:b w:val="0"/>
          <w:sz w:val="20"/>
        </w:rPr>
        <w:t>Serán de cuenta del ARRENDATARIO los consumos de suministros (agua, luz, gas, etc.), así como cualquier tasa o impuesto que derive del uso del inmueble y no esté legalmente atribuido al propietario.</w:t>
      </w:r>
    </w:p>
    <w:p/>
    <w:p>
      <w:r>
        <w:rPr>
          <w:b/>
          <w:sz w:val="20"/>
        </w:rPr>
        <w:t>OCTAVA.- CONSERVACIÓN, USO Y OBRAS</w:t>
      </w:r>
    </w:p>
    <w:p>
      <w:r>
        <w:rPr>
          <w:b w:val="0"/>
          <w:sz w:val="20"/>
        </w:rPr>
        <w:t>El ARRENDATARIO se compromete a destinar el inmueble exclusivamente a uso __________ y a conservarlo en buen estado, realizando a su cargo las pequeñas reparaciones derivadas del uso ordinario.</w:t>
      </w:r>
    </w:p>
    <w:p>
      <w:r>
        <w:rPr>
          <w:b w:val="0"/>
          <w:sz w:val="20"/>
        </w:rPr>
        <w:t>No podrá realizar obras que alteren la configuración del inmueble sin autorización expresa y por escrito del ARRENDADOR.</w:t>
      </w:r>
    </w:p>
    <w:p/>
    <w:p>
      <w:r>
        <w:rPr>
          <w:b/>
          <w:sz w:val="20"/>
        </w:rPr>
        <w:t>NOVENA.- CESIÓN Y SUBARRIENDO</w:t>
      </w:r>
    </w:p>
    <w:p>
      <w:r>
        <w:rPr>
          <w:b w:val="0"/>
          <w:sz w:val="20"/>
        </w:rPr>
        <w:t>El ARRENDATARIO no podrá ceder el contrato ni subarrendar total o parcialmente el inmueble sin consentimiento expreso y escrito del ARRENDADOR.</w:t>
      </w:r>
    </w:p>
    <w:p/>
    <w:p>
      <w:r>
        <w:rPr>
          <w:b/>
          <w:sz w:val="20"/>
        </w:rPr>
        <w:t>DÉCIMA.- RESOLUCIÓN ANTICIPADA</w:t>
      </w:r>
    </w:p>
    <w:p>
      <w:r>
        <w:rPr>
          <w:b w:val="0"/>
          <w:sz w:val="20"/>
        </w:rPr>
        <w:t>El incumplimiento de cualquiera de las obligaciones esenciales del presente contrato facultará a la parte cumplidora para resolverlo de forma anticipada, con derecho a la indemnización de los daños y perjuicios causados.</w:t>
      </w:r>
    </w:p>
    <w:p/>
    <w:p>
      <w:r>
        <w:rPr>
          <w:b/>
          <w:sz w:val="20"/>
        </w:rPr>
        <w:t>UNDÉCIMA.- FORMALIZACIÓN DE LA COMPRAVENTA</w:t>
      </w:r>
    </w:p>
    <w:p>
      <w:r>
        <w:rPr>
          <w:b w:val="0"/>
          <w:sz w:val="20"/>
        </w:rPr>
        <w:t>En caso de ejercicio de la opción, las partes se obligan a formalizar la correspondiente escritura pública de compraventa en el plazo de __________ días desde la comunicación del ejercicio de la opción, abonando el ARRENDATARIO el precio pactado, descontando, en su caso, las cantidades indicadas.</w:t>
      </w:r>
    </w:p>
    <w:p/>
    <w:p>
      <w:r>
        <w:rPr>
          <w:b/>
          <w:sz w:val="20"/>
        </w:rPr>
        <w:t>DUODÉCIMA.- LEGISLACIÓN APLICABLE Y JURISDICCIÓN</w:t>
      </w:r>
    </w:p>
    <w:p>
      <w:r>
        <w:rPr>
          <w:b w:val="0"/>
          <w:sz w:val="20"/>
        </w:rPr>
        <w:t>El presente contrato se regirá por la legislación española vigente. Para la resolución de cualquier controversia, las partes se someten expresamente a los Juzgados y Tribunales de __________.</w:t>
      </w:r>
    </w:p>
    <w:p/>
    <w:p>
      <w:r>
        <w:rPr>
          <w:b w:val="0"/>
          <w:sz w:val="20"/>
        </w:rPr>
        <w:t>Leído el presente contrato, ambas partes lo firman por duplicado ejemplar y a un solo efecto, en el lugar y fecha indicados al inicio.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ARRENDADOR</w:t>
            </w:r>
          </w:p>
        </w:tc>
        <w:tc>
          <w:tcPr>
            <w:tcW w:type="dxa" w:w="4986"/>
          </w:tcPr>
          <w:p>
            <w:pPr>
              <w:jc w:val="center"/>
            </w:pPr>
            <w:r>
              <w:rPr>
                <w:b/>
              </w:rPr>
              <w:t>EL ARRENDATARIO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https://experto-contratos.com/contrato-de-arrendamiento-con-opcion-a-compra/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arrendamiento-con-opcion-a-compra/"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