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ARRENDAMIENTO DE TERRENO PARA GANADO</w:t>
      </w:r>
    </w:p>
    <w:p/>
    <w:p>
      <w:r>
        <w:rPr>
          <w:b w:val="0"/>
          <w:sz w:val="20"/>
        </w:rPr>
        <w:t>En ________________________________</w:t>
      </w:r>
    </w:p>
    <w:p/>
    <w:p>
      <w:r>
        <w:rPr>
          <w:b/>
          <w:sz w:val="24"/>
        </w:rPr>
        <w:t>REUNIDOS</w:t>
      </w:r>
    </w:p>
    <w:p>
      <w:r>
        <w:rPr>
          <w:b/>
          <w:sz w:val="20"/>
        </w:rPr>
        <w:t>DE UNA PARTE, EL ARRENDADOR:</w:t>
      </w:r>
    </w:p>
    <w:p>
      <w:r>
        <w:rPr>
          <w:b w:val="0"/>
          <w:sz w:val="20"/>
        </w:rPr>
        <w:t>Nombre: _____________________________________________</w:t>
      </w:r>
    </w:p>
    <w:p>
      <w:r>
        <w:rPr>
          <w:b w:val="0"/>
          <w:sz w:val="20"/>
        </w:rPr>
        <w:t>Domicilio: ___________________________________________</w:t>
      </w:r>
    </w:p>
    <w:p>
      <w:r>
        <w:rPr>
          <w:b w:val="0"/>
          <w:sz w:val="20"/>
        </w:rPr>
        <w:t>Documento de Identidad: _____________________________</w:t>
      </w:r>
    </w:p>
    <w:p>
      <w:r>
        <w:rPr>
          <w:b w:val="0"/>
          <w:sz w:val="20"/>
        </w:rPr>
        <w:t>Teléfono: _____________________   Email: ________________________</w:t>
      </w:r>
    </w:p>
    <w:p/>
    <w:p>
      <w:r>
        <w:rPr>
          <w:b/>
          <w:sz w:val="20"/>
        </w:rPr>
        <w:t>DE OTRA PARTE, EL ARRENDATARIO:</w:t>
      </w:r>
    </w:p>
    <w:p>
      <w:r>
        <w:rPr>
          <w:b w:val="0"/>
          <w:sz w:val="20"/>
        </w:rPr>
        <w:t>Nombre: _____________________________________________</w:t>
      </w:r>
    </w:p>
    <w:p>
      <w:r>
        <w:rPr>
          <w:b w:val="0"/>
          <w:sz w:val="20"/>
        </w:rPr>
        <w:t>Domicilio: ___________________________________________</w:t>
      </w:r>
    </w:p>
    <w:p>
      <w:r>
        <w:rPr>
          <w:b w:val="0"/>
          <w:sz w:val="20"/>
        </w:rPr>
        <w:t>Documento de Identidad: _____________________________</w:t>
      </w:r>
    </w:p>
    <w:p>
      <w:r>
        <w:rPr>
          <w:b w:val="0"/>
          <w:sz w:val="20"/>
        </w:rPr>
        <w:t>Teléfono: _____________________   Email: ________________________</w:t>
      </w:r>
    </w:p>
    <w:p/>
    <w:p>
      <w:r>
        <w:rPr>
          <w:b w:val="0"/>
          <w:sz w:val="20"/>
        </w:rPr>
        <w:t>Ambas partes se reconocen capacidad legal suficiente para celebrar el presente contrato de arrendamiento de terreno para ganado y, a tal efecto, exponen y acuerdan lo siguiente:</w:t>
      </w:r>
    </w:p>
    <w:p/>
    <w:p>
      <w:r>
        <w:rPr>
          <w:b/>
          <w:sz w:val="20"/>
        </w:rPr>
        <w:t>PRIMERA.- OBJETO DEL CONTRATO</w:t>
      </w:r>
    </w:p>
    <w:p>
      <w:r>
        <w:rPr>
          <w:b w:val="0"/>
          <w:sz w:val="20"/>
        </w:rPr>
        <w:t>El Arrendador da en arrendamiento al Arrendatario el terreno de su propiedad, ubicado en: ________________________________________________________________, cuya superficie es de ____________ hectáreas, destinado exclusivamente para el pastoreo y resguardo de ganado.</w:t>
      </w:r>
    </w:p>
    <w:p/>
    <w:p>
      <w:r>
        <w:rPr>
          <w:b/>
          <w:sz w:val="20"/>
        </w:rPr>
        <w:t>SEGUNDA.- DESTINO DEL TERRENO</w:t>
      </w:r>
    </w:p>
    <w:p>
      <w:r>
        <w:rPr>
          <w:b w:val="0"/>
          <w:sz w:val="20"/>
        </w:rPr>
        <w:t>El terreno objeto de este contrato será destinado únicamente para el aprovechamiento ganadero en las modalidades de pastoreo, resguardo, abrevadero y actividades inherentes al mantenimiento del ganado. Queda prohibido cualquier otro uso sin previo consentimiento por escrito del Arrendador.</w:t>
      </w:r>
    </w:p>
    <w:p/>
    <w:p>
      <w:r>
        <w:rPr>
          <w:b/>
          <w:sz w:val="20"/>
        </w:rPr>
        <w:t>TERCERA.- DURACIÓN DEL CONTRATO</w:t>
      </w:r>
    </w:p>
    <w:p>
      <w:r>
        <w:rPr>
          <w:b w:val="0"/>
          <w:sz w:val="20"/>
        </w:rPr>
        <w:t>La duración del presente contrato será de ____________, contado a partir de la fecha de la firma. Podrá ser prorrogado por acuerdo expreso de ambas partes.</w:t>
      </w:r>
    </w:p>
    <w:p/>
    <w:p>
      <w:r>
        <w:rPr>
          <w:b/>
          <w:sz w:val="20"/>
        </w:rPr>
        <w:t>CUARTA.- RENTA Y FORMA DE PAGO</w:t>
      </w:r>
    </w:p>
    <w:p>
      <w:r>
        <w:rPr>
          <w:b w:val="0"/>
          <w:sz w:val="20"/>
        </w:rPr>
        <w:t>El precio del arrendamiento será de $____________ (_______________________) mensuales/anuales, que el Arrendatario pagará al Arrendador por adelantado dentro de los primeros cinco días de cada periodo en el domicilio del Arrendador o mediante transferencia bancaria a la cuenta que este designe.</w:t>
      </w:r>
    </w:p>
    <w:p/>
    <w:p>
      <w:r>
        <w:rPr>
          <w:b/>
          <w:sz w:val="20"/>
        </w:rPr>
        <w:t>QUINTA.- DEPÓSITO DE GARANTÍA</w:t>
      </w:r>
    </w:p>
    <w:p>
      <w:r>
        <w:rPr>
          <w:b w:val="0"/>
          <w:sz w:val="20"/>
        </w:rPr>
        <w:t>El Arrendatario entrega al Arrendador la cantidad de $____________ como depósito en garantía para responder de posibles daños, desperfectos o incumplimientos. Dicho depósito será devuelto al finalizar el contrato, previa verificación del estado del terreno y cumplimiento de las obligaciones pactadas.</w:t>
      </w:r>
    </w:p>
    <w:p/>
    <w:p>
      <w:r>
        <w:rPr>
          <w:b/>
          <w:sz w:val="20"/>
        </w:rPr>
        <w:t>SEXTA.- OBLIGACIONES DEL ARRENDADOR</w:t>
      </w:r>
    </w:p>
    <w:p>
      <w:r>
        <w:rPr>
          <w:b w:val="0"/>
          <w:sz w:val="20"/>
        </w:rPr>
        <w:t>El Arrendador se compromete a:</w:t>
      </w:r>
    </w:p>
    <w:p>
      <w:r>
        <w:rPr>
          <w:b w:val="0"/>
          <w:sz w:val="20"/>
        </w:rPr>
        <w:t>a) Entregar el terreno en condiciones adecuadas para su uso ganadero.</w:t>
      </w:r>
    </w:p>
    <w:p>
      <w:r>
        <w:rPr>
          <w:b w:val="0"/>
          <w:sz w:val="20"/>
        </w:rPr>
        <w:t>b) Permitir el uso pacífico del terreno durante la vigencia del contrato.</w:t>
      </w:r>
    </w:p>
    <w:p>
      <w:r>
        <w:rPr>
          <w:b w:val="0"/>
          <w:sz w:val="20"/>
        </w:rPr>
        <w:t>c) No realizar actos que perturben la posesión del Arrendatario.</w:t>
      </w:r>
    </w:p>
    <w:p/>
    <w:p>
      <w:r>
        <w:rPr>
          <w:b/>
          <w:sz w:val="20"/>
        </w:rPr>
        <w:t>SÉPTIMA.- OBLIGACIONES DEL ARRENDATARIO</w:t>
      </w:r>
    </w:p>
    <w:p>
      <w:r>
        <w:rPr>
          <w:b w:val="0"/>
          <w:sz w:val="20"/>
        </w:rPr>
        <w:t>El Arrendatario se obliga a:</w:t>
      </w:r>
    </w:p>
    <w:p>
      <w:r>
        <w:rPr>
          <w:b w:val="0"/>
          <w:sz w:val="20"/>
        </w:rPr>
        <w:t>a) Utilizar el terreno exclusivamente para fines ganaderos.</w:t>
      </w:r>
    </w:p>
    <w:p>
      <w:r>
        <w:rPr>
          <w:b w:val="0"/>
          <w:sz w:val="20"/>
        </w:rPr>
        <w:t>b) No realizar en el terreno actos que lo deterioren o disminuyan su valor.</w:t>
      </w:r>
    </w:p>
    <w:p>
      <w:r>
        <w:rPr>
          <w:b w:val="0"/>
          <w:sz w:val="20"/>
        </w:rPr>
        <w:t>c) Mantener el terreno limpio y en buen estado de conservación.</w:t>
      </w:r>
    </w:p>
    <w:p>
      <w:r>
        <w:rPr>
          <w:b w:val="0"/>
          <w:sz w:val="20"/>
        </w:rPr>
        <w:t>d) No ceder, subarrendar ni transferir total o parcialmente los derechos del presente contrato sin autorización escrita del Arrendador.</w:t>
      </w:r>
    </w:p>
    <w:p>
      <w:r>
        <w:rPr>
          <w:b w:val="0"/>
          <w:sz w:val="20"/>
        </w:rPr>
        <w:t>e) Permitir la inspección del terreno por parte del Arrendador, previo aviso.</w:t>
      </w:r>
    </w:p>
    <w:p/>
    <w:p>
      <w:r>
        <w:rPr>
          <w:b/>
          <w:sz w:val="20"/>
        </w:rPr>
        <w:t>OCTAVA.- MEJORAS Y CONSTRUCCIONES</w:t>
      </w:r>
    </w:p>
    <w:p>
      <w:r>
        <w:rPr>
          <w:b w:val="0"/>
          <w:sz w:val="20"/>
        </w:rPr>
        <w:t>Toda mejora o construcción realizada en el terreno por el Arrendatario requerirá autorización previa y por escrito del Arrendador. A la terminación del contrato, dichas mejoras quedarán en beneficio del terreno sin derecho a indemnización, salvo pacto en contrario.</w:t>
      </w:r>
    </w:p>
    <w:p/>
    <w:p>
      <w:r>
        <w:rPr>
          <w:b/>
          <w:sz w:val="20"/>
        </w:rPr>
        <w:t>NOVENA.- RESPONSABILIDAD Y SEGUROS</w:t>
      </w:r>
    </w:p>
    <w:p>
      <w:r>
        <w:rPr>
          <w:b w:val="0"/>
          <w:sz w:val="20"/>
        </w:rPr>
        <w:t>El Arrendatario será responsable de los daños que su ganado o sus actividades ocasionen en el terreno o a terceros. Se recomienda la contratación de un seguro de responsabilidad civil para cubrir posibles contingencias.</w:t>
      </w:r>
    </w:p>
    <w:p/>
    <w:p>
      <w:r>
        <w:rPr>
          <w:b/>
          <w:sz w:val="20"/>
        </w:rPr>
        <w:t>DÉCIMA.- TERMINACIÓN ANTICIPADA</w:t>
      </w:r>
    </w:p>
    <w:p>
      <w:r>
        <w:rPr>
          <w:b w:val="0"/>
          <w:sz w:val="20"/>
        </w:rPr>
        <w:t>El contrato podrá darse por terminado anticipadamente por mutuo acuerdo, o por incumplimiento de cualquiera de las partes, mediando notificación escrita con al menos _______ días de antelación.</w:t>
      </w:r>
    </w:p>
    <w:p/>
    <w:p>
      <w:r>
        <w:rPr>
          <w:b/>
          <w:sz w:val="20"/>
        </w:rPr>
        <w:t>UNDÉCIMA.- RESTITUCIÓN DEL TERRENO</w:t>
      </w:r>
    </w:p>
    <w:p>
      <w:r>
        <w:rPr>
          <w:b w:val="0"/>
          <w:sz w:val="20"/>
        </w:rPr>
        <w:t>Al finalizar el contrato, el Arrendatario deberá devolver el terreno en el mismo estado en que lo recibió, salvo el desgaste natural por el uso autorizado. La falta de restitución facultará al Arrendador a tomar posesión y reclamar los daños ocasionados.</w:t>
      </w:r>
    </w:p>
    <w:p/>
    <w:p>
      <w:r>
        <w:rPr>
          <w:b/>
          <w:sz w:val="20"/>
        </w:rPr>
        <w:t>DUODÉCIMA.- JURISDICCIÓN</w:t>
      </w:r>
    </w:p>
    <w:p>
      <w:r>
        <w:rPr>
          <w:b w:val="0"/>
          <w:sz w:val="20"/>
        </w:rPr>
        <w:t>Para la resolución de cualquier conflicto derivado del presente contrato, las partes se someten a los tribunales de ____________________________.</w:t>
      </w:r>
    </w:p>
    <w:p/>
    <w:p>
      <w:r>
        <w:rPr>
          <w:b w:val="0"/>
          <w:sz w:val="20"/>
        </w:rPr>
        <w:t>Leído que fue el presente contrato por ambas partes, lo firman en dos ejemplares de un mismo tenor y a un solo efecto, en el lugar y fecha indicados al inicio.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ARRENDADOR</w:t>
            </w:r>
          </w:p>
        </w:tc>
        <w:tc>
          <w:tcPr>
            <w:tcW w:type="dxa" w:w="4986"/>
          </w:tcPr>
          <w:p>
            <w:pPr>
              <w:jc w:val="center"/>
            </w:pPr>
            <w:r>
              <w:rPr>
                <w:b/>
              </w:rPr>
              <w:t>EL ARRENDATARIO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https://experto-contratos.com/contrato-de-arrendamiento-de-terreno-para-ganado/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arrendamiento-de-terreno-para-ganado/"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