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CONTRATO DE CESIÓN DE MAQUINARIA AGRÍCOLA</w:t>
      </w:r>
    </w:p>
    <w:p/>
    <w:p>
      <w:r>
        <w:rPr>
          <w:b/>
          <w:sz w:val="24"/>
        </w:rPr>
        <w:t>REUNIDOS</w:t>
      </w:r>
    </w:p>
    <w:p>
      <w:r>
        <w:rPr>
          <w:b w:val="0"/>
          <w:sz w:val="20"/>
        </w:rPr>
        <w:t>De una parte, el cedente:</w:t>
      </w:r>
    </w:p>
    <w:p>
      <w:r>
        <w:rPr>
          <w:b w:val="0"/>
          <w:sz w:val="20"/>
        </w:rPr>
        <w:t>Nombre o razón social: _____________________________________________</w:t>
      </w:r>
    </w:p>
    <w:p>
      <w:r>
        <w:rPr>
          <w:b w:val="0"/>
          <w:sz w:val="20"/>
        </w:rPr>
        <w:t>DNI/NIF: __________________________</w:t>
      </w:r>
    </w:p>
    <w:p>
      <w:r>
        <w:rPr>
          <w:b w:val="0"/>
          <w:sz w:val="20"/>
        </w:rPr>
        <w:t>Domicilio: _______________________________________________________</w:t>
      </w:r>
    </w:p>
    <w:p>
      <w:r>
        <w:rPr>
          <w:b w:val="0"/>
          <w:sz w:val="20"/>
        </w:rPr>
        <w:t>Teléfono: ____________________     Email: ________________________</w:t>
      </w:r>
    </w:p>
    <w:p/>
    <w:p>
      <w:r>
        <w:rPr>
          <w:b w:val="0"/>
          <w:sz w:val="20"/>
        </w:rPr>
        <w:t>Y de otra parte, el cesionario:</w:t>
      </w:r>
    </w:p>
    <w:p>
      <w:r>
        <w:rPr>
          <w:b w:val="0"/>
          <w:sz w:val="20"/>
        </w:rPr>
        <w:t>Nombre o razón social: _____________________________________________</w:t>
      </w:r>
    </w:p>
    <w:p>
      <w:r>
        <w:rPr>
          <w:b w:val="0"/>
          <w:sz w:val="20"/>
        </w:rPr>
        <w:t>DNI/NIF: __________________________</w:t>
      </w:r>
    </w:p>
    <w:p>
      <w:r>
        <w:rPr>
          <w:b w:val="0"/>
          <w:sz w:val="20"/>
        </w:rPr>
        <w:t>Domicilio: _______________________________________________________</w:t>
      </w:r>
    </w:p>
    <w:p>
      <w:r>
        <w:rPr>
          <w:b w:val="0"/>
          <w:sz w:val="20"/>
        </w:rPr>
        <w:t>Teléfono: ____________________     Email: ________________________</w:t>
      </w:r>
    </w:p>
    <w:p/>
    <w:p>
      <w:r>
        <w:rPr>
          <w:b w:val="0"/>
          <w:sz w:val="20"/>
        </w:rPr>
        <w:t>Ambas partes, en la calidad en que intervienen, se reconocen mutuamente capacidad legal necesaria para la celebración del presente contrato de cesión de maquinaria agrícola y, a tal efecto, EXPONEN:</w:t>
      </w:r>
    </w:p>
    <w:p/>
    <w:p>
      <w:r>
        <w:rPr>
          <w:b/>
          <w:sz w:val="24"/>
        </w:rPr>
        <w:t>EXPONEN</w:t>
      </w:r>
    </w:p>
    <w:p>
      <w:r>
        <w:rPr>
          <w:b w:val="0"/>
          <w:sz w:val="20"/>
        </w:rPr>
        <w:t>I. Que el cedente es propietario y/o legítimo poseedor de la maquinaria agrícola objeto de este contrato, que se encuentra en condiciones de uso y libre de cargas o gravámenes que impidan su cesión.</w:t>
      </w:r>
    </w:p>
    <w:p>
      <w:r>
        <w:rPr>
          <w:b w:val="0"/>
          <w:sz w:val="20"/>
        </w:rPr>
        <w:t>II. Que el cesionario está interesado en la utilización temporal de dicha maquinaria para fines agrícolas, aceptando las condiciones y obligaciones aquí estipuladas.</w:t>
      </w:r>
    </w:p>
    <w:p>
      <w:r>
        <w:rPr>
          <w:b w:val="0"/>
          <w:sz w:val="20"/>
        </w:rPr>
        <w:t>III. Que ambas partes acuerdan formalizar el presente contrato de cesión de maquinaria agrícola con sujeción a las siguientes:</w:t>
      </w:r>
    </w:p>
    <w:p/>
    <w:p>
      <w:r>
        <w:rPr>
          <w:b/>
          <w:sz w:val="24"/>
        </w:rPr>
        <w:t>CLÁUSULAS</w:t>
      </w:r>
    </w:p>
    <w:p>
      <w:r>
        <w:rPr>
          <w:b/>
          <w:sz w:val="20"/>
        </w:rPr>
        <w:t>PRIMERA.- OBJETO DE LA CESIÓN</w:t>
      </w:r>
    </w:p>
    <w:p>
      <w:r>
        <w:rPr>
          <w:b w:val="0"/>
          <w:sz w:val="20"/>
        </w:rPr>
        <w:t>El cedente cede al cesionario el uso y disfrute de la siguiente maquinaria agrícola:</w:t>
      </w:r>
    </w:p>
    <w:p>
      <w:r>
        <w:rPr>
          <w:b w:val="0"/>
          <w:sz w:val="20"/>
        </w:rPr>
        <w:t>Marca: __________________________  Modelo: __________________________</w:t>
      </w:r>
    </w:p>
    <w:p>
      <w:r>
        <w:rPr>
          <w:b w:val="0"/>
          <w:sz w:val="20"/>
        </w:rPr>
        <w:t>Número de serie: ______________________  Matrícula (si procede): ______________________</w:t>
      </w:r>
    </w:p>
    <w:p>
      <w:r>
        <w:rPr>
          <w:b w:val="0"/>
          <w:sz w:val="20"/>
        </w:rPr>
        <w:t>Descripción: ________________________________________________________________</w:t>
      </w:r>
    </w:p>
    <w:p>
      <w:r>
        <w:rPr>
          <w:b w:val="0"/>
          <w:sz w:val="20"/>
        </w:rPr>
        <w:t>Estado de la maquinaria: ____________________________________________________</w:t>
      </w:r>
    </w:p>
    <w:p/>
    <w:p>
      <w:r>
        <w:rPr>
          <w:b/>
          <w:sz w:val="20"/>
        </w:rPr>
        <w:t>SEGUNDA.- DESTINO DE LA MAQUINARIA</w:t>
      </w:r>
    </w:p>
    <w:p>
      <w:r>
        <w:rPr>
          <w:b w:val="0"/>
          <w:sz w:val="20"/>
        </w:rPr>
        <w:t>La maquinaria se destinará exclusivamente a actividades agrícolas desarrolladas por el cesionario en la/s finca/s situada/s en:</w:t>
      </w:r>
    </w:p>
    <w:p>
      <w:r>
        <w:rPr>
          <w:b w:val="0"/>
          <w:sz w:val="20"/>
        </w:rPr>
        <w:t>_______________________________________________________________</w:t>
      </w:r>
    </w:p>
    <w:p/>
    <w:p>
      <w:r>
        <w:rPr>
          <w:b/>
          <w:sz w:val="20"/>
        </w:rPr>
        <w:t>TERCERA.- DURACIÓN DE LA CESIÓN</w:t>
      </w:r>
    </w:p>
    <w:p>
      <w:r>
        <w:rPr>
          <w:b w:val="0"/>
          <w:sz w:val="20"/>
        </w:rPr>
        <w:t>La presente cesión tendrá una duración de ______________________, iniciándose el día ______________________ y finalizando el día ______________________. La devolución de la maquinaria deberá realizarse en el mismo estado de funcionamiento y conservación en que fue entregada, salvo el desgaste propio del uso adecuado.</w:t>
      </w:r>
    </w:p>
    <w:p/>
    <w:p>
      <w:r>
        <w:rPr>
          <w:b/>
          <w:sz w:val="20"/>
        </w:rPr>
        <w:t>CUARTA.- OBLIGACIONES DEL CEDENTE</w:t>
      </w:r>
    </w:p>
    <w:p>
      <w:r>
        <w:rPr>
          <w:b w:val="0"/>
          <w:sz w:val="20"/>
        </w:rPr>
        <w:t>El cedente se compromete a:</w:t>
      </w:r>
    </w:p>
    <w:p>
      <w:r>
        <w:rPr>
          <w:b w:val="0"/>
          <w:sz w:val="20"/>
        </w:rPr>
        <w:t>a) Entregar la maquinaria en correcto estado de funcionamiento, limpieza y con la documentación exigida.</w:t>
      </w:r>
    </w:p>
    <w:p>
      <w:r>
        <w:rPr>
          <w:b w:val="0"/>
          <w:sz w:val="20"/>
        </w:rPr>
        <w:t>b) Informar al cesionario sobre el correcto uso, funcionamiento y mantenimiento de la maquinaria.</w:t>
      </w:r>
    </w:p>
    <w:p>
      <w:r>
        <w:rPr>
          <w:b w:val="0"/>
          <w:sz w:val="20"/>
        </w:rPr>
        <w:t>c) Realizar, si corresponde, el seguro de responsabilidad civil y daños a terceros.</w:t>
      </w:r>
    </w:p>
    <w:p/>
    <w:p>
      <w:r>
        <w:rPr>
          <w:b/>
          <w:sz w:val="20"/>
        </w:rPr>
        <w:t>QUINTA.- OBLIGACIONES DEL CESIONARIO</w:t>
      </w:r>
    </w:p>
    <w:p>
      <w:r>
        <w:rPr>
          <w:b w:val="0"/>
          <w:sz w:val="20"/>
        </w:rPr>
        <w:t>El cesionario se obliga a:</w:t>
      </w:r>
    </w:p>
    <w:p>
      <w:r>
        <w:rPr>
          <w:b w:val="0"/>
          <w:sz w:val="20"/>
        </w:rPr>
        <w:t>a) Utilizar la maquinaria exclusivamente para los fines establecidos y conforme a las instrucciones del cedente y del fabricante.</w:t>
      </w:r>
    </w:p>
    <w:p>
      <w:r>
        <w:rPr>
          <w:b w:val="0"/>
          <w:sz w:val="20"/>
        </w:rPr>
        <w:t>b) Mantener la maquinaria en buen estado de conservación y realizar el mantenimiento ordinario indicado.</w:t>
      </w:r>
    </w:p>
    <w:p>
      <w:r>
        <w:rPr>
          <w:b w:val="0"/>
          <w:sz w:val="20"/>
        </w:rPr>
        <w:t>c) No ceder, subarrendar, ni permitir el uso de la maquinaria a terceros.</w:t>
      </w:r>
    </w:p>
    <w:p>
      <w:r>
        <w:rPr>
          <w:b w:val="0"/>
          <w:sz w:val="20"/>
        </w:rPr>
        <w:t>d) Comunicar inmediatamente cualquier incidencia, avería o daño que sufra la maquinaria.</w:t>
      </w:r>
    </w:p>
    <w:p>
      <w:r>
        <w:rPr>
          <w:b w:val="0"/>
          <w:sz w:val="20"/>
        </w:rPr>
        <w:t>e) Devolver la maquinaria en el plazo acordado y en las condiciones establecidas.</w:t>
      </w:r>
    </w:p>
    <w:p/>
    <w:p>
      <w:r>
        <w:rPr>
          <w:b/>
          <w:sz w:val="20"/>
        </w:rPr>
        <w:t>SEXTA.- GASTOS Y SEGUROS</w:t>
      </w:r>
    </w:p>
    <w:p>
      <w:r>
        <w:rPr>
          <w:b w:val="0"/>
          <w:sz w:val="20"/>
        </w:rPr>
        <w:t>Salvo pacto expreso en contrario, los gastos de mantenimiento ordinario, combustible, lubricantes, así como los posibles daños por uso indebido, serán de cuenta del cesionario. El cedente mantendrá la maquinaria asegurada contra daños propios y a terceros, salvo acuerdo distinto.</w:t>
      </w:r>
    </w:p>
    <w:p/>
    <w:p>
      <w:r>
        <w:rPr>
          <w:b/>
          <w:sz w:val="20"/>
        </w:rPr>
        <w:t>SÉPTIMA.- RESPONSABILIDAD</w:t>
      </w:r>
    </w:p>
    <w:p>
      <w:r>
        <w:rPr>
          <w:b w:val="0"/>
          <w:sz w:val="20"/>
        </w:rPr>
        <w:t>El cesionario será responsable de los daños y perjuicios que pudieran derivarse del uso indebido de la maquinaria, así como de las multas, sanciones o reclamaciones derivadas de su utilización durante el periodo de cesión.</w:t>
      </w:r>
    </w:p>
    <w:p/>
    <w:p>
      <w:r>
        <w:rPr>
          <w:b/>
          <w:sz w:val="20"/>
        </w:rPr>
        <w:t>OCTAVA.- TERMINACIÓN ANTICIPADA</w:t>
      </w:r>
    </w:p>
    <w:p>
      <w:r>
        <w:rPr>
          <w:b w:val="0"/>
          <w:sz w:val="20"/>
        </w:rPr>
        <w:t>El presente contrato podrá resolverse anticipadamente por mutuo acuerdo, por el incumplimiento grave de cualquiera de las partes, o por la imposibilidad sobrevenida de uso de la maquinaria.</w:t>
      </w:r>
    </w:p>
    <w:p/>
    <w:p>
      <w:r>
        <w:rPr>
          <w:b/>
          <w:sz w:val="20"/>
        </w:rPr>
        <w:t>NOVENA.- JURISDICCIÓN</w:t>
      </w:r>
    </w:p>
    <w:p>
      <w:r>
        <w:rPr>
          <w:b w:val="0"/>
          <w:sz w:val="20"/>
        </w:rPr>
        <w:t>Para la resolución de cualquier conflicto derivado de este contrato, las partes se someten a los Juzgados y Tribunales de ______________________.</w:t>
      </w:r>
    </w:p>
    <w:p/>
    <w:p>
      <w:r>
        <w:rPr>
          <w:b w:val="0"/>
          <w:sz w:val="20"/>
        </w:rPr>
        <w:t>En prueba de conformidad, firman el presente contrato de cesión de maquinaria agrícola por duplicado y a un solo efecto en el lugar y fecha al inicio indicados.</w:t>
      </w:r>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rPr>
                <w:b/>
              </w:rPr>
              <w:t>EL CEDENTE</w:t>
            </w:r>
          </w:p>
        </w:tc>
        <w:tc>
          <w:tcPr>
            <w:tcW w:type="dxa" w:w="4986"/>
          </w:tcPr>
          <w:p>
            <w:pPr>
              <w:jc w:val="center"/>
            </w:pPr>
            <w:r>
              <w:rPr>
                <w:b/>
              </w:rPr>
              <w:t>EL CESIONARIO</w:t>
            </w:r>
          </w:p>
        </w:tc>
      </w:tr>
    </w:tbl>
    <w:p/>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t>Fdo.: _________________________</w:t>
            </w:r>
          </w:p>
        </w:tc>
        <w:tc>
          <w:tcPr>
            <w:tcW w:type="dxa" w:w="4986"/>
          </w:tcPr>
          <w:p>
            <w:pPr>
              <w:jc w:val="center"/>
            </w:pPr>
            <w:r>
              <w:t>Fdo.: _________________________</w:t>
            </w:r>
          </w:p>
        </w:tc>
      </w:tr>
    </w:tbl>
    <w:p>
      <w:r>
        <w:br w:type="page"/>
      </w:r>
    </w:p>
    <w:p>
      <w:pPr>
        <w:jc w:val="center"/>
      </w:pPr>
      <w:r>
        <w:rPr>
          <w:color w:val="555555"/>
          <w:sz w:val="24"/>
        </w:rPr>
        <w:t>Fuente original del documento:</w:t>
      </w:r>
    </w:p>
    <w:p>
      <w:pPr>
        <w:jc w:val="center"/>
      </w:pPr>
      <w:hyperlink r:id="rId9">
        <w:r>
          <w:rPr>
            <w:color w:val="0000FF"/>
            <w:u w:val="single"/>
          </w:rPr>
          <w:t>https://experto-contratos.com/contrato-de-cesion-de-maquinaria-agricola/</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https://experto-contratos.com</w:t>
        </w:r>
      </w:hyperlink>
    </w:p>
    <w:p>
      <w:pPr>
        <w:jc w:val="center"/>
      </w:pPr>
      <w:r>
        <w:rPr>
          <w:color w:val="808080"/>
          <w:sz w:val="20"/>
        </w:rPr>
        <w:t>Plantilla de uso personal y gratuito. Prohibido su uso comercial.</w:t>
        <w:br/>
        <w:t>Si se comparte o publica, debe mencionarse la fuente. © experto-contratos.com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contratos.com/contrato-de-cesion-de-maquinaria-agricola/" TargetMode="External"/><Relationship Id="rId10" Type="http://schemas.openxmlformats.org/officeDocument/2006/relationships/hyperlink" Target="https://experto-contrat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