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DE COMPRAVENTA DE MAQUINARIA</w:t>
      </w:r>
    </w:p>
    <w:p/>
    <w:p>
      <w:r>
        <w:rPr>
          <w:b/>
          <w:sz w:val="24"/>
        </w:rPr>
        <w:t>REUNIDOS</w:t>
      </w:r>
    </w:p>
    <w:p>
      <w:r>
        <w:rPr>
          <w:b/>
          <w:sz w:val="20"/>
        </w:rPr>
        <w:t>DE UNA PARTE, EL VENDEDOR:</w:t>
      </w:r>
    </w:p>
    <w:p>
      <w:r>
        <w:rPr>
          <w:b w:val="0"/>
          <w:sz w:val="20"/>
        </w:rPr>
        <w:t>Nombre o Razón Social: _____________________________________________</w:t>
      </w:r>
    </w:p>
    <w:p>
      <w:r>
        <w:rPr>
          <w:b w:val="0"/>
          <w:sz w:val="20"/>
        </w:rPr>
        <w:t>Domicilio: ________________________________________________________</w:t>
      </w:r>
    </w:p>
    <w:p>
      <w:r>
        <w:rPr>
          <w:b w:val="0"/>
          <w:sz w:val="20"/>
        </w:rPr>
        <w:t>NIF/CIF: _____________________   Teléfono: _______________________</w:t>
      </w:r>
    </w:p>
    <w:p>
      <w:r>
        <w:rPr>
          <w:b w:val="0"/>
          <w:sz w:val="20"/>
        </w:rPr>
        <w:t>Email: ________________________</w:t>
      </w:r>
    </w:p>
    <w:p/>
    <w:p>
      <w:r>
        <w:rPr>
          <w:b/>
          <w:sz w:val="20"/>
        </w:rPr>
        <w:t>Y DE OTRA PARTE, EL COMPRADOR:</w:t>
      </w:r>
    </w:p>
    <w:p>
      <w:r>
        <w:rPr>
          <w:b w:val="0"/>
          <w:sz w:val="20"/>
        </w:rPr>
        <w:t>Nombre o Razón Social: _____________________________________________</w:t>
      </w:r>
    </w:p>
    <w:p>
      <w:r>
        <w:rPr>
          <w:b w:val="0"/>
          <w:sz w:val="20"/>
        </w:rPr>
        <w:t>Domicilio: ________________________________________________________</w:t>
      </w:r>
    </w:p>
    <w:p>
      <w:r>
        <w:rPr>
          <w:b w:val="0"/>
          <w:sz w:val="20"/>
        </w:rPr>
        <w:t>NIF/CIF: _____________________   Teléfono: _______________________</w:t>
      </w:r>
    </w:p>
    <w:p>
      <w:r>
        <w:rPr>
          <w:b w:val="0"/>
          <w:sz w:val="20"/>
        </w:rPr>
        <w:t>Email: ________________________</w:t>
      </w:r>
    </w:p>
    <w:p/>
    <w:p>
      <w:r>
        <w:rPr>
          <w:b w:val="0"/>
          <w:sz w:val="20"/>
        </w:rPr>
        <w:t>Ambas partes, en adelante denominadas conjuntamente como 'las Partes', reconociéndose mutuamente la capacidad legal necesaria para el otorgamiento del presente contrato de compraventa de maquinaria, EXPONEN:</w:t>
      </w:r>
    </w:p>
    <w:p/>
    <w:p>
      <w:r>
        <w:rPr>
          <w:b w:val="0"/>
          <w:sz w:val="20"/>
        </w:rPr>
        <w:t>I. Que el Vendedor es propietario legítimo de la maquinaria objeto de este contrato y tiene la facultad de disponer de la misma.</w:t>
      </w:r>
    </w:p>
    <w:p>
      <w:r>
        <w:rPr>
          <w:b w:val="0"/>
          <w:sz w:val="20"/>
        </w:rPr>
        <w:t>II. Que el Comprador está interesado en adquirir la maquinaria descrita a continuación en las condiciones que se establecen en este documento.</w:t>
      </w:r>
    </w:p>
    <w:p/>
    <w:p>
      <w:r>
        <w:rPr>
          <w:b w:val="0"/>
          <w:sz w:val="20"/>
        </w:rPr>
        <w:t>En virtud de lo anterior, las Partes acuerdan formalizar el presente CONTRATO DE COMPRAVENTA DE MAQUINARIA conforme a las siguientes:</w:t>
      </w:r>
    </w:p>
    <w:p/>
    <w:p>
      <w:r>
        <w:rPr>
          <w:b/>
          <w:sz w:val="24"/>
        </w:rPr>
        <w:t>CLÁUSULAS</w:t>
      </w:r>
    </w:p>
    <w:p/>
    <w:p>
      <w:r>
        <w:rPr>
          <w:b/>
          <w:sz w:val="20"/>
        </w:rPr>
        <w:t>PRIMERA.- OBJETO DEL CONTRATO</w:t>
      </w:r>
    </w:p>
    <w:p>
      <w:r>
        <w:rPr>
          <w:b w:val="0"/>
          <w:sz w:val="20"/>
        </w:rPr>
        <w:t>El Vendedor vende y transmite al Comprador, quien acepta, la propiedad de la siguiente maquinaria: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Marca: ____________________________</w:t>
      </w:r>
    </w:p>
    <w:p>
      <w:r>
        <w:rPr>
          <w:b w:val="0"/>
          <w:sz w:val="20"/>
        </w:rPr>
        <w:t>Modelo: ___________________________</w:t>
      </w:r>
    </w:p>
    <w:p>
      <w:r>
        <w:rPr>
          <w:b w:val="0"/>
          <w:sz w:val="20"/>
        </w:rPr>
        <w:t>Número de serie: __________________</w:t>
      </w:r>
    </w:p>
    <w:p>
      <w:r>
        <w:rPr>
          <w:b w:val="0"/>
          <w:sz w:val="20"/>
        </w:rPr>
        <w:t>Año de fabricación: _______________</w:t>
      </w:r>
    </w:p>
    <w:p>
      <w:r>
        <w:rPr>
          <w:b w:val="0"/>
          <w:sz w:val="20"/>
        </w:rPr>
        <w:t>Descripción: ________________________________________________________</w:t>
      </w:r>
    </w:p>
    <w:p>
      <w:r>
        <w:rPr>
          <w:b w:val="0"/>
          <w:sz w:val="20"/>
        </w:rPr>
        <w:t>Estado: _____________________________________________________________</w:t>
      </w:r>
    </w:p>
    <w:p/>
    <w:p>
      <w:r>
        <w:rPr>
          <w:b/>
          <w:sz w:val="20"/>
        </w:rPr>
        <w:t>SEGUNDA.- PRECIO Y FORMA DE PAGO</w:t>
      </w:r>
    </w:p>
    <w:p>
      <w:r>
        <w:rPr>
          <w:b w:val="0"/>
          <w:sz w:val="20"/>
        </w:rPr>
        <w:t>El precio total de la compraventa asciende a la cantidad de ____________ euros (_________ €), que el Comprador se obliga a pagar al Vendedor de la siguiente forma: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/>
          <w:sz w:val="20"/>
        </w:rPr>
        <w:t>TERCERA.- ENTREGA</w:t>
      </w:r>
    </w:p>
    <w:p>
      <w:r>
        <w:rPr>
          <w:b w:val="0"/>
          <w:sz w:val="20"/>
        </w:rPr>
        <w:t>La entrega de la maquinaria se realizará en el lugar y fecha que acuerden las Partes. A partir de la entrega, todos los riesgos y gastos relacionados con la maquinaria serán asumidos por el Comprador.</w:t>
      </w:r>
    </w:p>
    <w:p/>
    <w:p>
      <w:r>
        <w:rPr>
          <w:b/>
          <w:sz w:val="20"/>
        </w:rPr>
        <w:t>CUARTA.- ESTADO Y GARANTÍA</w:t>
      </w:r>
    </w:p>
    <w:p>
      <w:r>
        <w:rPr>
          <w:b w:val="0"/>
          <w:sz w:val="20"/>
        </w:rPr>
        <w:t>La maquinaria se vende en el estado en que se encuentra, quedando el Comprador informado y conforme con dicho estado, salvo pacto expreso en contrario.</w:t>
      </w:r>
    </w:p>
    <w:p>
      <w:r>
        <w:rPr>
          <w:b w:val="0"/>
          <w:sz w:val="20"/>
        </w:rPr>
        <w:t>El Vendedor declara que la maquinaria es de su legítima propiedad, libre de cargas, gravámenes y al corriente de cualquier obligación fiscal relacionada.</w:t>
      </w:r>
    </w:p>
    <w:p>
      <w:r>
        <w:rPr>
          <w:b w:val="0"/>
          <w:sz w:val="20"/>
        </w:rPr>
        <w:t>En caso de existir garantía, ésta será la siguiente: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/>
          <w:sz w:val="20"/>
        </w:rPr>
        <w:t>QUINTA.- TRANSMISIÓN DE LA PROPIEDAD</w:t>
      </w:r>
    </w:p>
    <w:p>
      <w:r>
        <w:rPr>
          <w:b w:val="0"/>
          <w:sz w:val="20"/>
        </w:rPr>
        <w:t>La transmisión de la propiedad de la maquinaria se producirá en el momento del pago total del precio convenido y la entrega material de la misma.</w:t>
      </w:r>
    </w:p>
    <w:p/>
    <w:p>
      <w:r>
        <w:rPr>
          <w:b/>
          <w:sz w:val="20"/>
        </w:rPr>
        <w:t>SEXTA.- GASTOS E IMPUESTOS</w:t>
      </w:r>
    </w:p>
    <w:p>
      <w:r>
        <w:rPr>
          <w:b w:val="0"/>
          <w:sz w:val="20"/>
        </w:rPr>
        <w:t>Todos los gastos e impuestos derivados de la compraventa, incluidos los de transmisión, serán a cargo de _____________________________________________.</w:t>
      </w:r>
    </w:p>
    <w:p/>
    <w:p>
      <w:r>
        <w:rPr>
          <w:b/>
          <w:sz w:val="20"/>
        </w:rPr>
        <w:t>SÉPTIMA.- JURISDICCIÓN</w:t>
      </w:r>
    </w:p>
    <w:p>
      <w:r>
        <w:rPr>
          <w:b w:val="0"/>
          <w:sz w:val="20"/>
        </w:rPr>
        <w:t>Para cualquier divergencia que surja en la interpretación o cumplimiento del presente contrato, las Partes se someten a los Juzgados y Tribunales de ________________________________, con renuncia a cualquier otro fuero que pudiera corresponderles.</w:t>
      </w:r>
    </w:p>
    <w:p/>
    <w:p>
      <w:r>
        <w:rPr>
          <w:b/>
          <w:sz w:val="20"/>
        </w:rPr>
        <w:t>OCTAVA.- OTRAS ESTIPULACIONES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 w:val="0"/>
          <w:sz w:val="20"/>
        </w:rPr>
        <w:t>Y en prueba de conformidad, firman el presente contrato de compraventa de maquinaria por duplicado y a un solo efecto.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VENDEDOR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COMPRADOR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https://experto-contratos.com/contrato-de-compraventa-de-maquinaria/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contrato-de-compraventa-de-maquinaria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