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COMPRAVENTA DE TERRENO SIN ESCRITURA</w:t>
      </w:r>
    </w:p>
    <w:p/>
    <w:p/>
    <w:p>
      <w:r>
        <w:rPr>
          <w:b/>
          <w:sz w:val="24"/>
        </w:rPr>
        <w:t>REUNIDOS</w:t>
      </w:r>
    </w:p>
    <w:p>
      <w:r>
        <w:rPr>
          <w:b w:val="0"/>
          <w:sz w:val="20"/>
        </w:rPr>
        <w:t>DE UNA PARTE, EL VENDEDOR:</w:t>
      </w:r>
    </w:p>
    <w:p>
      <w:r>
        <w:rPr>
          <w:b w:val="0"/>
          <w:sz w:val="20"/>
        </w:rPr>
        <w:t>Nombre: _____________________________________________________________</w:t>
      </w:r>
    </w:p>
    <w:p>
      <w:r>
        <w:rPr>
          <w:b w:val="0"/>
          <w:sz w:val="20"/>
        </w:rPr>
        <w:t>Domicilio: __________________________________________________________</w:t>
      </w:r>
    </w:p>
    <w:p>
      <w:r>
        <w:rPr>
          <w:b w:val="0"/>
          <w:sz w:val="20"/>
        </w:rPr>
        <w:t>Identificación (DNI/NIE/Pasaporte): _________________________________</w:t>
      </w:r>
    </w:p>
    <w:p>
      <w:r>
        <w:rPr>
          <w:b w:val="0"/>
          <w:sz w:val="20"/>
        </w:rPr>
        <w:t>Teléfono: __________________________  Email: ________________________</w:t>
      </w:r>
    </w:p>
    <w:p/>
    <w:p>
      <w:r>
        <w:rPr>
          <w:b w:val="0"/>
          <w:sz w:val="20"/>
        </w:rPr>
        <w:t>DE LA OTRA PARTE, EL COMPRADOR:</w:t>
      </w:r>
    </w:p>
    <w:p>
      <w:r>
        <w:rPr>
          <w:b w:val="0"/>
          <w:sz w:val="20"/>
        </w:rPr>
        <w:t>Nombre: _____________________________________________________________</w:t>
      </w:r>
    </w:p>
    <w:p>
      <w:r>
        <w:rPr>
          <w:b w:val="0"/>
          <w:sz w:val="20"/>
        </w:rPr>
        <w:t>Domicilio: __________________________________________________________</w:t>
      </w:r>
    </w:p>
    <w:p>
      <w:r>
        <w:rPr>
          <w:b w:val="0"/>
          <w:sz w:val="20"/>
        </w:rPr>
        <w:t>Identificación (DNI/NIE/Pasaporte): _________________________________</w:t>
      </w:r>
    </w:p>
    <w:p>
      <w:r>
        <w:rPr>
          <w:b w:val="0"/>
          <w:sz w:val="20"/>
        </w:rPr>
        <w:t>Teléfono: __________________________  Email: ________________________</w:t>
      </w:r>
    </w:p>
    <w:p/>
    <w:p>
      <w:r>
        <w:rPr>
          <w:b w:val="0"/>
          <w:sz w:val="20"/>
        </w:rPr>
        <w:t>Ambas partes se reconocen mutua y suficiente capacidad legal para formalizar el presente Contrato de Compraventa de Terreno sin Escritura y, a tal efecto, EXPONEN:</w:t>
      </w:r>
    </w:p>
    <w:p/>
    <w:p>
      <w:r>
        <w:rPr>
          <w:b w:val="0"/>
          <w:sz w:val="20"/>
        </w:rPr>
        <w:t>I. Que el VENDEDOR es titular y poseedor de buena fe del terreno objeto de este contrato, sobre el cual no existe, hasta donde alcanza su conocimiento, carga, gravamen, litigio o limitación que impida su libre transmisión.</w:t>
      </w:r>
    </w:p>
    <w:p>
      <w:r>
        <w:rPr>
          <w:b w:val="0"/>
          <w:sz w:val="20"/>
        </w:rPr>
        <w:t>II. Que el COMPRADOR está interesado en adquirir dicho terreno, y ambas partes han convenido en suscribir el presente contrato de compraventa conforme a las siguientes:</w:t>
      </w:r>
    </w:p>
    <w:p/>
    <w:p>
      <w:r>
        <w:rPr>
          <w:b/>
          <w:sz w:val="24"/>
        </w:rPr>
        <w:t>CLÁUSULAS</w:t>
      </w:r>
    </w:p>
    <w:p/>
    <w:p>
      <w:r>
        <w:rPr>
          <w:b/>
          <w:sz w:val="20"/>
        </w:rPr>
        <w:t>PRIMERA. OBJETO DE LA COMPRAVENTA</w:t>
      </w:r>
    </w:p>
    <w:p>
      <w:r>
        <w:rPr>
          <w:b w:val="0"/>
          <w:sz w:val="20"/>
        </w:rPr>
        <w:t>El VENDEDOR vende y transmite al COMPRADOR, quien compra y adquiere, el pleno dominio y posesión material, real y jurídica de un terreno localizado en:</w:t>
      </w:r>
    </w:p>
    <w:p>
      <w:r>
        <w:rPr>
          <w:b w:val="0"/>
          <w:sz w:val="20"/>
        </w:rPr>
        <w:t>Dirección o ubicación del terreno: __________________________________________</w:t>
      </w:r>
    </w:p>
    <w:p>
      <w:r>
        <w:rPr>
          <w:b w:val="0"/>
          <w:sz w:val="20"/>
        </w:rPr>
        <w:t>Descripción del terreno (medidas, colindancias, superficie, etc.): 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SEGUNDA. PRECIO Y FORMA DE PAGO</w:t>
      </w:r>
    </w:p>
    <w:p>
      <w:r>
        <w:rPr>
          <w:b w:val="0"/>
          <w:sz w:val="20"/>
        </w:rPr>
        <w:t>El precio total de la compraventa se establece en la cantidad de $_________________(___________________________), que el COMPRADOR entrega al VENDEDOR de la siguiente manera:</w:t>
      </w:r>
    </w:p>
    <w:p>
      <w:r>
        <w:rPr>
          <w:b w:val="0"/>
          <w:sz w:val="20"/>
        </w:rPr>
        <w:t>Forma de pago (efectivo, transferencia, cheque, etc.): _______________________</w:t>
      </w:r>
    </w:p>
    <w:p>
      <w:r>
        <w:rPr>
          <w:b w:val="0"/>
          <w:sz w:val="20"/>
        </w:rPr>
        <w:t>El VENDEDOR otorga recibo de la cantidad pactada en este acto.</w:t>
      </w:r>
    </w:p>
    <w:p/>
    <w:p>
      <w:r>
        <w:rPr>
          <w:b/>
          <w:sz w:val="20"/>
        </w:rPr>
        <w:t>TERCERA. ENTREGA Y POSESIÓN</w:t>
      </w:r>
    </w:p>
    <w:p>
      <w:r>
        <w:rPr>
          <w:b w:val="0"/>
          <w:sz w:val="20"/>
        </w:rPr>
        <w:t>El VENDEDOR hace entrega al COMPRADOR de la posesión material del terreno en este acto, comprometiéndose a no perturbar ni reivindicar, directa o indirectamente, la posesión transmitida.</w:t>
      </w:r>
    </w:p>
    <w:p/>
    <w:p>
      <w:r>
        <w:rPr>
          <w:b/>
          <w:sz w:val="20"/>
        </w:rPr>
        <w:t>CUARTA. SITUACIÓN JURÍDICA DEL TERRENO</w:t>
      </w:r>
    </w:p>
    <w:p>
      <w:r>
        <w:rPr>
          <w:b w:val="0"/>
          <w:sz w:val="20"/>
        </w:rPr>
        <w:t>El VENDEDOR declara bajo protesta de decir verdad que el terreno objeto de este contrato no cuenta con escritura pública, pero se encuentra libre de cualquier gravamen, embargo, hipoteca, limitación de dominio o litigio de cualquier naturaleza.</w:t>
      </w:r>
    </w:p>
    <w:p>
      <w:r>
        <w:rPr>
          <w:b w:val="0"/>
          <w:sz w:val="20"/>
        </w:rPr>
        <w:t>El COMPRADOR acepta adquirir el terreno en las condiciones físicas y jurídicas actuales, reconociendo que el VENDEDOR le ha informado de la situación real del inmueble.</w:t>
      </w:r>
    </w:p>
    <w:p/>
    <w:p>
      <w:r>
        <w:rPr>
          <w:b/>
          <w:sz w:val="20"/>
        </w:rPr>
        <w:t>QUINTA. GASTOS E IMPUESTOS</w:t>
      </w:r>
    </w:p>
    <w:p>
      <w:r>
        <w:rPr>
          <w:b w:val="0"/>
          <w:sz w:val="20"/>
        </w:rPr>
        <w:t>Los gastos e impuestos derivados de la presente operación serán a cargo de ___________________________.</w:t>
      </w:r>
    </w:p>
    <w:p/>
    <w:p>
      <w:r>
        <w:rPr>
          <w:b/>
          <w:sz w:val="20"/>
        </w:rPr>
        <w:t>SEXTA. OBLIGACIONES Y MANIFESTACIONES</w:t>
      </w:r>
    </w:p>
    <w:p>
      <w:r>
        <w:rPr>
          <w:b w:val="0"/>
          <w:sz w:val="20"/>
        </w:rPr>
        <w:t>El VENDEDOR se obliga a responder por la evicción y saneamiento del terreno vendido en caso de que surja algún problema legal relacionado con la propiedad o posesión del mismo.</w:t>
      </w:r>
    </w:p>
    <w:p>
      <w:r>
        <w:rPr>
          <w:b w:val="0"/>
          <w:sz w:val="20"/>
        </w:rPr>
        <w:t>El COMPRADOR se obliga a respetar los linderos y medidas del terreno según la descripción proporcionada y a realizar los trámites necesarios para regularizar la situación jurídica del terreno, si así lo desea.</w:t>
      </w:r>
    </w:p>
    <w:p/>
    <w:p>
      <w:r>
        <w:rPr>
          <w:b/>
          <w:sz w:val="20"/>
        </w:rPr>
        <w:t>SÉPTIMA. CESIÓN DE DERECHOS</w:t>
      </w:r>
    </w:p>
    <w:p>
      <w:r>
        <w:rPr>
          <w:b w:val="0"/>
          <w:sz w:val="20"/>
        </w:rPr>
        <w:t>El VENDEDOR cede al COMPRADOR todos los derechos, acciones y posesión que le corresponden sobre el terreno objeto de este contrato, para que el COMPRADOR lo disfrute, use y disponga de él en la forma que estime conveniente.</w:t>
      </w:r>
    </w:p>
    <w:p/>
    <w:p>
      <w:r>
        <w:rPr>
          <w:b/>
          <w:sz w:val="20"/>
        </w:rPr>
        <w:t>OCTAVA. JURISDICCIÓN</w:t>
      </w:r>
    </w:p>
    <w:p>
      <w:r>
        <w:rPr>
          <w:b w:val="0"/>
          <w:sz w:val="20"/>
        </w:rPr>
        <w:t>Para la resolución de cualquier controversia derivada del presente contrato, las partes se someten a las leyes y tribunales competentes de ______________________________.</w:t>
      </w:r>
    </w:p>
    <w:p/>
    <w:p>
      <w:r>
        <w:rPr>
          <w:b/>
          <w:sz w:val="20"/>
        </w:rPr>
        <w:t>NOVENA. TOTALIDAD DEL CONTRATO</w:t>
      </w:r>
    </w:p>
    <w:p>
      <w:r>
        <w:rPr>
          <w:b w:val="0"/>
          <w:sz w:val="20"/>
        </w:rPr>
        <w:t>El presente contrato constituye la totalidad de los acuerdos entre las partes, dejando sin efecto cualquier otro acuerdo verbal o escrito celebrado con anterioridad.</w:t>
      </w:r>
    </w:p>
    <w:p/>
    <w:p>
      <w:r>
        <w:rPr>
          <w:b/>
          <w:sz w:val="20"/>
        </w:rPr>
        <w:t>DÉCIMA. FIRMAS</w:t>
      </w:r>
    </w:p>
    <w:p>
      <w:r>
        <w:rPr>
          <w:b w:val="0"/>
          <w:sz w:val="20"/>
        </w:rPr>
        <w:t>Leído que fue el presente contrato y enteradas las partes de su contenido y alcance legal, lo firman por duplicado y a un solo efecto.</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VENDEDOR</w:t>
            </w:r>
          </w:p>
        </w:tc>
        <w:tc>
          <w:tcPr>
            <w:tcW w:type="dxa" w:w="4986"/>
          </w:tcPr>
          <w:p>
            <w:pPr>
              <w:jc w:val="center"/>
            </w:pPr>
            <w:r>
              <w:rPr>
                <w:b/>
              </w:rPr>
              <w:t>EL COMPRADOR</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https://experto-contratos.com/contrato-de-compraventa-de-terreno-sin-escritura/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de-compraventa-de-terreno-sin-escritura/"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