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CONTRATO DE DONACIÓN DE DINERO</w:t>
      </w:r>
    </w:p>
    <w:p/>
    <w:p/>
    <w:p>
      <w:r>
        <w:rPr>
          <w:b/>
          <w:sz w:val="24"/>
        </w:rPr>
        <w:t>REUNIDOS</w:t>
      </w:r>
    </w:p>
    <w:p>
      <w:r>
        <w:rPr>
          <w:b w:val="0"/>
          <w:sz w:val="20"/>
        </w:rPr>
        <w:t>De una parte, DONANTE:</w:t>
      </w:r>
    </w:p>
    <w:p>
      <w:r>
        <w:rPr>
          <w:b w:val="0"/>
          <w:sz w:val="20"/>
        </w:rPr>
        <w:t>Nombre y apellidos: _____________________________________________</w:t>
      </w:r>
    </w:p>
    <w:p>
      <w:r>
        <w:rPr>
          <w:b w:val="0"/>
          <w:sz w:val="20"/>
        </w:rPr>
        <w:t>DNI/NIE: ___________________________</w:t>
      </w:r>
    </w:p>
    <w:p>
      <w:r>
        <w:rPr>
          <w:b w:val="0"/>
          <w:sz w:val="20"/>
        </w:rPr>
        <w:t>Domicilio: ______________________________________________________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>Y de otra parte, DONATARIO:</w:t>
      </w:r>
    </w:p>
    <w:p>
      <w:r>
        <w:rPr>
          <w:b w:val="0"/>
          <w:sz w:val="20"/>
        </w:rPr>
        <w:t>Nombre y apellidos: _____________________________________________</w:t>
      </w:r>
    </w:p>
    <w:p>
      <w:r>
        <w:rPr>
          <w:b w:val="0"/>
          <w:sz w:val="20"/>
        </w:rPr>
        <w:t>DNI/NIE: ___________________________</w:t>
      </w:r>
    </w:p>
    <w:p>
      <w:r>
        <w:rPr>
          <w:b w:val="0"/>
          <w:sz w:val="20"/>
        </w:rPr>
        <w:t>Domicilio: ______________________________________________________</w:t>
      </w:r>
    </w:p>
    <w:p/>
    <w:p>
      <w:r>
        <w:rPr>
          <w:b w:val="0"/>
          <w:sz w:val="20"/>
        </w:rPr>
        <w:t>Ambas partes se reconocen, mutuamente y recíprocamente, la capacidad legal necesaria para formalizar el presente Contrato de Donación, y a tal efecto,</w:t>
      </w:r>
    </w:p>
    <w:p/>
    <w:p>
      <w:r>
        <w:rPr>
          <w:b/>
          <w:sz w:val="24"/>
        </w:rPr>
        <w:t>EXPONEN</w:t>
      </w:r>
    </w:p>
    <w:p>
      <w:r>
        <w:rPr>
          <w:b w:val="0"/>
          <w:sz w:val="20"/>
        </w:rPr>
        <w:t>I. Que el DONANTE es titular, libre de cargas y gravámenes, de la cantidad de dinero objeto de la presente donación, y tiene interés en donar dicha cantidad al DONATARIO.</w:t>
      </w:r>
    </w:p>
    <w:p>
      <w:r>
        <w:rPr>
          <w:b w:val="0"/>
          <w:sz w:val="20"/>
        </w:rPr>
        <w:t>II. Que el DONATARIO acepta la donación en los términos y condiciones que a continuación se expresan.</w:t>
      </w:r>
    </w:p>
    <w:p/>
    <w:p>
      <w:r>
        <w:rPr>
          <w:b w:val="0"/>
          <w:sz w:val="20"/>
        </w:rPr>
        <w:t>Por todo ello, ambas partes acuerdan otorgar el presente CONTRATO DE DONACIÓN DE DINERO, que se regirá por las siguientes:</w:t>
      </w:r>
    </w:p>
    <w:p/>
    <w:p>
      <w:r>
        <w:rPr>
          <w:b/>
          <w:sz w:val="20"/>
        </w:rPr>
        <w:t>PRIMERA.- OBJETO DE LA DONACIÓN</w:t>
      </w:r>
    </w:p>
    <w:p>
      <w:r>
        <w:rPr>
          <w:b w:val="0"/>
          <w:sz w:val="20"/>
        </w:rPr>
        <w:t>El DONANTE realiza, de manera gratuita y libre de toda carga, la donación a favor del DONATARIO de la cantidad de ____________ euros (__________ €), que el DONATARIO acepta expresamente en este acto.</w:t>
      </w:r>
    </w:p>
    <w:p/>
    <w:p>
      <w:r>
        <w:rPr>
          <w:b/>
          <w:sz w:val="20"/>
        </w:rPr>
        <w:t>SEGUNDA.- ENTREGA Y RECEPCIÓN DEL DINERO</w:t>
      </w:r>
    </w:p>
    <w:p>
      <w:r>
        <w:rPr>
          <w:b w:val="0"/>
          <w:sz w:val="20"/>
        </w:rPr>
        <w:t>La entrega de la cantidad donada se realiza en este acto, ya sea en efectivo, mediante transferencia bancaria o cualquier otro medio de pago aceptado entre las partes. El DONATARIO declara recibir dicha cantidad a su entera satisfacción.</w:t>
      </w:r>
    </w:p>
    <w:p/>
    <w:p>
      <w:r>
        <w:rPr>
          <w:b/>
          <w:sz w:val="20"/>
        </w:rPr>
        <w:t>TERCERA.- GRATUIDAD Y AUSENCIA DE CONTRAPRESTACIÓN</w:t>
      </w:r>
    </w:p>
    <w:p>
      <w:r>
        <w:rPr>
          <w:b w:val="0"/>
          <w:sz w:val="20"/>
        </w:rPr>
        <w:t>La presente donación se realiza de forma totalmente gratuita, sin que exista contraprestación alguna a favor del DONANTE ni obligación de devolución por parte del DONATARIO.</w:t>
      </w:r>
    </w:p>
    <w:p/>
    <w:p>
      <w:r>
        <w:rPr>
          <w:b/>
          <w:sz w:val="20"/>
        </w:rPr>
        <w:t>CUARTA.- MANIFESTACIONES Y GARANTÍAS</w:t>
      </w:r>
    </w:p>
    <w:p>
      <w:r>
        <w:rPr>
          <w:b w:val="0"/>
          <w:sz w:val="20"/>
        </w:rPr>
        <w:t>El DONANTE declara que la cantidad donada le pertenece en pleno dominio, que se encuentra libre de cargas, gravámenes o limitaciones de cualquier clase, y que no existe ninguna reclamación de tercero sobre la misma.</w:t>
      </w:r>
    </w:p>
    <w:p/>
    <w:p>
      <w:r>
        <w:rPr>
          <w:b/>
          <w:sz w:val="20"/>
        </w:rPr>
        <w:t>QUINTA.- GASTOS E IMPUESTOS</w:t>
      </w:r>
    </w:p>
    <w:p>
      <w:r>
        <w:rPr>
          <w:b w:val="0"/>
          <w:sz w:val="20"/>
        </w:rPr>
        <w:t>Todos los gastos, tributos e impuestos que pudieran derivarse de la presente donación serán a cargo del DONATARIO, salvo pacto expreso en contrario.</w:t>
      </w:r>
    </w:p>
    <w:p/>
    <w:p>
      <w:r>
        <w:rPr>
          <w:b/>
          <w:sz w:val="20"/>
        </w:rPr>
        <w:t>SEXTA.- IRREVOCABILIDAD</w:t>
      </w:r>
    </w:p>
    <w:p>
      <w:r>
        <w:rPr>
          <w:b w:val="0"/>
          <w:sz w:val="20"/>
        </w:rPr>
        <w:t>La donación aquí formalizada se realiza con carácter irrevocable, salvo los supuestos legalmente previstos.</w:t>
      </w:r>
    </w:p>
    <w:p/>
    <w:p>
      <w:r>
        <w:rPr>
          <w:b/>
          <w:sz w:val="20"/>
        </w:rPr>
        <w:t>SÉPTIMA.- LEGISLACIÓN Y JURISDICCIÓN</w:t>
      </w:r>
    </w:p>
    <w:p>
      <w:r>
        <w:rPr>
          <w:b w:val="0"/>
          <w:sz w:val="20"/>
        </w:rPr>
        <w:t>El presente contrato se regirá por las normas del Código Civil y demás disposiciones aplicables en materia de donaciones. Para la resolución de cualquier controversia, ambas partes se someten a los Juzgados y Tribunales que correspondan.</w:t>
      </w:r>
    </w:p>
    <w:p/>
    <w:p>
      <w:r>
        <w:rPr>
          <w:b w:val="0"/>
          <w:sz w:val="20"/>
        </w:rPr>
        <w:t>Y para que así conste, firman el presente contrato de donación de dinero, por duplicado y a un solo efecto, en el lugar y fecha indicados al inicio.</w:t>
      </w:r>
    </w:p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EL DONANTE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EL DONATARIO</w:t>
            </w:r>
          </w:p>
        </w:tc>
      </w:tr>
    </w:tbl>
    <w:p/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t>Fdo.: _________________________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t>Fdo.: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https://experto-contratos.com/contrato-de-donacion-de-dinero/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https://experto-contratos.com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experto-contratos.com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contratos.com/contrato-de-donacion-de-dinero/" TargetMode="External"/><Relationship Id="rId10" Type="http://schemas.openxmlformats.org/officeDocument/2006/relationships/hyperlink" Target="https://experto-contrat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