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FOTOGRAFÍA PARA EVENTOS</w:t>
      </w:r>
    </w:p>
    <w:p/>
    <w:p>
      <w:r>
        <w:rPr>
          <w:b/>
          <w:sz w:val="24"/>
        </w:rPr>
        <w:t>REUNIDOS</w:t>
      </w:r>
    </w:p>
    <w:p>
      <w:r>
        <w:rPr>
          <w:b/>
          <w:sz w:val="20"/>
        </w:rPr>
        <w:t>DE UNA PARTE, EL CLIENTE:</w:t>
      </w:r>
    </w:p>
    <w:p>
      <w:r>
        <w:rPr>
          <w:b w:val="0"/>
          <w:sz w:val="20"/>
        </w:rPr>
        <w:t>Nombre completo: 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________________________   Email: _____________________</w:t>
      </w:r>
    </w:p>
    <w:p/>
    <w:p>
      <w:r>
        <w:rPr>
          <w:b/>
          <w:sz w:val="20"/>
        </w:rPr>
        <w:t>Y DE OTRA PARTE, EL FOTÓGRAFO:</w:t>
      </w:r>
    </w:p>
    <w:p>
      <w:r>
        <w:rPr>
          <w:b w:val="0"/>
          <w:sz w:val="20"/>
        </w:rPr>
        <w:t>Nombre completo / Nombre comercial: 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________________________   Email: _____________________</w:t>
      </w:r>
    </w:p>
    <w:p/>
    <w:p>
      <w:r>
        <w:rPr>
          <w:b w:val="0"/>
          <w:sz w:val="20"/>
        </w:rPr>
        <w:t>Ambas partes, en adelante denominadas 'el Cliente' y 'el Fotógrafo', acuerdan celebrar el presente Contrato de Fotografía para Eventos conforme a las siguientes estipulaciones: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por objeto la prestación de servicios fotográficos por parte del Fotógrafo durante el evento descrito a continuación:</w:t>
      </w:r>
    </w:p>
    <w:p>
      <w:r>
        <w:rPr>
          <w:b w:val="0"/>
          <w:sz w:val="20"/>
        </w:rPr>
        <w:t>Tipo de evento: ______________________________________________</w:t>
      </w:r>
    </w:p>
    <w:p>
      <w:r>
        <w:rPr>
          <w:b w:val="0"/>
          <w:sz w:val="20"/>
        </w:rPr>
        <w:t>Lugar: ______________________________________________________</w:t>
      </w:r>
    </w:p>
    <w:p>
      <w:r>
        <w:rPr>
          <w:b w:val="0"/>
          <w:sz w:val="20"/>
        </w:rPr>
        <w:t>Horario: ____________________________________________________</w:t>
      </w:r>
    </w:p>
    <w:p>
      <w:r>
        <w:rPr>
          <w:b w:val="0"/>
          <w:sz w:val="20"/>
        </w:rPr>
        <w:t>Duración estimada: ___________________________________________</w:t>
      </w:r>
    </w:p>
    <w:p/>
    <w:p>
      <w:r>
        <w:rPr>
          <w:b/>
          <w:sz w:val="20"/>
        </w:rPr>
        <w:t>SEGUNDA.- SERVICIOS INCLUIDOS</w:t>
      </w:r>
    </w:p>
    <w:p>
      <w:r>
        <w:rPr>
          <w:b w:val="0"/>
          <w:sz w:val="20"/>
        </w:rPr>
        <w:t>El Fotógrafo se compromete a realizar la cobertura fotográfica del evento, incluyendo:</w:t>
      </w:r>
    </w:p>
    <w:p>
      <w:r>
        <w:rPr>
          <w:b w:val="0"/>
          <w:sz w:val="20"/>
        </w:rPr>
        <w:t>- Toma de fotografías durante el evento.</w:t>
      </w:r>
    </w:p>
    <w:p>
      <w:r>
        <w:rPr>
          <w:b w:val="0"/>
          <w:sz w:val="20"/>
        </w:rPr>
        <w:t>- Edición y selección de imágenes.</w:t>
      </w:r>
    </w:p>
    <w:p>
      <w:r>
        <w:rPr>
          <w:b w:val="0"/>
          <w:sz w:val="20"/>
        </w:rPr>
        <w:t>- Entrega de las fotografías en formato digital y/o impreso según lo acordado.</w:t>
      </w:r>
    </w:p>
    <w:p/>
    <w:p>
      <w:r>
        <w:rPr>
          <w:b/>
          <w:sz w:val="20"/>
        </w:rPr>
        <w:t>TERCERA.- HONORARIOS Y FORMA DE PAGO</w:t>
      </w:r>
    </w:p>
    <w:p>
      <w:r>
        <w:rPr>
          <w:b w:val="0"/>
          <w:sz w:val="20"/>
        </w:rPr>
        <w:t>El Cliente abonará al Fotógrafo la cantidad de: ____________ euros.</w:t>
      </w:r>
    </w:p>
    <w:p>
      <w:r>
        <w:rPr>
          <w:b w:val="0"/>
          <w:sz w:val="20"/>
        </w:rPr>
        <w:t>Forma de pago: ______________________________________________</w:t>
      </w:r>
    </w:p>
    <w:p>
      <w:r>
        <w:rPr>
          <w:b w:val="0"/>
          <w:sz w:val="20"/>
        </w:rPr>
        <w:t>El pago se realizará en las siguientes condiciones: ___________</w:t>
      </w:r>
    </w:p>
    <w:p/>
    <w:p>
      <w:r>
        <w:rPr>
          <w:b/>
          <w:sz w:val="20"/>
        </w:rPr>
        <w:t>CUARTA.- PLAZO Y FORMA DE ENTREGA</w:t>
      </w:r>
    </w:p>
    <w:p>
      <w:r>
        <w:rPr>
          <w:b w:val="0"/>
          <w:sz w:val="20"/>
        </w:rPr>
        <w:t>El Fotógrafo entregará las fotografías finales en un plazo máximo de __________ días tras la finalización del evento.</w:t>
      </w:r>
    </w:p>
    <w:p>
      <w:r>
        <w:rPr>
          <w:b w:val="0"/>
          <w:sz w:val="20"/>
        </w:rPr>
        <w:t>Formato de entrega: __________________________________________</w:t>
      </w:r>
    </w:p>
    <w:p>
      <w:r>
        <w:rPr>
          <w:b w:val="0"/>
          <w:sz w:val="20"/>
        </w:rPr>
        <w:t>Número aproximado de fotografías a entregar: _________________</w:t>
      </w:r>
    </w:p>
    <w:p/>
    <w:p>
      <w:r>
        <w:rPr>
          <w:b/>
          <w:sz w:val="20"/>
        </w:rPr>
        <w:t>QUINTA.- DERECHOS DE AUTOR Y USO DE IMÁGENES</w:t>
      </w:r>
    </w:p>
    <w:p>
      <w:r>
        <w:rPr>
          <w:b w:val="0"/>
          <w:sz w:val="20"/>
        </w:rPr>
        <w:t>El Fotógrafo conserva los derechos de autor sobre las fotografías realizadas. El Cliente podrá utilizar las imágenes para fines personales y no comerciales, salvo pacto expreso en contrario.</w:t>
      </w:r>
    </w:p>
    <w:p>
      <w:r>
        <w:rPr>
          <w:b w:val="0"/>
          <w:sz w:val="20"/>
        </w:rPr>
        <w:t>El Cliente autoriza/desautoriza al Fotógrafo a utilizar algunas imágenes con fines promocionales, en su portfolio, página web o redes sociales.</w:t>
      </w:r>
    </w:p>
    <w:p/>
    <w:p>
      <w:r>
        <w:rPr>
          <w:b/>
          <w:sz w:val="20"/>
        </w:rPr>
        <w:t>SEXTA.- CANCELACIÓN Y DEVOLUCIÓN</w:t>
      </w:r>
    </w:p>
    <w:p>
      <w:r>
        <w:rPr>
          <w:b w:val="0"/>
          <w:sz w:val="20"/>
        </w:rPr>
        <w:t>En caso de cancelación del evento por parte del Cliente, este deberá notificarlo por escrito. Las condiciones de devolución de la cantidad abonada serán las siguientes: ____________________________.</w:t>
      </w:r>
    </w:p>
    <w:p>
      <w:r>
        <w:rPr>
          <w:b w:val="0"/>
          <w:sz w:val="20"/>
        </w:rPr>
        <w:t>Si la cancelación se produce por causa imputable al Fotógrafo, este reintegrará cualquier cantidad recibida por adelantado.</w:t>
      </w:r>
    </w:p>
    <w:p/>
    <w:p>
      <w:r>
        <w:rPr>
          <w:b/>
          <w:sz w:val="20"/>
        </w:rPr>
        <w:t>SÉPTIMA.- RESPONSABILIDAD</w:t>
      </w:r>
    </w:p>
    <w:p>
      <w:r>
        <w:rPr>
          <w:b w:val="0"/>
          <w:sz w:val="20"/>
        </w:rPr>
        <w:t>El Fotógrafo realizará sus servicios con la máxima diligencia y profesionalidad. No será responsable de incidencias ajenas a su actuación que impidan la correcta realización del trabajo (condiciones meteorológicas adversas, restricciones de acceso, etc.).</w:t>
      </w:r>
    </w:p>
    <w:p/>
    <w:p>
      <w:r>
        <w:rPr>
          <w:b/>
          <w:sz w:val="20"/>
        </w:rPr>
        <w:t>OCTAVA.- CONFIDENCIALIDAD Y PROTECCIÓN DE DATOS</w:t>
      </w:r>
    </w:p>
    <w:p>
      <w:r>
        <w:rPr>
          <w:b w:val="0"/>
          <w:sz w:val="20"/>
        </w:rPr>
        <w:t>Ambas partes se comprometen a mantener la confidencialidad sobre la información y datos personales a los que tengan acceso con motivo del presente contrato y a cumplir la normativa vigente en materia de protección de datos.</w:t>
      </w:r>
    </w:p>
    <w:p/>
    <w:p>
      <w:r>
        <w:rPr>
          <w:b/>
          <w:sz w:val="20"/>
        </w:rPr>
        <w:t>NOVENA.- MODIFICACIONES</w:t>
      </w:r>
    </w:p>
    <w:p>
      <w:r>
        <w:rPr>
          <w:b w:val="0"/>
          <w:sz w:val="20"/>
        </w:rPr>
        <w:t>Cualquier modificación del presente contrato deberá realizarse por escrito y estar firmada por ambas partes.</w:t>
      </w:r>
    </w:p>
    <w:p/>
    <w:p>
      <w:r>
        <w:rPr>
          <w:b/>
          <w:sz w:val="20"/>
        </w:rPr>
        <w:t>DÉCIMA.- LEY APLICABLE Y JURISDICCIÓN</w:t>
      </w:r>
    </w:p>
    <w:p>
      <w:r>
        <w:rPr>
          <w:b w:val="0"/>
          <w:sz w:val="20"/>
        </w:rPr>
        <w:t>El presente contrato se regirá e interpretará conforme a la legislación española. Para la resolución de cualquier conflicto, las partes se someten a los Juzgados y Tribunales de ____________________.</w:t>
      </w:r>
    </w:p>
    <w:p/>
    <w:p>
      <w:r>
        <w:rPr>
          <w:b w:val="0"/>
          <w:sz w:val="20"/>
        </w:rPr>
        <w:t>Y en prueba de conformidad, firman el presente contrato por duplicado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CLIENTE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FOTÓGRAFO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https://experto-contratos.com/contrato-de-fotografia-para-eventos/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fotografia-para-evento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