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CONTRATO DE SERVICIO DE LIMPIEZA POR HORAS</w:t>
      </w:r>
    </w:p>
    <w:p/>
    <w:p>
      <w:r>
        <w:rPr>
          <w:b/>
          <w:sz w:val="24"/>
        </w:rPr>
        <w:t>REUNIDOS</w:t>
      </w:r>
    </w:p>
    <w:p>
      <w:r>
        <w:rPr>
          <w:b w:val="0"/>
          <w:sz w:val="20"/>
        </w:rPr>
        <w:t>De una parte, el/la Cliente:</w:t>
      </w:r>
    </w:p>
    <w:p>
      <w:r>
        <w:rPr>
          <w:b w:val="0"/>
          <w:sz w:val="20"/>
        </w:rPr>
        <w:t>Nombre y apellidos: ___________________________________________</w:t>
      </w:r>
    </w:p>
    <w:p>
      <w:r>
        <w:rPr>
          <w:b w:val="0"/>
          <w:sz w:val="20"/>
        </w:rPr>
        <w:t>DNI/NIE/Pasaporte: ____________________________________________</w:t>
      </w:r>
    </w:p>
    <w:p>
      <w:r>
        <w:rPr>
          <w:b w:val="0"/>
          <w:sz w:val="20"/>
        </w:rPr>
        <w:t>Domicilio: ____________________________________________________</w:t>
      </w:r>
    </w:p>
    <w:p>
      <w:r>
        <w:rPr>
          <w:b w:val="0"/>
          <w:sz w:val="20"/>
        </w:rPr>
        <w:t>Teléfono: ____________________   Email: _______________________</w:t>
      </w:r>
    </w:p>
    <w:p/>
    <w:p>
      <w:r>
        <w:rPr>
          <w:b w:val="0"/>
          <w:sz w:val="20"/>
        </w:rPr>
        <w:t>Y de la otra parte, el/la Trabajador/a de Limpieza:</w:t>
      </w:r>
    </w:p>
    <w:p>
      <w:r>
        <w:rPr>
          <w:b w:val="0"/>
          <w:sz w:val="20"/>
        </w:rPr>
        <w:t>Nombre y apellidos: ___________________________________________</w:t>
      </w:r>
    </w:p>
    <w:p>
      <w:r>
        <w:rPr>
          <w:b w:val="0"/>
          <w:sz w:val="20"/>
        </w:rPr>
        <w:t>DNI/NIE/Pasaporte: ____________________________________________</w:t>
      </w:r>
    </w:p>
    <w:p>
      <w:r>
        <w:rPr>
          <w:b w:val="0"/>
          <w:sz w:val="20"/>
        </w:rPr>
        <w:t>Domicilio: ____________________________________________________</w:t>
      </w:r>
    </w:p>
    <w:p>
      <w:r>
        <w:rPr>
          <w:b w:val="0"/>
          <w:sz w:val="20"/>
        </w:rPr>
        <w:t>Teléfono: ____________________   Email: _______________________</w:t>
      </w:r>
    </w:p>
    <w:p/>
    <w:p>
      <w:r>
        <w:rPr>
          <w:b w:val="0"/>
          <w:sz w:val="20"/>
        </w:rPr>
        <w:t>Ambas partes, en adelante denominadas 'las Partes', acuerdan celebrar el presente CONTRATO DE SERVICIO DE LIMPIEZA POR HORAS, conforme a las siguientes:</w:t>
      </w:r>
    </w:p>
    <w:p/>
    <w:p>
      <w:r>
        <w:rPr>
          <w:b/>
          <w:sz w:val="24"/>
        </w:rPr>
        <w:t>CLÁUSULAS</w:t>
      </w:r>
    </w:p>
    <w:p/>
    <w:p>
      <w:r>
        <w:rPr>
          <w:b/>
          <w:sz w:val="20"/>
        </w:rPr>
        <w:t>PRIMERA.- OBJETO DEL CONTRATO</w:t>
      </w:r>
    </w:p>
    <w:p>
      <w:r>
        <w:rPr>
          <w:b w:val="0"/>
          <w:sz w:val="20"/>
        </w:rPr>
        <w:t>El presente contrato tiene por objeto la prestación de servicios de limpieza por horas en el domicilio o local designado por el/la Cliente, que se indica a continuación:</w:t>
      </w:r>
    </w:p>
    <w:p>
      <w:r>
        <w:rPr>
          <w:b w:val="0"/>
          <w:sz w:val="20"/>
        </w:rPr>
        <w:t>Dirección: ____________________________________________________________</w:t>
      </w:r>
    </w:p>
    <w:p/>
    <w:p>
      <w:r>
        <w:rPr>
          <w:b/>
          <w:sz w:val="20"/>
        </w:rPr>
        <w:t>SEGUNDA.- DESCRIPCIÓN DEL SERVICIO</w:t>
      </w:r>
    </w:p>
    <w:p>
      <w:r>
        <w:rPr>
          <w:b w:val="0"/>
          <w:sz w:val="20"/>
        </w:rPr>
        <w:t>El/la Trabajador/a de Limpieza se compromete a realizar las tareas de limpieza, orden y mantenimiento básico que le sean encomendadas en el horario y condiciones pactadas entre las Partes.</w:t>
      </w:r>
    </w:p>
    <w:p/>
    <w:p>
      <w:r>
        <w:rPr>
          <w:b/>
          <w:sz w:val="20"/>
        </w:rPr>
        <w:t>TERCERA.- DURACIÓN Y HORARIO</w:t>
      </w:r>
    </w:p>
    <w:p>
      <w:r>
        <w:rPr>
          <w:b w:val="0"/>
          <w:sz w:val="20"/>
        </w:rPr>
        <w:t>El presente contrato tendrá una duración de: ________________________________</w:t>
      </w:r>
    </w:p>
    <w:p>
      <w:r>
        <w:rPr>
          <w:b w:val="0"/>
          <w:sz w:val="20"/>
        </w:rPr>
        <w:t>El horario de prestación de servicios será el siguiente:</w:t>
      </w:r>
    </w:p>
    <w:p>
      <w:r>
        <w:rPr>
          <w:b w:val="0"/>
          <w:sz w:val="20"/>
        </w:rPr>
        <w:t>Día(s) de la semana: _______________________________</w:t>
      </w:r>
    </w:p>
    <w:p>
      <w:r>
        <w:rPr>
          <w:b w:val="0"/>
          <w:sz w:val="20"/>
        </w:rPr>
        <w:t>Horario: _______________________________</w:t>
      </w:r>
    </w:p>
    <w:p/>
    <w:p>
      <w:r>
        <w:rPr>
          <w:b/>
          <w:sz w:val="20"/>
        </w:rPr>
        <w:t>CUARTA.- RETRIBUCIÓN</w:t>
      </w:r>
    </w:p>
    <w:p>
      <w:r>
        <w:rPr>
          <w:b w:val="0"/>
          <w:sz w:val="20"/>
        </w:rPr>
        <w:t>El/la Cliente abonará al/a la Trabajador/a de Limpieza la cantidad de ___________ euros por cada hora efectiva de trabajo realizada. El pago se efectuará de la siguiente forma: __________________________________________</w:t>
      </w:r>
    </w:p>
    <w:p/>
    <w:p>
      <w:r>
        <w:rPr>
          <w:b/>
          <w:sz w:val="20"/>
        </w:rPr>
        <w:t>QUINTA.- OBLIGACIONES DEL TRABAJADOR/A DE LIMPIEZA</w:t>
      </w:r>
    </w:p>
    <w:p>
      <w:r>
        <w:rPr>
          <w:b w:val="0"/>
          <w:sz w:val="20"/>
        </w:rPr>
        <w:t>a) Realizar sus tareas con diligencia, puntualidad y responsabilidad.</w:t>
      </w:r>
    </w:p>
    <w:p>
      <w:r>
        <w:rPr>
          <w:b w:val="0"/>
          <w:sz w:val="20"/>
        </w:rPr>
        <w:t>b) Utilizar adecuadamente los productos y herramientas facilitados para la limpieza.</w:t>
      </w:r>
    </w:p>
    <w:p>
      <w:r>
        <w:rPr>
          <w:b w:val="0"/>
          <w:sz w:val="20"/>
        </w:rPr>
        <w:t>c) Mantener la confidencialidad sobre la información y bienes del domicilio o local donde preste sus servicios.</w:t>
      </w:r>
    </w:p>
    <w:p>
      <w:r>
        <w:rPr>
          <w:b w:val="0"/>
          <w:sz w:val="20"/>
        </w:rPr>
        <w:t>d) Cumplir las instrucciones razonables del/la Cliente en relación con las tareas a realizar.</w:t>
      </w:r>
    </w:p>
    <w:p/>
    <w:p>
      <w:r>
        <w:rPr>
          <w:b/>
          <w:sz w:val="20"/>
        </w:rPr>
        <w:t>SEXTA.- OBLIGACIONES DEL CLIENTE</w:t>
      </w:r>
    </w:p>
    <w:p>
      <w:r>
        <w:rPr>
          <w:b w:val="0"/>
          <w:sz w:val="20"/>
        </w:rPr>
        <w:t>a) Facilitar al/a la Trabajador/a de Limpieza acceso al lugar de trabajo y a los útiles y productos necesarios para el desempeño de sus funciones.</w:t>
      </w:r>
    </w:p>
    <w:p>
      <w:r>
        <w:rPr>
          <w:b w:val="0"/>
          <w:sz w:val="20"/>
        </w:rPr>
        <w:t>b) Abonar puntualmente la retribución convenida.</w:t>
      </w:r>
    </w:p>
    <w:p>
      <w:r>
        <w:rPr>
          <w:b w:val="0"/>
          <w:sz w:val="20"/>
        </w:rPr>
        <w:t>c) Tratar al/a la Trabajador/a de Limpieza con respeto y dignidad.</w:t>
      </w:r>
    </w:p>
    <w:p/>
    <w:p>
      <w:r>
        <w:rPr>
          <w:b/>
          <w:sz w:val="20"/>
        </w:rPr>
        <w:t>SÉPTIMA.- SUSTITUCIÓN Y AUSENCIAS</w:t>
      </w:r>
    </w:p>
    <w:p>
      <w:r>
        <w:rPr>
          <w:b w:val="0"/>
          <w:sz w:val="20"/>
        </w:rPr>
        <w:t>En caso de que el/la Trabajador/a de Limpieza no pueda acudir al trabajo por causa justificada, lo comunicará con la máxima antelación posible al/a la Cliente, pudiendo ambas partes pactar la recuperación de las horas o su sustitución por otra persona, si así lo acuerdan.</w:t>
      </w:r>
    </w:p>
    <w:p/>
    <w:p>
      <w:r>
        <w:rPr>
          <w:b/>
          <w:sz w:val="20"/>
        </w:rPr>
        <w:t>OCTAVA.- PREVENCIÓN DE RIESGOS LABORALES</w:t>
      </w:r>
    </w:p>
    <w:p>
      <w:r>
        <w:rPr>
          <w:b w:val="0"/>
          <w:sz w:val="20"/>
        </w:rPr>
        <w:t>El/la Trabajador/a de Limpieza se compromete a observar las normas básicas de seguridad y salud en el trabajo, informando al/a la Cliente de cualquier situación de riesgo que detecte en el lugar de trabajo.</w:t>
      </w:r>
    </w:p>
    <w:p/>
    <w:p>
      <w:r>
        <w:rPr>
          <w:b/>
          <w:sz w:val="20"/>
        </w:rPr>
        <w:t>NOVENA.- CONFIDENCIALIDAD</w:t>
      </w:r>
    </w:p>
    <w:p>
      <w:r>
        <w:rPr>
          <w:b w:val="0"/>
          <w:sz w:val="20"/>
        </w:rPr>
        <w:t>El/la Trabajador/a de Limpieza mantendrá absoluta confidencialidad sobre toda la información y bienes personales del/la Cliente a los que tenga acceso durante la prestación del servicio.</w:t>
      </w:r>
    </w:p>
    <w:p/>
    <w:p>
      <w:r>
        <w:rPr>
          <w:b/>
          <w:sz w:val="20"/>
        </w:rPr>
        <w:t>DÉCIMA.- EXTINCIÓN DEL CONTRATO</w:t>
      </w:r>
    </w:p>
    <w:p>
      <w:r>
        <w:rPr>
          <w:b w:val="0"/>
          <w:sz w:val="20"/>
        </w:rPr>
        <w:t>El presente contrato podrá extinguirse por mutuo acuerdo de las partes, por incumplimiento grave de las obligaciones aquí establecidas, o por denuncia de cualquiera de las partes comunicada con al menos 7 días de antelación.</w:t>
      </w:r>
    </w:p>
    <w:p/>
    <w:p>
      <w:r>
        <w:rPr>
          <w:b/>
          <w:sz w:val="20"/>
        </w:rPr>
        <w:t>UNDÉCIMA.- LEGISLACIÓN APLICABLE Y JURISDICCIÓN</w:t>
      </w:r>
    </w:p>
    <w:p>
      <w:r>
        <w:rPr>
          <w:b w:val="0"/>
          <w:sz w:val="20"/>
        </w:rPr>
        <w:t>Para todo lo no previsto en el presente contrato, las partes se someten a la legislación española vigente. En caso de conflicto, las partes se someten a los Juzgados y Tribunales de la localidad del lugar de prestación del servicio.</w:t>
      </w:r>
    </w:p>
    <w:p/>
    <w:p>
      <w:r>
        <w:rPr>
          <w:b w:val="0"/>
          <w:sz w:val="20"/>
        </w:rPr>
        <w:t>Leído el presente contrato, ambas partes lo firman por duplicado y a un solo efecto, en el lugar y fecha que corresponda.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EL/LA CLIENTE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EL/LA TRABAJADOR/A DE LIMPIEZA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https://experto-contratos.com/contrato-de-limpieza-por-horas/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https://experto-contratos.com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experto-contratos.com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ontratos.com/contrato-de-limpieza-por-horas/" TargetMode="External"/><Relationship Id="rId10" Type="http://schemas.openxmlformats.org/officeDocument/2006/relationships/hyperlink" Target="https://experto-contra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