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PAGO POR CUENTA DE TERCEROS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PAGADOR: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NIF/CIF: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Y DE OTRA PARTE, EL BENEFICIARIO: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NIF/CIF: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Ambas partes se reconocen con capacidad legal suficiente para celebrar el presente contrato de pago por cuenta de terceros y, a tal efecto, EXPONEN: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PAGADOR y el BENEFICIARIO mantienen relaciones comerciales o contractuales que motivan la realización de pagos en nombre y por cuenta de un tercero.</w:t>
      </w:r>
    </w:p>
    <w:p>
      <w:r>
        <w:rPr>
          <w:b w:val="0"/>
          <w:sz w:val="20"/>
        </w:rPr>
        <w:t>II. Que las partes desean regular las condiciones bajo las cuales el PAGADOR efectuará determinados pagos en nombre y por cuenta del tercero identificado en este contrato.</w:t>
      </w:r>
    </w:p>
    <w:p>
      <w:r>
        <w:rPr>
          <w:b w:val="0"/>
          <w:sz w:val="20"/>
        </w:rPr>
        <w:t>III. Que el tercero en cuyo nombre se realiza el pago es: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NIF/CIF: 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/>
    <w:p>
      <w:r>
        <w:rPr>
          <w:b/>
          <w:sz w:val="24"/>
        </w:rPr>
        <w:t>ACUERDAN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establecer las condiciones bajo las cuales el PAGADOR realizará pagos en nombre y por cuenta del TERCERO, a favor del BENEFICIARIO, en virtud de las relaciones existentes entre las partes y el tercero involucrado.</w:t>
      </w:r>
    </w:p>
    <w:p/>
    <w:p>
      <w:r>
        <w:rPr>
          <w:b/>
          <w:sz w:val="20"/>
        </w:rPr>
        <w:t>SEGUNDA.- IMPORTE Y CONCEPTO DEL PAGO</w:t>
      </w:r>
    </w:p>
    <w:p>
      <w:r>
        <w:rPr>
          <w:b w:val="0"/>
          <w:sz w:val="20"/>
        </w:rPr>
        <w:t>El PAGADOR se compromete a abonar al BENEFICIARIO la cantidad de ___________________________ euros (€______________), en concepto de ________________________________, por cuenta del TERCERO.</w:t>
      </w:r>
    </w:p>
    <w:p/>
    <w:p>
      <w:r>
        <w:rPr>
          <w:b/>
          <w:sz w:val="20"/>
        </w:rPr>
        <w:t>TERCERA.- FORMA DE PAGO</w:t>
      </w:r>
    </w:p>
    <w:p>
      <w:r>
        <w:rPr>
          <w:b w:val="0"/>
          <w:sz w:val="20"/>
        </w:rPr>
        <w:t>El pago se realizará mediante ____________________________ (transferencia bancaria/cheque/efectivo), a la siguiente cuenta bancaria o medio habilitado por el BENEFICIARIO:</w:t>
      </w:r>
    </w:p>
    <w:p>
      <w:r>
        <w:rPr>
          <w:b w:val="0"/>
          <w:sz w:val="20"/>
        </w:rPr>
        <w:t>Entidad: ___________________________</w:t>
      </w:r>
    </w:p>
    <w:p>
      <w:r>
        <w:rPr>
          <w:b w:val="0"/>
          <w:sz w:val="20"/>
        </w:rPr>
        <w:t>IBAN: _____________________________</w:t>
      </w:r>
    </w:p>
    <w:p>
      <w:r>
        <w:rPr>
          <w:b w:val="0"/>
          <w:sz w:val="20"/>
        </w:rPr>
        <w:t>Titular de la cuenta: ______________</w:t>
      </w:r>
    </w:p>
    <w:p/>
    <w:p>
      <w:r>
        <w:rPr>
          <w:b/>
          <w:sz w:val="20"/>
        </w:rPr>
        <w:t>CUARTA.- EFECTOS DEL PAGO</w:t>
      </w:r>
    </w:p>
    <w:p>
      <w:r>
        <w:rPr>
          <w:b w:val="0"/>
          <w:sz w:val="20"/>
        </w:rPr>
        <w:t>El pago realizado por el PAGADOR en virtud de este contrato surtirá plenos efectos liberatorios para el TERCERO frente al BENEFICIARIO, en la medida del importe abonado.</w:t>
      </w:r>
    </w:p>
    <w:p>
      <w:r>
        <w:rPr>
          <w:b w:val="0"/>
          <w:sz w:val="20"/>
        </w:rPr>
        <w:t>El BENEFICIARIO reconoce y acepta que, una vez recibido el pago, no podrá reclamar al TERCERO por la cuantía abonada por el PAGADOR.</w:t>
      </w:r>
    </w:p>
    <w:p/>
    <w:p>
      <w:r>
        <w:rPr>
          <w:b/>
          <w:sz w:val="20"/>
        </w:rPr>
        <w:t>QUINTA.- RELACIONES ENTRE LAS PARTES</w:t>
      </w:r>
    </w:p>
    <w:p>
      <w:r>
        <w:rPr>
          <w:b w:val="0"/>
          <w:sz w:val="20"/>
        </w:rPr>
        <w:t>El presente contrato no implica relación laboral, mercantil, sociedad o asociación alguna entre PAGADOR y BENEFICIARIO, siendo cada una de las partes responsable exclusivamente de sus obligaciones legales y fiscales.</w:t>
      </w:r>
    </w:p>
    <w:p/>
    <w:p>
      <w:r>
        <w:rPr>
          <w:b/>
          <w:sz w:val="20"/>
        </w:rPr>
        <w:t>SEXTA.- RESPONSABILIDADES Y MANIFESTACIONES</w:t>
      </w:r>
    </w:p>
    <w:p>
      <w:r>
        <w:rPr>
          <w:b w:val="0"/>
          <w:sz w:val="20"/>
        </w:rPr>
        <w:t>El PAGADOR declara contar con la autorización expresa del TERCERO para efectuar el pago aquí descrito. El BENEFICIARIO acepta el pago en tales condiciones y se obliga a emitir y remitir al TERCERO los recibos, facturas o documentos justificativos correspondientes.</w:t>
      </w:r>
    </w:p>
    <w:p/>
    <w:p>
      <w:r>
        <w:rPr>
          <w:b/>
          <w:sz w:val="20"/>
        </w:rPr>
        <w:t>SÉPTIMA.- PROTECCIÓN DE DATOS</w:t>
      </w:r>
    </w:p>
    <w:p>
      <w:r>
        <w:rPr>
          <w:b w:val="0"/>
          <w:sz w:val="20"/>
        </w:rPr>
        <w:t>Ambas partes se comprometen a tratar los datos personales a los que tengan acceso en virtud de este contrato conforme a la normativa vigente en materia de protección de datos.</w:t>
      </w:r>
    </w:p>
    <w:p/>
    <w:p>
      <w:r>
        <w:rPr>
          <w:b/>
          <w:sz w:val="20"/>
        </w:rPr>
        <w:t>OCTAVA.- DURACIÓN Y TERMINACIÓN</w:t>
      </w:r>
    </w:p>
    <w:p>
      <w:r>
        <w:rPr>
          <w:b w:val="0"/>
          <w:sz w:val="20"/>
        </w:rPr>
        <w:t>El presente contrato tendrá vigencia desde la fecha de su firma hasta la completa realización del pago objeto del contrato. Podrá resolverse anticipadamente por acuerdo entre las partes o por incumplimiento grave de las obligaciones asumidas.</w:t>
      </w:r>
    </w:p>
    <w:p/>
    <w:p>
      <w:r>
        <w:rPr>
          <w:b/>
          <w:sz w:val="20"/>
        </w:rPr>
        <w:t>NOVENA.- JURISDICCIÓN</w:t>
      </w:r>
    </w:p>
    <w:p>
      <w:r>
        <w:rPr>
          <w:b w:val="0"/>
          <w:sz w:val="20"/>
        </w:rPr>
        <w:t>Para la resolución de cualquier controversia derivada de este contrato, las partes se someten a la jurisdicción de los Juzgados y Tribunales de ________________________________, renunciando a cualquier otro fuero que pudiera corresponderles.</w:t>
      </w:r>
    </w:p>
    <w:p/>
    <w:p>
      <w:r>
        <w:rPr>
          <w:b w:val="0"/>
          <w:sz w:val="20"/>
        </w:rPr>
        <w:t>Y en prueba de conformidad, las partes firman el presente contrato de pago por cuenta de terceros en dos ejemplares y a un solo efecto, en el lugar y fecha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PAGADOR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BENEFICIARIO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https://experto-contratos.com/contrato-de-pago-por-cuenta-de-terceros/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pago-por-cuenta-de-tercer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