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RESERVA DE TRASPASO DE NEGOCIO</w:t>
      </w:r>
    </w:p>
    <w:p/>
    <w:p>
      <w:r>
        <w:rPr>
          <w:b/>
          <w:sz w:val="24"/>
        </w:rPr>
        <w:t>REUNIDOS</w:t>
      </w:r>
    </w:p>
    <w:p>
      <w:r>
        <w:rPr>
          <w:b w:val="0"/>
          <w:sz w:val="20"/>
        </w:rPr>
        <w:t xml:space="preserve">De una parte, el Cedente: </w:t>
      </w:r>
    </w:p>
    <w:p>
      <w:r>
        <w:rPr>
          <w:b w:val="0"/>
          <w:sz w:val="20"/>
        </w:rPr>
        <w:t>Nombre: _______________________________________________</w:t>
      </w:r>
    </w:p>
    <w:p>
      <w:r>
        <w:rPr>
          <w:b w:val="0"/>
          <w:sz w:val="20"/>
        </w:rPr>
        <w:t>DNI/NIF: _____________________________________________</w:t>
      </w:r>
    </w:p>
    <w:p>
      <w:r>
        <w:rPr>
          <w:b w:val="0"/>
          <w:sz w:val="20"/>
        </w:rPr>
        <w:t>Domicilio: ___________________________________________</w:t>
      </w:r>
    </w:p>
    <w:p>
      <w:r>
        <w:rPr>
          <w:b w:val="0"/>
          <w:sz w:val="20"/>
        </w:rPr>
        <w:t>Teléfono: _____________________   Email: ______________</w:t>
      </w:r>
    </w:p>
    <w:p/>
    <w:p>
      <w:r>
        <w:rPr>
          <w:b w:val="0"/>
          <w:sz w:val="20"/>
        </w:rPr>
        <w:t xml:space="preserve">Y de otra parte, el Cesionario: </w:t>
      </w:r>
    </w:p>
    <w:p>
      <w:r>
        <w:rPr>
          <w:b w:val="0"/>
          <w:sz w:val="20"/>
        </w:rPr>
        <w:t>Nombre: _______________________________________________</w:t>
      </w:r>
    </w:p>
    <w:p>
      <w:r>
        <w:rPr>
          <w:b w:val="0"/>
          <w:sz w:val="20"/>
        </w:rPr>
        <w:t>DNI/NIF: _____________________________________________</w:t>
      </w:r>
    </w:p>
    <w:p>
      <w:r>
        <w:rPr>
          <w:b w:val="0"/>
          <w:sz w:val="20"/>
        </w:rPr>
        <w:t>Domicilio: ___________________________________________</w:t>
      </w:r>
    </w:p>
    <w:p>
      <w:r>
        <w:rPr>
          <w:b w:val="0"/>
          <w:sz w:val="20"/>
        </w:rPr>
        <w:t>Teléfono: _____________________   Email: ______________</w:t>
      </w:r>
    </w:p>
    <w:p/>
    <w:p>
      <w:r>
        <w:rPr>
          <w:b w:val="0"/>
          <w:sz w:val="20"/>
        </w:rPr>
        <w:t>Ambas partes se reconocen capacidad legal suficiente para suscribir el presente Contrato de Reserva de Traspaso de Negocio y, a tal efecto, EXPONEN:</w:t>
      </w:r>
    </w:p>
    <w:p/>
    <w:p>
      <w:r>
        <w:rPr>
          <w:b w:val="0"/>
          <w:sz w:val="20"/>
        </w:rPr>
        <w:t>I. Que el Cedente es titular del negocio sito en:</w:t>
      </w:r>
    </w:p>
    <w:p>
      <w:r>
        <w:rPr>
          <w:b w:val="0"/>
          <w:sz w:val="20"/>
        </w:rPr>
        <w:t>Dirección: _____________________________________________</w:t>
      </w:r>
    </w:p>
    <w:p>
      <w:r>
        <w:rPr>
          <w:b w:val="0"/>
          <w:sz w:val="20"/>
        </w:rPr>
        <w:t>Actividad: _____________________________________________</w:t>
      </w:r>
    </w:p>
    <w:p>
      <w:r>
        <w:rPr>
          <w:b w:val="0"/>
          <w:sz w:val="20"/>
        </w:rPr>
        <w:t>Denominación comercial: ________________________________</w:t>
      </w:r>
    </w:p>
    <w:p/>
    <w:p>
      <w:r>
        <w:rPr>
          <w:b w:val="0"/>
          <w:sz w:val="20"/>
        </w:rPr>
        <w:t>II. Que el Cesionario está interesado en adquirir el traspaso del citado negocio.</w:t>
      </w:r>
    </w:p>
    <w:p/>
    <w:p>
      <w:r>
        <w:rPr>
          <w:b w:val="0"/>
          <w:sz w:val="20"/>
        </w:rPr>
        <w:t>III. Que ambas partes desean formalizar una reserva sobre el traspaso del negocio en las condiciones que se exponen a continuación.</w:t>
      </w:r>
    </w:p>
    <w:p/>
    <w:p>
      <w:r>
        <w:rPr>
          <w:b/>
          <w:sz w:val="24"/>
        </w:rPr>
        <w:t>ESTIPULACIONES</w:t>
      </w:r>
    </w:p>
    <w:p/>
    <w:p>
      <w:r>
        <w:rPr>
          <w:b/>
          <w:sz w:val="20"/>
        </w:rPr>
        <w:t>PRIMERA.- OBJETO DE LA RESERVA</w:t>
      </w:r>
    </w:p>
    <w:p>
      <w:r>
        <w:rPr>
          <w:b w:val="0"/>
          <w:sz w:val="20"/>
        </w:rPr>
        <w:t>El presente contrato tiene por objeto la reserva a favor del Cesionario del derecho a adquirir el traspaso del negocio descrito en el expositivo I, obligándose el Cedente a no cederlo ni negociar su traspaso con terceros durante el plazo de vigencia de esta reserva.</w:t>
      </w:r>
    </w:p>
    <w:p/>
    <w:p>
      <w:r>
        <w:rPr>
          <w:b/>
          <w:sz w:val="20"/>
        </w:rPr>
        <w:t>SEGUNDA.- SEÑAL O CANTIDAD ENTREGADA</w:t>
      </w:r>
    </w:p>
    <w:p>
      <w:r>
        <w:rPr>
          <w:b w:val="0"/>
          <w:sz w:val="20"/>
        </w:rPr>
        <w:t>El Cesionario entrega en este acto al Cedente la cantidad de:</w:t>
      </w:r>
    </w:p>
    <w:p>
      <w:r>
        <w:rPr>
          <w:b w:val="0"/>
          <w:sz w:val="20"/>
        </w:rPr>
        <w:t>Importe: ___________________________ €</w:t>
      </w:r>
    </w:p>
    <w:p>
      <w:r>
        <w:rPr>
          <w:b w:val="0"/>
          <w:sz w:val="20"/>
        </w:rPr>
        <w:t>en concepto de señal y garantía de su compromiso de adquirir el traspaso del negocio, cantidad que será descontada del precio total pactado en caso de formalizarse el contrato definitivo de traspaso.</w:t>
      </w:r>
    </w:p>
    <w:p/>
    <w:p>
      <w:r>
        <w:rPr>
          <w:b/>
          <w:sz w:val="20"/>
        </w:rPr>
        <w:t>TERCERA.- PRECIO DEL TRASPASO</w:t>
      </w:r>
    </w:p>
    <w:p>
      <w:r>
        <w:rPr>
          <w:b w:val="0"/>
          <w:sz w:val="20"/>
        </w:rPr>
        <w:t>El precio total convenido por el traspaso del negocio asciende a:</w:t>
      </w:r>
    </w:p>
    <w:p>
      <w:r>
        <w:rPr>
          <w:b w:val="0"/>
          <w:sz w:val="20"/>
        </w:rPr>
        <w:t>Importe: ___________________________ €</w:t>
      </w:r>
    </w:p>
    <w:p>
      <w:r>
        <w:rPr>
          <w:b w:val="0"/>
          <w:sz w:val="20"/>
        </w:rPr>
        <w:t>que será abonado en el momento de la firma del contrato definitivo de traspaso, descontando la cantidad entregada en concepto de reserva.</w:t>
      </w:r>
    </w:p>
    <w:p/>
    <w:p>
      <w:r>
        <w:rPr>
          <w:b/>
          <w:sz w:val="20"/>
        </w:rPr>
        <w:t>CUARTA.- PLAZO PARA FORMALIZACIÓN</w:t>
      </w:r>
    </w:p>
    <w:p>
      <w:r>
        <w:rPr>
          <w:b w:val="0"/>
          <w:sz w:val="20"/>
        </w:rPr>
        <w:t>Las partes acuerdan un plazo máximo de ______ días a partir de la firma del presente contrato para formalizar el contrato definitivo de traspaso. Transcurrido dicho plazo sin haberse formalizado el contrato por causas imputables al Cesionario, el Cedente podrá disponer libremente del negocio y retener la cantidad entregada en concepto de reserva. Si por el contrario la causa fuese imputable al Cedente, este devolverá al Cesionario el doble de la cantidad entregada en concepto de reserva.</w:t>
      </w:r>
    </w:p>
    <w:p/>
    <w:p>
      <w:r>
        <w:rPr>
          <w:b/>
          <w:sz w:val="20"/>
        </w:rPr>
        <w:t>QUINTA.- ESTADO DEL NEGOCIO</w:t>
      </w:r>
    </w:p>
    <w:p>
      <w:r>
        <w:rPr>
          <w:b w:val="0"/>
          <w:sz w:val="20"/>
        </w:rPr>
        <w:t>El Cesionario declara haber visitado y examinado el negocio objeto de reserva, encontrándolo conforme a sus intereses. El Cedente se compromete a mantener el negocio en las mismas condiciones durante el periodo de reserva.</w:t>
      </w:r>
    </w:p>
    <w:p/>
    <w:p>
      <w:r>
        <w:rPr>
          <w:b/>
          <w:sz w:val="20"/>
        </w:rPr>
        <w:t>SEXTA.- GASTOS E IMPUESTOS</w:t>
      </w:r>
    </w:p>
    <w:p>
      <w:r>
        <w:rPr>
          <w:b w:val="0"/>
          <w:sz w:val="20"/>
        </w:rPr>
        <w:t>Todos los gastos e impuestos derivados de la formalización del contrato de traspaso serán satisfechos conforme a lo legalmente establecido y, en su caso, según lo pacten las partes en el contrato definitivo.</w:t>
      </w:r>
    </w:p>
    <w:p/>
    <w:p>
      <w:r>
        <w:rPr>
          <w:b/>
          <w:sz w:val="20"/>
        </w:rPr>
        <w:t>SÉPTIMA.- JURISDICCIÓN</w:t>
      </w:r>
    </w:p>
    <w:p>
      <w:r>
        <w:rPr>
          <w:b w:val="0"/>
          <w:sz w:val="20"/>
        </w:rPr>
        <w:t>Para la resolución de cualquier conflicto derivado del presente contrato, las partes se someten expresamente a los Juzgados y Tribunales de ____________________, con renuncia a cualquier otro fuero que pudiera corresponderles.</w:t>
      </w:r>
    </w:p>
    <w:p/>
    <w:p>
      <w:r>
        <w:rPr>
          <w:b w:val="0"/>
          <w:sz w:val="20"/>
        </w:rPr>
        <w:t>Y en prueba de conformidad, firman el presente contrato de reserva de traspaso de negocio por duplicado y a un solo efecto, en el lugar y fecha al principio indicados.</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CEDENTE</w:t>
            </w:r>
          </w:p>
        </w:tc>
        <w:tc>
          <w:tcPr>
            <w:tcW w:type="dxa" w:w="4986"/>
          </w:tcPr>
          <w:p>
            <w:pPr>
              <w:jc w:val="center"/>
            </w:pPr>
            <w:r>
              <w:rPr>
                <w:b/>
              </w:rPr>
              <w:t>EL CESIONARIO</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https://experto-contratos.com/contrato-de-reserva-de-traspaso-de-negocio/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de-reserva-de-traspaso-de-negocio/"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