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TRABAJO INDEFINIDO</w:t>
      </w:r>
    </w:p>
    <w:p/>
    <w:p>
      <w:r>
        <w:rPr>
          <w:b/>
          <w:sz w:val="24"/>
        </w:rPr>
        <w:t>REUNIDOS</w:t>
      </w:r>
    </w:p>
    <w:p>
      <w:r>
        <w:rPr>
          <w:b w:val="0"/>
          <w:sz w:val="20"/>
        </w:rPr>
        <w:t>De una parte, la empresa:</w:t>
      </w:r>
    </w:p>
    <w:p>
      <w:r>
        <w:rPr>
          <w:b w:val="0"/>
          <w:sz w:val="20"/>
        </w:rPr>
        <w:t>Denominación Social: _____________________________________________</w:t>
      </w:r>
    </w:p>
    <w:p>
      <w:r>
        <w:rPr>
          <w:b w:val="0"/>
          <w:sz w:val="20"/>
        </w:rPr>
        <w:t>Domicilio Social: ________________________________________________</w:t>
      </w:r>
    </w:p>
    <w:p>
      <w:r>
        <w:rPr>
          <w:b w:val="0"/>
          <w:sz w:val="20"/>
        </w:rPr>
        <w:t>CIF: _____________________</w:t>
      </w:r>
    </w:p>
    <w:p>
      <w:r>
        <w:rPr>
          <w:b w:val="0"/>
          <w:sz w:val="20"/>
        </w:rPr>
        <w:t>Representada por: _____________________  Cargo: ___________________</w:t>
      </w:r>
    </w:p>
    <w:p/>
    <w:p>
      <w:r>
        <w:rPr>
          <w:b w:val="0"/>
          <w:sz w:val="20"/>
        </w:rPr>
        <w:t>Y de otra parte, el/la trabajador/a:</w:t>
      </w:r>
    </w:p>
    <w:p>
      <w:r>
        <w:rPr>
          <w:b w:val="0"/>
          <w:sz w:val="20"/>
        </w:rPr>
        <w:t>Nombre y Apellidos: _____________________________________________</w:t>
      </w:r>
    </w:p>
    <w:p>
      <w:r>
        <w:rPr>
          <w:b w:val="0"/>
          <w:sz w:val="20"/>
        </w:rPr>
        <w:t>DNI/NIE: _____________________</w:t>
      </w:r>
    </w:p>
    <w:p>
      <w:r>
        <w:rPr>
          <w:b w:val="0"/>
          <w:sz w:val="20"/>
        </w:rPr>
        <w:t>Domicilio: ______________________________________________________</w:t>
      </w:r>
    </w:p>
    <w:p>
      <w:r>
        <w:rPr>
          <w:b w:val="0"/>
          <w:sz w:val="20"/>
        </w:rPr>
        <w:t>Fecha de nacimiento: _____________________ Nacionalidad: __________</w:t>
      </w:r>
    </w:p>
    <w:p/>
    <w:p>
      <w:r>
        <w:rPr>
          <w:b w:val="0"/>
          <w:sz w:val="20"/>
        </w:rPr>
        <w:t>Ambas partes se reconocen mutuamente la capacidad legal necesaria para formalizar el presente contrato de trabajo indefinido, y a tal efecto, EXPONEN:</w:t>
      </w:r>
    </w:p>
    <w:p/>
    <w:p>
      <w:r>
        <w:rPr>
          <w:b/>
          <w:sz w:val="24"/>
        </w:rPr>
        <w:t>EXPONEN</w:t>
      </w:r>
    </w:p>
    <w:p>
      <w:r>
        <w:rPr>
          <w:b w:val="0"/>
          <w:sz w:val="20"/>
        </w:rPr>
        <w:t>I. Que la empresa precisa contratar los servicios del trabajador/a para desempeñar un puesto de trabajo de acuerdo con las condiciones que se recogen en el presente contrato.</w:t>
      </w:r>
    </w:p>
    <w:p>
      <w:r>
        <w:rPr>
          <w:b w:val="0"/>
          <w:sz w:val="20"/>
        </w:rPr>
        <w:t>II. Que el/la trabajador/a manifiesta su interés y disponibilidad para prestar sus servicios en la empresa en los términos y condiciones que se estipulan a continuación.</w:t>
      </w:r>
    </w:p>
    <w:p/>
    <w:p>
      <w:r>
        <w:rPr>
          <w:b/>
          <w:sz w:val="24"/>
        </w:rPr>
        <w:t>CLÁUSULAS</w:t>
      </w:r>
    </w:p>
    <w:p/>
    <w:p>
      <w:r>
        <w:rPr>
          <w:b/>
          <w:sz w:val="20"/>
        </w:rPr>
        <w:t>PRIMERA. Objeto del contrato</w:t>
      </w:r>
    </w:p>
    <w:p>
      <w:r>
        <w:rPr>
          <w:b w:val="0"/>
          <w:sz w:val="20"/>
        </w:rPr>
        <w:t>El presente contrato tiene por objeto la prestación de servicios laborales por parte del trabajador/a en la empresa, bajo la modalidad de contrato de trabajo por tiempo indefinido.</w:t>
      </w:r>
    </w:p>
    <w:p/>
    <w:p>
      <w:r>
        <w:rPr>
          <w:b/>
          <w:sz w:val="20"/>
        </w:rPr>
        <w:t>SEGUNDA. Puesto de trabajo y funciones</w:t>
      </w:r>
    </w:p>
    <w:p>
      <w:r>
        <w:rPr>
          <w:b w:val="0"/>
          <w:sz w:val="20"/>
        </w:rPr>
        <w:t>El/la trabajador/a desempeñará el puesto de ______________________________________________, realizando las funciones propias de dicho puesto y aquellas que le sean encomendadas por la empresa dentro del ámbito de su categoría profesional.</w:t>
      </w:r>
    </w:p>
    <w:p/>
    <w:p>
      <w:r>
        <w:rPr>
          <w:b/>
          <w:sz w:val="20"/>
        </w:rPr>
        <w:t>TERCERA. Jornada y horario</w:t>
      </w:r>
    </w:p>
    <w:p>
      <w:r>
        <w:rPr>
          <w:b w:val="0"/>
          <w:sz w:val="20"/>
        </w:rPr>
        <w:t>La jornada de trabajo será de __________ horas semanales, distribuidas de acuerdo con el horario siguiente: ________________________________________________________________.</w:t>
      </w:r>
    </w:p>
    <w:p>
      <w:r>
        <w:rPr>
          <w:b w:val="0"/>
          <w:sz w:val="20"/>
        </w:rPr>
        <w:t>El/la trabajador/a disfrutará de los descansos y festivos establecidos legalmente.</w:t>
      </w:r>
    </w:p>
    <w:p/>
    <w:p>
      <w:r>
        <w:rPr>
          <w:b/>
          <w:sz w:val="20"/>
        </w:rPr>
        <w:t>CUARTA. Remuneración</w:t>
      </w:r>
    </w:p>
    <w:p>
      <w:r>
        <w:rPr>
          <w:b w:val="0"/>
          <w:sz w:val="20"/>
        </w:rPr>
        <w:t>El/la trabajador/a percibirá una retribución bruta anual de __________________ euros, pagaderos en __________ pagas, de acuerdo con la normativa vigente y el convenio colectivo aplicable.</w:t>
      </w:r>
    </w:p>
    <w:p>
      <w:r>
        <w:rPr>
          <w:b w:val="0"/>
          <w:sz w:val="20"/>
        </w:rPr>
        <w:t>La retribución se abonará mediante transferencia bancaria a la cuenta designada por el/la trabajador/a.</w:t>
      </w:r>
    </w:p>
    <w:p/>
    <w:p>
      <w:r>
        <w:rPr>
          <w:b/>
          <w:sz w:val="20"/>
        </w:rPr>
        <w:t>QUINTA. Período de prueba</w:t>
      </w:r>
    </w:p>
    <w:p>
      <w:r>
        <w:rPr>
          <w:b w:val="0"/>
          <w:sz w:val="20"/>
        </w:rPr>
        <w:t>Se acuerda un período de prueba de __________ meses, durante el cual cualquiera de las partes podrá extinguir el contrato sin necesidad de preaviso ni indemnización.</w:t>
      </w:r>
    </w:p>
    <w:p/>
    <w:p>
      <w:r>
        <w:rPr>
          <w:b/>
          <w:sz w:val="20"/>
        </w:rPr>
        <w:t>SEXTA. Convenio colectivo</w:t>
      </w:r>
    </w:p>
    <w:p>
      <w:r>
        <w:rPr>
          <w:b w:val="0"/>
          <w:sz w:val="20"/>
        </w:rPr>
        <w:t>El presente contrato se regirá, además de por lo dispuesto en el mismo, por lo establecido en el Convenio Colectivo de ___________________________________________ y por la legislación laboral vigente.</w:t>
      </w:r>
    </w:p>
    <w:p/>
    <w:p>
      <w:r>
        <w:rPr>
          <w:b/>
          <w:sz w:val="20"/>
        </w:rPr>
        <w:t>SÉPTIMA. Vacaciones</w:t>
      </w:r>
    </w:p>
    <w:p>
      <w:r>
        <w:rPr>
          <w:b w:val="0"/>
          <w:sz w:val="20"/>
        </w:rPr>
        <w:t>El/la trabajador/a tendrá derecho a ______________ días laborables de vacaciones retribuidas por cada año completo de servicio, que se disfrutarán de común acuerdo entre ambas partes.</w:t>
      </w:r>
    </w:p>
    <w:p/>
    <w:p>
      <w:r>
        <w:rPr>
          <w:b/>
          <w:sz w:val="20"/>
        </w:rPr>
        <w:t>OCTAVA. Protección de datos</w:t>
      </w:r>
    </w:p>
    <w:p>
      <w:r>
        <w:rPr>
          <w:b w:val="0"/>
          <w:sz w:val="20"/>
        </w:rPr>
        <w:t>La empresa tratará los datos personales del/la trabajador/a conforme a la normativa vigente en materia de protección de datos de carácter personal.</w:t>
      </w:r>
    </w:p>
    <w:p/>
    <w:p>
      <w:r>
        <w:rPr>
          <w:b/>
          <w:sz w:val="20"/>
        </w:rPr>
        <w:t>NOVENA. Resolución del contrato</w:t>
      </w:r>
    </w:p>
    <w:p>
      <w:r>
        <w:rPr>
          <w:b w:val="0"/>
          <w:sz w:val="20"/>
        </w:rPr>
        <w:t>El presente contrato podrá extinguirse por las causas legalmente previstas. En caso de extinción, la parte que desee rescindirlo deberá comunicarlo a la otra parte respetando los plazos de preaviso establecidos legalmente.</w:t>
      </w:r>
    </w:p>
    <w:p/>
    <w:p>
      <w:r>
        <w:rPr>
          <w:b/>
          <w:sz w:val="20"/>
        </w:rPr>
        <w:t>DÉCIMA. Otras condiciones</w:t>
      </w:r>
    </w:p>
    <w:p>
      <w:r>
        <w:rPr>
          <w:b w:val="0"/>
          <w:sz w:val="20"/>
        </w:rPr>
        <w:t>Las partes podrán establecer, de común acuerdo, condiciones adicionales que se harán constar en este apartado: _____________________________________________________________________________________________________________________________</w:t>
      </w:r>
    </w:p>
    <w:p/>
    <w:p>
      <w:r>
        <w:rPr>
          <w:b/>
          <w:sz w:val="20"/>
        </w:rPr>
        <w:t>UNDÉCIMA. Jurisdicción</w:t>
      </w:r>
    </w:p>
    <w:p>
      <w:r>
        <w:rPr>
          <w:b w:val="0"/>
          <w:sz w:val="20"/>
        </w:rPr>
        <w:t>Para la resolución de cualquier conflicto derivado del presente contrato, ambas partes se someten a los Juzgados y Tribunales competentes de ________________________________.</w:t>
      </w:r>
    </w:p>
    <w:p/>
    <w:p>
      <w:r>
        <w:rPr>
          <w:b w:val="0"/>
          <w:sz w:val="20"/>
        </w:rPr>
        <w:t>Y en prueba de conformidad, firman el presente contrato de trabajo indefinido, por duplicado y a un solo efecto.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LA EMPRESA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EL/LA TRABAJADOR/A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https://experto-contratos.com/contrato-de-trabajo-indefinido/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contrato-de-trabajo-indefinido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