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CONTRATO DE USUFRUCTO</w:t>
      </w:r>
    </w:p>
    <w:p/>
    <w:p/>
    <w:p>
      <w:r>
        <w:rPr>
          <w:b/>
          <w:sz w:val="24"/>
        </w:rPr>
        <w:t>REUNIDOS</w:t>
      </w:r>
    </w:p>
    <w:p/>
    <w:p>
      <w:r>
        <w:rPr>
          <w:b w:val="0"/>
          <w:sz w:val="20"/>
        </w:rPr>
        <w:t>DE UNA PARTE, EL NUDO PROPIETARIO:</w:t>
      </w:r>
    </w:p>
    <w:p>
      <w:r>
        <w:rPr>
          <w:b w:val="0"/>
          <w:sz w:val="20"/>
        </w:rPr>
        <w:t>Nombre: ______________________________________</w:t>
      </w:r>
    </w:p>
    <w:p>
      <w:r>
        <w:rPr>
          <w:b w:val="0"/>
          <w:sz w:val="20"/>
        </w:rPr>
        <w:t>DNI/NIE: _____________________________________</w:t>
      </w:r>
    </w:p>
    <w:p>
      <w:r>
        <w:rPr>
          <w:b w:val="0"/>
          <w:sz w:val="20"/>
        </w:rPr>
        <w:t>Domicilio: ___________________________________</w:t>
      </w:r>
    </w:p>
    <w:p>
      <w:r>
        <w:rPr>
          <w:b w:val="0"/>
          <w:sz w:val="20"/>
        </w:rPr>
        <w:t>Teléfono: ____________________________________</w:t>
      </w:r>
    </w:p>
    <w:p>
      <w:r>
        <w:rPr>
          <w:b w:val="0"/>
          <w:sz w:val="20"/>
        </w:rPr>
        <w:t>Email: _______________________________________</w:t>
      </w:r>
    </w:p>
    <w:p/>
    <w:p>
      <w:r>
        <w:rPr>
          <w:b w:val="0"/>
          <w:sz w:val="20"/>
        </w:rPr>
        <w:t>Y DE OTRA, EL USUFRUCTUARIO:</w:t>
      </w:r>
    </w:p>
    <w:p>
      <w:r>
        <w:rPr>
          <w:b w:val="0"/>
          <w:sz w:val="20"/>
        </w:rPr>
        <w:t>Nombre: ______________________________________</w:t>
      </w:r>
    </w:p>
    <w:p>
      <w:r>
        <w:rPr>
          <w:b w:val="0"/>
          <w:sz w:val="20"/>
        </w:rPr>
        <w:t>DNI/NIE: _____________________________________</w:t>
      </w:r>
    </w:p>
    <w:p>
      <w:r>
        <w:rPr>
          <w:b w:val="0"/>
          <w:sz w:val="20"/>
        </w:rPr>
        <w:t>Domicilio: ___________________________________</w:t>
      </w:r>
    </w:p>
    <w:p>
      <w:r>
        <w:rPr>
          <w:b w:val="0"/>
          <w:sz w:val="20"/>
        </w:rPr>
        <w:t>Teléfono: ____________________________________</w:t>
      </w:r>
    </w:p>
    <w:p>
      <w:r>
        <w:rPr>
          <w:b w:val="0"/>
          <w:sz w:val="20"/>
        </w:rPr>
        <w:t>Email: _______________________________________</w:t>
      </w:r>
    </w:p>
    <w:p/>
    <w:p/>
    <w:p>
      <w:r>
        <w:rPr>
          <w:b w:val="0"/>
          <w:sz w:val="20"/>
        </w:rPr>
        <w:t>Ambas partes, en la calidad en que intervienen, se reconocen capacidad legal suficiente para la celebración de este contrato de usufructo y, a tal efecto, EXPONEN:</w:t>
      </w:r>
    </w:p>
    <w:p/>
    <w:p>
      <w:r>
        <w:rPr>
          <w:b w:val="0"/>
          <w:sz w:val="20"/>
        </w:rPr>
        <w:t>I. Que el Nudo Propietario es titular del pleno dominio, salvo el usufructo, del siguiente bien inmueble:</w:t>
      </w:r>
    </w:p>
    <w:p>
      <w:r>
        <w:rPr>
          <w:b w:val="0"/>
          <w:sz w:val="20"/>
        </w:rPr>
        <w:t>Dirección: _________________________________________________________</w:t>
      </w:r>
    </w:p>
    <w:p>
      <w:r>
        <w:rPr>
          <w:b w:val="0"/>
          <w:sz w:val="20"/>
        </w:rPr>
        <w:t>Referencia catastral: ______________________________________________</w:t>
      </w:r>
    </w:p>
    <w:p>
      <w:r>
        <w:rPr>
          <w:b w:val="0"/>
          <w:sz w:val="20"/>
        </w:rPr>
        <w:t>Descripción: _______________________________________________________</w:t>
      </w:r>
    </w:p>
    <w:p/>
    <w:p>
      <w:r>
        <w:rPr>
          <w:b w:val="0"/>
          <w:sz w:val="20"/>
        </w:rPr>
        <w:t>II. Que el Nudo Propietario desea constituir, y el Usufructuario acepta, un derecho de usufructo sobre el bien inmueble descrito en las siguientes condiciones.</w:t>
      </w:r>
    </w:p>
    <w:p/>
    <w:p/>
    <w:p>
      <w:pPr>
        <w:jc w:val="center"/>
      </w:pPr>
      <w:r>
        <w:rPr>
          <w:b w:val="0"/>
          <w:sz w:val="20"/>
        </w:rPr>
        <w:t>Por lo tanto, las partes acuerdan las siguientes</w:t>
      </w:r>
    </w:p>
    <w:p>
      <w:pPr>
        <w:jc w:val="center"/>
      </w:pPr>
      <w:r>
        <w:rPr>
          <w:b/>
          <w:sz w:val="24"/>
        </w:rPr>
        <w:t>ESTIPULACIONES</w:t>
      </w:r>
    </w:p>
    <w:p/>
    <w:p>
      <w:r>
        <w:rPr>
          <w:b/>
          <w:sz w:val="20"/>
        </w:rPr>
        <w:t>PRIMERA.- OBJETO DEL CONTRATO</w:t>
      </w:r>
    </w:p>
    <w:p>
      <w:r>
        <w:rPr>
          <w:b w:val="0"/>
          <w:sz w:val="20"/>
        </w:rPr>
        <w:t>Mediante el presente contrato, el Nudo Propietario constituye a favor del Usufructuario un derecho de usufructo sobre el inmueble descrito anteriormente, confiriéndole el uso y disfrute del mismo con arreglo a lo dispuesto en el Código Civil y demás normativa aplicable.</w:t>
      </w:r>
    </w:p>
    <w:p/>
    <w:p>
      <w:r>
        <w:rPr>
          <w:b/>
          <w:sz w:val="20"/>
        </w:rPr>
        <w:t>SEGUNDA.- DURACIÓN DEL USUFRUCTO</w:t>
      </w:r>
    </w:p>
    <w:p>
      <w:r>
        <w:rPr>
          <w:b w:val="0"/>
          <w:sz w:val="20"/>
        </w:rPr>
        <w:t>El derecho de usufructo se concede por el siguiente periodo: ____________________________. Al término del mismo, el usufructo se extinguirá de pleno derecho, recuperando el Nudo Propietario el pleno dominio del inmueble.</w:t>
      </w:r>
    </w:p>
    <w:p/>
    <w:p>
      <w:r>
        <w:rPr>
          <w:b/>
          <w:sz w:val="20"/>
        </w:rPr>
        <w:t>TERCERA.- DERECHOS DEL USUFRUCTUARIO</w:t>
      </w:r>
    </w:p>
    <w:p>
      <w:r>
        <w:rPr>
          <w:b w:val="0"/>
          <w:sz w:val="20"/>
        </w:rPr>
        <w:t>El Usufructuario tendrá derecho a utilizar y disfrutar del inmueble, así como a percibir los frutos y rentas que genere. Podrá alquilar el bien a terceros, previa comunicación por escrito al Nudo Propietario. No podrá enajenar ni gravar el usufructo sin consentimiento expreso del Nudo Propietario.</w:t>
      </w:r>
    </w:p>
    <w:p/>
    <w:p>
      <w:r>
        <w:rPr>
          <w:b/>
          <w:sz w:val="20"/>
        </w:rPr>
        <w:t>CUARTA.- OBLIGACIONES DEL USUFRUCTUARIO</w:t>
      </w:r>
    </w:p>
    <w:p>
      <w:r>
        <w:rPr>
          <w:b w:val="0"/>
          <w:sz w:val="20"/>
        </w:rPr>
        <w:t>El Usufructuario se compromete a conservar el inmueble en buen estado, realizando las reparaciones ordinarias que sean precisas. Deberá asumir los gastos de mantenimiento, suministros y contribuciones ordinarias, así como comunicar al Nudo Propietario cualquier daño o circunstancia relevante que afecte al inmueble.</w:t>
      </w:r>
    </w:p>
    <w:p/>
    <w:p>
      <w:r>
        <w:rPr>
          <w:b/>
          <w:sz w:val="20"/>
        </w:rPr>
        <w:t>QUINTA.- OBLIGACIONES DEL NUDO PROPIETARIO</w:t>
      </w:r>
    </w:p>
    <w:p>
      <w:r>
        <w:rPr>
          <w:b w:val="0"/>
          <w:sz w:val="20"/>
        </w:rPr>
        <w:t>El Nudo Propietario se obliga a no perturbar el uso y disfrute del inmueble por parte del Usufructuario. Será responsable de las reparaciones extraordinarias que requiera el inmueble.</w:t>
      </w:r>
    </w:p>
    <w:p/>
    <w:p>
      <w:r>
        <w:rPr>
          <w:b/>
          <w:sz w:val="20"/>
        </w:rPr>
        <w:t>SEXTA.- EXTINCIÓN DEL USUFRUCTO</w:t>
      </w:r>
    </w:p>
    <w:p>
      <w:r>
        <w:rPr>
          <w:b w:val="0"/>
          <w:sz w:val="20"/>
        </w:rPr>
        <w:t>El usufructo se extinguirá por las causas previstas en la ley, especialmente por expiración del plazo pactado, fallecimiento del Usufructuario (si es vitalicio), renuncia, consolidación del usufructo y la nuda propiedad en una misma persona o destrucción total del inmueble.</w:t>
      </w:r>
    </w:p>
    <w:p/>
    <w:p>
      <w:r>
        <w:rPr>
          <w:b/>
          <w:sz w:val="20"/>
        </w:rPr>
        <w:t>SÉPTIMA.- ENTREGA DEL INMUEBLE</w:t>
      </w:r>
    </w:p>
    <w:p>
      <w:r>
        <w:rPr>
          <w:b w:val="0"/>
          <w:sz w:val="20"/>
        </w:rPr>
        <w:t>Al término del usufructo, el Usufructuario deberá entregar el inmueble al Nudo Propietario en el mismo estado en que lo recibió, salvo el deterioro natural producido por el uso diligente.</w:t>
      </w:r>
    </w:p>
    <w:p/>
    <w:p>
      <w:r>
        <w:rPr>
          <w:b/>
          <w:sz w:val="20"/>
        </w:rPr>
        <w:t>OCTAVA.- GASTOS E IMPUESTOS</w:t>
      </w:r>
    </w:p>
    <w:p>
      <w:r>
        <w:rPr>
          <w:b w:val="0"/>
          <w:sz w:val="20"/>
        </w:rPr>
        <w:t>Serán de cuenta del Usufructuario los gastos ordinarios derivados del uso y disfrute del inmueble, así como los tributos y tasas que graven dicho uso. Los gastos extraordinarios y las contribuciones que recaigan sobre la propiedad corresponderán al Nudo Propietario.</w:t>
      </w:r>
    </w:p>
    <w:p/>
    <w:p>
      <w:r>
        <w:rPr>
          <w:b/>
          <w:sz w:val="20"/>
        </w:rPr>
        <w:t>NOVENA.- NOTIFICACIONES</w:t>
      </w:r>
    </w:p>
    <w:p>
      <w:r>
        <w:rPr>
          <w:b w:val="0"/>
          <w:sz w:val="20"/>
        </w:rPr>
        <w:t>Toda comunicación entre las partes relacionada con este contrato deberá realizarse por escrito a los domicilios expresados en el encabezamiento.</w:t>
      </w:r>
    </w:p>
    <w:p/>
    <w:p>
      <w:r>
        <w:rPr>
          <w:b/>
          <w:sz w:val="20"/>
        </w:rPr>
        <w:t>DÉCIMA.- JURISDICCIÓN</w:t>
      </w:r>
    </w:p>
    <w:p>
      <w:r>
        <w:rPr>
          <w:b w:val="0"/>
          <w:sz w:val="20"/>
        </w:rPr>
        <w:t>Para la interpretación y cumplimiento de este contrato, las partes se someten a los Juzgados y Tribunales de ____________________________, con renuncia expresa a cualquier otro fuero que pudiera corresponderles.</w:t>
      </w:r>
    </w:p>
    <w:p/>
    <w:p>
      <w:r>
        <w:rPr>
          <w:b w:val="0"/>
          <w:sz w:val="20"/>
        </w:rPr>
        <w:t>Y en prueba de conformidad, firman el presente contrato de usufructo por duplicado ejemplar y a un solo efecto, en el lugar y fecha al principio indicados.</w:t>
      </w:r>
    </w:p>
    <w:p/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pPr>
              <w:jc w:val="center"/>
            </w:pPr>
            <w:r>
              <w:rPr>
                <w:b/>
              </w:rPr>
              <w:t>EL NUDO PROPIETARIO</w:t>
            </w:r>
          </w:p>
        </w:tc>
        <w:tc>
          <w:tcPr>
            <w:tcW w:type="dxa" w:w="4986"/>
          </w:tcPr>
          <w:p>
            <w:pPr>
              <w:jc w:val="center"/>
            </w:pPr>
            <w:r>
              <w:rPr>
                <w:b/>
              </w:rPr>
              <w:t>EL USUFRUCTUARIO</w:t>
            </w:r>
          </w:p>
        </w:tc>
      </w:tr>
    </w:tbl>
    <w:p/>
    <w:p/>
    <w:p/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pPr>
              <w:jc w:val="center"/>
            </w:pPr>
            <w:r>
              <w:t>Fdo.: _________________________</w:t>
            </w:r>
          </w:p>
        </w:tc>
        <w:tc>
          <w:tcPr>
            <w:tcW w:type="dxa" w:w="4986"/>
          </w:tcPr>
          <w:p>
            <w:pPr>
              <w:jc w:val="center"/>
            </w:pPr>
            <w:r>
              <w:t>Fdo.: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del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https://experto-contratos.com/contrato-de-usufructo/</w:t>
        </w:r>
      </w:hyperlink>
    </w:p>
    <w:p>
      <w:pPr>
        <w:jc w:val="center"/>
      </w:pPr>
      <w:r>
        <w:rPr>
          <w:color w:val="555555"/>
          <w:sz w:val="26"/>
        </w:rPr>
        <w:t>¿Te ha resultado útil esta plantilla?</w:t>
      </w:r>
    </w:p>
    <w:p>
      <w:pPr>
        <w:jc w:val="center"/>
      </w:pPr>
      <w:r>
        <w:rPr>
          <w:color w:val="555555"/>
          <w:sz w:val="26"/>
        </w:rPr>
        <w:t>Descubre más documentos actualizados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https://experto-contratos.com</w:t>
        </w:r>
      </w:hyperlink>
    </w:p>
    <w:p>
      <w:pPr>
        <w:jc w:val="center"/>
      </w:pPr>
      <w:r>
        <w:rPr>
          <w:color w:val="808080"/>
          <w:sz w:val="20"/>
        </w:rPr>
        <w:t>Plantilla de uso personal y gratuito. Prohibido su uso comercial.</w:t>
        <w:br/>
        <w:t>Si se comparte o publica, debe mencionarse la fuente. © experto-contratos.com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xperto-contratos.com/contrato-de-usufructo/" TargetMode="External"/><Relationship Id="rId10" Type="http://schemas.openxmlformats.org/officeDocument/2006/relationships/hyperlink" Target="https://experto-contrat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