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CONTRATO DE DONACIÓN DE CANTIDAD DE DINERO ENTRE PADRES E HIJOS</w:t>
      </w:r>
    </w:p>
    <w:p/>
    <w:p>
      <w:r>
        <w:rPr>
          <w:b/>
          <w:sz w:val="24"/>
        </w:rPr>
        <w:t>REUNIDOS</w:t>
      </w:r>
    </w:p>
    <w:p>
      <w:r>
        <w:rPr>
          <w:b w:val="0"/>
          <w:sz w:val="20"/>
        </w:rPr>
        <w:t>De una parte, D./Dª: __________________________________________, mayor de edad, con domicilio en _____________________________________, y con DNI/NIE número _______________________________.</w:t>
      </w:r>
    </w:p>
    <w:p>
      <w:r>
        <w:rPr>
          <w:b w:val="0"/>
          <w:sz w:val="20"/>
        </w:rPr>
        <w:t>Y de otra parte, D./Dª: __________________________________________, mayor de edad, con domicilio en _____________________________________, y con DNI/NIE número _______________________________.</w:t>
      </w:r>
    </w:p>
    <w:p/>
    <w:p>
      <w:r>
        <w:rPr>
          <w:b w:val="0"/>
          <w:sz w:val="20"/>
        </w:rPr>
        <w:t>Ambas partes, en su propio nombre y derecho, se reconocen mutua y recíprocamente la capacidad legal necesaria para formalizar el presente contrato de donación y, a tal efecto,</w:t>
      </w:r>
    </w:p>
    <w:p/>
    <w:p>
      <w:r>
        <w:rPr>
          <w:b/>
          <w:sz w:val="24"/>
        </w:rPr>
        <w:t>EXPONEN</w:t>
      </w:r>
    </w:p>
    <w:p>
      <w:r>
        <w:rPr>
          <w:b w:val="0"/>
          <w:sz w:val="20"/>
        </w:rPr>
        <w:t>I. Que D./Dª. __________________________________________, en adelante EL DONANTE, es titular de la cantidad dineraria objeto de este contrato y desea donar de forma gratuita la misma a su hijo/a D./Dª. __________________________________________, en adelante EL DONATARIO.</w:t>
      </w:r>
    </w:p>
    <w:p>
      <w:r>
        <w:rPr>
          <w:b w:val="0"/>
          <w:sz w:val="20"/>
        </w:rPr>
        <w:t>II. Que EL DONATARIO acepta expresamente la presente donación en los términos que se establecen en este contrato.</w:t>
      </w:r>
    </w:p>
    <w:p/>
    <w:p>
      <w:r>
        <w:rPr>
          <w:b/>
          <w:sz w:val="24"/>
        </w:rPr>
        <w:t>CLÁUSULAS</w:t>
      </w:r>
    </w:p>
    <w:p>
      <w:r>
        <w:rPr>
          <w:b/>
          <w:sz w:val="20"/>
        </w:rPr>
        <w:t>PRIMERA.- OBJETO DE LA DONACIÓN</w:t>
      </w:r>
    </w:p>
    <w:p>
      <w:r>
        <w:rPr>
          <w:b w:val="0"/>
          <w:sz w:val="20"/>
        </w:rPr>
        <w:t>El DONANTE dona de manera pura, simple e irrevocable a favor del DONATARIO la cantidad de ____________________ euros (€), que entrega en este acto mediante ____________________ (transferencia bancaria/cheque/efectivo/u otro medio).</w:t>
      </w:r>
    </w:p>
    <w:p/>
    <w:p>
      <w:r>
        <w:rPr>
          <w:b/>
          <w:sz w:val="20"/>
        </w:rPr>
        <w:t>SEGUNDA.- ACEPTACIÓN</w:t>
      </w:r>
    </w:p>
    <w:p>
      <w:r>
        <w:rPr>
          <w:b w:val="0"/>
          <w:sz w:val="20"/>
        </w:rPr>
        <w:t>El DONATARIO acepta en este acto la donación de la cantidad indicada, manifestando haber recibido la suma arriba mencionada a plena satisfacción.</w:t>
      </w:r>
    </w:p>
    <w:p/>
    <w:p>
      <w:r>
        <w:rPr>
          <w:b/>
          <w:sz w:val="20"/>
        </w:rPr>
        <w:t>TERCERA.- IRREVOCABILIDAD</w:t>
      </w:r>
    </w:p>
    <w:p>
      <w:r>
        <w:rPr>
          <w:b w:val="0"/>
          <w:sz w:val="20"/>
        </w:rPr>
        <w:t>La presente donación es irrevocable desde este momento, salvo los casos legalmente establecidos en el Código Civil.</w:t>
      </w:r>
    </w:p>
    <w:p/>
    <w:p>
      <w:r>
        <w:rPr>
          <w:b/>
          <w:sz w:val="20"/>
        </w:rPr>
        <w:t>CUARTA.- GASTOS E IMPUESTOS</w:t>
      </w:r>
    </w:p>
    <w:p>
      <w:r>
        <w:rPr>
          <w:b w:val="0"/>
          <w:sz w:val="20"/>
        </w:rPr>
        <w:t>Todos los gastos e impuestos derivados de la presente donación, incluidos los gastos notariales y de registro si los hubiera, serán de cuenta del DONATARIO, salvo pacto en contrario.</w:t>
      </w:r>
    </w:p>
    <w:p/>
    <w:p>
      <w:r>
        <w:rPr>
          <w:b/>
          <w:sz w:val="20"/>
        </w:rPr>
        <w:t>QUINTA.- MANIFESTACIONES Y GARANTÍAS</w:t>
      </w:r>
    </w:p>
    <w:p>
      <w:r>
        <w:rPr>
          <w:b w:val="0"/>
          <w:sz w:val="20"/>
        </w:rPr>
        <w:t>El DONANTE manifiesta que la cantidad donada es de su libre disposición y no se halla sujeta a cargas, gravámenes ni limitaciones de ninguna clase.</w:t>
      </w:r>
    </w:p>
    <w:p/>
    <w:p>
      <w:r>
        <w:rPr>
          <w:b/>
          <w:sz w:val="20"/>
        </w:rPr>
        <w:t>SEXTA.- PROTECCIÓN DE DATOS</w:t>
      </w:r>
    </w:p>
    <w:p>
      <w:r>
        <w:rPr>
          <w:b w:val="0"/>
          <w:sz w:val="20"/>
        </w:rPr>
        <w:t>Ambas partes quedan informadas de que los datos personales facilitados serán incorporados a un fichero, siendo responsables del tratamiento ambas partes, con la finalidad de gestionar el presente contrato.</w:t>
      </w:r>
    </w:p>
    <w:p/>
    <w:p>
      <w:r>
        <w:rPr>
          <w:b/>
          <w:sz w:val="20"/>
        </w:rPr>
        <w:t>SÉPTIMA.- JURISDICCIÓN</w:t>
      </w:r>
    </w:p>
    <w:p>
      <w:r>
        <w:rPr>
          <w:b w:val="0"/>
          <w:sz w:val="20"/>
        </w:rPr>
        <w:t>Para la interpretación y cumplimiento del presente contrato, ambas partes se someten expresamente a los Juzgados y Tribunales de ____________________, con renuncia a cualquier otro fuero que pudiera corresponderles.</w:t>
      </w:r>
    </w:p>
    <w:p/>
    <w:p>
      <w:r>
        <w:rPr>
          <w:b w:val="0"/>
          <w:sz w:val="20"/>
        </w:rPr>
        <w:t>Y en prueba de conformidad, firman el presente contrato de donación por duplicado y a un solo efecto, en el lugar y fecha indicados al inicio.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 DONANTE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 DONATARIO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https://experto-contratos.com/contrato-donacion-dinero-padres-a-hijos/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https://experto-contratos.com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experto-contratos.com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ontratos.com/contrato-donacion-dinero-padres-a-hijos/" TargetMode="External"/><Relationship Id="rId10" Type="http://schemas.openxmlformats.org/officeDocument/2006/relationships/hyperlink" Target="https://experto-contra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