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TRABAJO TEMPORAL POR SUSTITUCIÓN DE VACACIONES</w:t>
      </w:r>
    </w:p>
    <w:p/>
    <w:p>
      <w:r>
        <w:rPr>
          <w:b w:val="0"/>
          <w:sz w:val="20"/>
        </w:rPr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la empresa:</w:t>
      </w:r>
    </w:p>
    <w:p>
      <w:r>
        <w:rPr>
          <w:b w:val="0"/>
          <w:sz w:val="20"/>
        </w:rPr>
        <w:t xml:space="preserve">Denominación social: </w:t>
      </w:r>
    </w:p>
    <w:p>
      <w:r>
        <w:rPr>
          <w:b w:val="0"/>
          <w:sz w:val="20"/>
        </w:rPr>
        <w:t xml:space="preserve">Domicilio social: </w:t>
      </w:r>
    </w:p>
    <w:p>
      <w:r>
        <w:rPr>
          <w:b w:val="0"/>
          <w:sz w:val="20"/>
        </w:rPr>
        <w:t xml:space="preserve">CIF: </w:t>
      </w:r>
    </w:p>
    <w:p>
      <w:r>
        <w:rPr>
          <w:b w:val="0"/>
          <w:sz w:val="20"/>
        </w:rPr>
        <w:t xml:space="preserve">Representada por: </w:t>
      </w:r>
    </w:p>
    <w:p/>
    <w:p>
      <w:r>
        <w:rPr>
          <w:b w:val="0"/>
          <w:sz w:val="20"/>
        </w:rPr>
        <w:t>Y de otra parte, el trabajador/a:</w:t>
      </w:r>
    </w:p>
    <w:p>
      <w:r>
        <w:rPr>
          <w:b w:val="0"/>
          <w:sz w:val="20"/>
        </w:rPr>
        <w:t xml:space="preserve">Nombre y apellidos: </w:t>
      </w:r>
    </w:p>
    <w:p>
      <w:r>
        <w:rPr>
          <w:b w:val="0"/>
          <w:sz w:val="20"/>
        </w:rPr>
        <w:t xml:space="preserve">DNI/NIE: </w:t>
      </w:r>
    </w:p>
    <w:p>
      <w:r>
        <w:rPr>
          <w:b w:val="0"/>
          <w:sz w:val="20"/>
        </w:rPr>
        <w:t xml:space="preserve">Domicilio: </w:t>
      </w:r>
    </w:p>
    <w:p>
      <w:r>
        <w:rPr>
          <w:b w:val="0"/>
          <w:sz w:val="20"/>
        </w:rPr>
        <w:t xml:space="preserve">Fecha de nacimiento: </w:t>
      </w:r>
    </w:p>
    <w:p>
      <w:r>
        <w:rPr>
          <w:b w:val="0"/>
          <w:sz w:val="20"/>
        </w:rPr>
        <w:t xml:space="preserve">Teléfono: </w:t>
      </w:r>
    </w:p>
    <w:p/>
    <w:p>
      <w:r>
        <w:rPr>
          <w:b w:val="0"/>
          <w:sz w:val="20"/>
        </w:rPr>
        <w:t>Ambas partes se reconocen mutuamente la capacidad legal necesaria para contratar y, en consecuencia, acuerdan formalizar el presente CONTRATO DE TRABAJO TEMPORAL POR SUSTITUCIÓN DE VACACIONES, con arreglo a las siguientes:</w:t>
      </w:r>
    </w:p>
    <w:p/>
    <w:p>
      <w:r>
        <w:rPr>
          <w:b/>
          <w:sz w:val="24"/>
        </w:rPr>
        <w:t>EXPOSICIÓN DE MOTIVOS</w:t>
      </w:r>
    </w:p>
    <w:p>
      <w:r>
        <w:rPr>
          <w:b w:val="0"/>
          <w:sz w:val="20"/>
        </w:rPr>
        <w:t>I. Que la empresa necesita cubrir temporalmente el puesto de trabajo debido a la ausencia por disfrute de vacaciones del trabajador/a al que se sustituye.</w:t>
      </w:r>
    </w:p>
    <w:p>
      <w:r>
        <w:rPr>
          <w:b w:val="0"/>
          <w:sz w:val="20"/>
        </w:rPr>
        <w:t>II. Que el trabajador/a acepta desarrollar las funciones propias del puesto durante la ausencia temporal mencionada.</w:t>
      </w:r>
    </w:p>
    <w:p/>
    <w:p>
      <w:r>
        <w:rPr>
          <w:b/>
          <w:sz w:val="24"/>
        </w:rPr>
        <w:t>CLÁUSULAS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la sustitución temporal de un trabajador/a que se encuentra en situación de vacaciones, ocupando el trabajador/a contratado/a su puesto y desempeñando las funciones inherentes al mismo.</w:t>
      </w:r>
    </w:p>
    <w:p/>
    <w:p>
      <w:r>
        <w:rPr>
          <w:b/>
          <w:sz w:val="20"/>
        </w:rPr>
        <w:t>SEGUNDA.- IDENTIFICACIÓN DEL TRABAJADOR/A SUSTITUIDO/A</w:t>
      </w:r>
    </w:p>
    <w:p>
      <w:r>
        <w:rPr>
          <w:b w:val="0"/>
          <w:sz w:val="20"/>
        </w:rPr>
        <w:t xml:space="preserve">Trabajador/a sustituido/a: </w:t>
      </w:r>
    </w:p>
    <w:p>
      <w:r>
        <w:rPr>
          <w:b w:val="0"/>
          <w:sz w:val="20"/>
        </w:rPr>
        <w:t xml:space="preserve">Puesto de trabajo: </w:t>
      </w:r>
    </w:p>
    <w:p/>
    <w:p>
      <w:r>
        <w:rPr>
          <w:b/>
          <w:sz w:val="20"/>
        </w:rPr>
        <w:t>TERCERA.- DURACIÓN</w:t>
      </w:r>
    </w:p>
    <w:p>
      <w:r>
        <w:rPr>
          <w:b w:val="0"/>
          <w:sz w:val="20"/>
        </w:rPr>
        <w:t>El presente contrato tendrá una duración determinada, comenzando el día _________ y finalizando el día _________. En ningún caso la duración del contrato podrá exceder la del periodo de vacaciones del trabajador/a sustituido/a.</w:t>
      </w:r>
    </w:p>
    <w:p/>
    <w:p>
      <w:r>
        <w:rPr>
          <w:b/>
          <w:sz w:val="20"/>
        </w:rPr>
        <w:t>CUARTA.- JORNADA Y HORARIO</w:t>
      </w:r>
    </w:p>
    <w:p>
      <w:r>
        <w:rPr>
          <w:b w:val="0"/>
          <w:sz w:val="20"/>
        </w:rPr>
        <w:t xml:space="preserve">La jornada de trabajo será de _________ horas semanales, distribuidas de la siguiente forma: </w:t>
      </w:r>
    </w:p>
    <w:p>
      <w:r>
        <w:rPr>
          <w:b w:val="0"/>
          <w:sz w:val="20"/>
        </w:rPr>
        <w:t xml:space="preserve">Horario: </w:t>
      </w:r>
    </w:p>
    <w:p/>
    <w:p>
      <w:r>
        <w:rPr>
          <w:b/>
          <w:sz w:val="20"/>
        </w:rPr>
        <w:t>QUINTA.- RETRIBUCIÓN</w:t>
      </w:r>
    </w:p>
    <w:p>
      <w:r>
        <w:rPr>
          <w:b w:val="0"/>
          <w:sz w:val="20"/>
        </w:rPr>
        <w:t>El trabajador/a percibirá una retribución bruta de _________ euros mensuales, incluyendo la parte proporcional de pagas extraordinarias, de acuerdo con lo establecido en el convenio colectivo aplicable.</w:t>
      </w:r>
    </w:p>
    <w:p/>
    <w:p>
      <w:r>
        <w:rPr>
          <w:b/>
          <w:sz w:val="20"/>
        </w:rPr>
        <w:t>SEXTA.- PERIODO DE PRUEBA</w:t>
      </w:r>
    </w:p>
    <w:p>
      <w:r>
        <w:rPr>
          <w:b w:val="0"/>
          <w:sz w:val="20"/>
        </w:rPr>
        <w:t>Se establece un periodo de prueba de _________ días, durante el cual ambas partes podrán resolver el contrato sin preaviso ni derecho a indemnización.</w:t>
      </w:r>
    </w:p>
    <w:p/>
    <w:p>
      <w:r>
        <w:rPr>
          <w:b/>
          <w:sz w:val="20"/>
        </w:rPr>
        <w:t>SÉPTIMA.- FUNCIONES</w:t>
      </w:r>
    </w:p>
    <w:p>
      <w:r>
        <w:rPr>
          <w:b w:val="0"/>
          <w:sz w:val="20"/>
        </w:rPr>
        <w:t>El trabajador/a realizará las tareas y funciones propias del puesto de trabajo de ______________, así como aquellas otras que le sean encomendadas y que sean afines a su categoría profesional.</w:t>
      </w:r>
    </w:p>
    <w:p/>
    <w:p>
      <w:r>
        <w:rPr>
          <w:b/>
          <w:sz w:val="20"/>
        </w:rPr>
        <w:t>OCTAVA.- RÉGIMEN JURÍDICO</w:t>
      </w:r>
    </w:p>
    <w:p>
      <w:r>
        <w:rPr>
          <w:b w:val="0"/>
          <w:sz w:val="20"/>
        </w:rPr>
        <w:t>El presente contrato se regirá por lo dispuesto en el Estatuto de los Trabajadores, la normativa laboral vigente, el convenio colectivo aplicable y las demás disposiciones legales de aplicación.</w:t>
      </w:r>
    </w:p>
    <w:p/>
    <w:p>
      <w:r>
        <w:rPr>
          <w:b/>
          <w:sz w:val="20"/>
        </w:rPr>
        <w:t>NOVENA.- PREVENCIÓN DE RIESGOS LABORALES</w:t>
      </w:r>
    </w:p>
    <w:p>
      <w:r>
        <w:rPr>
          <w:b w:val="0"/>
          <w:sz w:val="20"/>
        </w:rPr>
        <w:t>La empresa garantiza que el trabajador/a recibirá la información y formación necesarias en materia de prevención de riesgos laborales, cumpliendo con la normativa vigente.</w:t>
      </w:r>
    </w:p>
    <w:p/>
    <w:p>
      <w:r>
        <w:rPr>
          <w:b/>
          <w:sz w:val="20"/>
        </w:rPr>
        <w:t>DÉCIMA.- EXTINCIÓN DEL CONTRATO</w:t>
      </w:r>
    </w:p>
    <w:p>
      <w:r>
        <w:rPr>
          <w:b w:val="0"/>
          <w:sz w:val="20"/>
        </w:rPr>
        <w:t>La finalización del contrato tendrá lugar cuando se reincorpore el trabajador/a sustituido/a, o al finalizar el periodo previsto, sin que sea necesaria denuncia expresa por ninguna de las partes.</w:t>
      </w:r>
    </w:p>
    <w:p/>
    <w:p>
      <w:r>
        <w:rPr>
          <w:b/>
          <w:sz w:val="20"/>
        </w:rPr>
        <w:t>UNDÉCIMA.- PROTECCIÓN DE DATOS</w:t>
      </w:r>
    </w:p>
    <w:p>
      <w:r>
        <w:rPr>
          <w:b w:val="0"/>
          <w:sz w:val="20"/>
        </w:rPr>
        <w:t>Los datos personales facilitados serán tratados conforme a la normativa vigente en materia de protección de datos.</w:t>
      </w:r>
    </w:p>
    <w:p/>
    <w:p>
      <w:r>
        <w:rPr>
          <w:b w:val="0"/>
          <w:sz w:val="20"/>
        </w:rPr>
        <w:t>Leído el presente contrato, ambas partes lo firman por duplicado ejemplar y a un solo efecto en el lugar y fecha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TRABAJADOR/A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https://experto-contratos.com/contrato-sustitucion-vacaciones/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sustitucion-vacacione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