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NOVACIÓN DE CONTRATO DE TRABAJO FIJO DISCONTINUO A CONTRATO INDEFINIDO</w:t>
      </w:r>
    </w:p>
    <w:p/>
    <w:p/>
    <w:p>
      <w:r>
        <w:rPr>
          <w:b/>
          <w:sz w:val="24"/>
        </w:rPr>
        <w:t>REUNIDOS</w:t>
      </w:r>
    </w:p>
    <w:p>
      <w:r>
        <w:rPr>
          <w:b w:val="0"/>
          <w:sz w:val="20"/>
        </w:rPr>
        <w:t>De una parte, la empresa:</w:t>
      </w:r>
    </w:p>
    <w:p>
      <w:r>
        <w:rPr>
          <w:b w:val="0"/>
          <w:sz w:val="20"/>
        </w:rPr>
        <w:t xml:space="preserve">Denominación social: </w:t>
      </w:r>
    </w:p>
    <w:p>
      <w:r>
        <w:rPr>
          <w:b w:val="0"/>
          <w:sz w:val="20"/>
        </w:rPr>
        <w:t xml:space="preserve">Domicilio social: </w:t>
      </w:r>
    </w:p>
    <w:p>
      <w:r>
        <w:rPr>
          <w:b w:val="0"/>
          <w:sz w:val="20"/>
        </w:rPr>
        <w:t xml:space="preserve">CIF: </w:t>
      </w:r>
    </w:p>
    <w:p>
      <w:r>
        <w:rPr>
          <w:b w:val="0"/>
          <w:sz w:val="20"/>
        </w:rPr>
        <w:t xml:space="preserve">Representada por: </w:t>
      </w:r>
    </w:p>
    <w:p>
      <w:r>
        <w:rPr>
          <w:b w:val="0"/>
          <w:sz w:val="20"/>
        </w:rPr>
        <w:t xml:space="preserve">Cargo: </w:t>
      </w:r>
    </w:p>
    <w:p/>
    <w:p>
      <w:r>
        <w:rPr>
          <w:b w:val="0"/>
          <w:sz w:val="20"/>
        </w:rPr>
        <w:t>Y de otra parte, el/la trabajador/a:</w:t>
      </w:r>
    </w:p>
    <w:p>
      <w:r>
        <w:rPr>
          <w:b w:val="0"/>
          <w:sz w:val="20"/>
        </w:rPr>
        <w:t xml:space="preserve">Nombre y apellidos: </w:t>
      </w:r>
    </w:p>
    <w:p>
      <w:r>
        <w:rPr>
          <w:b w:val="0"/>
          <w:sz w:val="20"/>
        </w:rPr>
        <w:t xml:space="preserve">DNI/NIE: </w:t>
      </w:r>
    </w:p>
    <w:p>
      <w:r>
        <w:rPr>
          <w:b w:val="0"/>
          <w:sz w:val="20"/>
        </w:rPr>
        <w:t xml:space="preserve">Domicilio: </w:t>
      </w:r>
    </w:p>
    <w:p>
      <w:r>
        <w:rPr>
          <w:b w:val="0"/>
          <w:sz w:val="20"/>
        </w:rPr>
        <w:t xml:space="preserve">Categoría profesional: </w:t>
      </w:r>
    </w:p>
    <w:p>
      <w:r>
        <w:rPr>
          <w:b w:val="0"/>
          <w:sz w:val="20"/>
        </w:rPr>
        <w:t xml:space="preserve">Nº de la Seguridad Social: </w:t>
      </w:r>
    </w:p>
    <w:p/>
    <w:p>
      <w:r>
        <w:rPr>
          <w:b w:val="0"/>
          <w:sz w:val="20"/>
        </w:rPr>
        <w:t>Ambas partes se reconocen capacidad legal suficiente para firmar el presente acuerdo de novación contractual y, a tal efecto, EXPONEN:</w:t>
      </w:r>
    </w:p>
    <w:p/>
    <w:p>
      <w:r>
        <w:rPr>
          <w:b w:val="0"/>
          <w:sz w:val="20"/>
        </w:rPr>
        <w:t>I. Que el/la trabajador/a presta servicios para la empresa en virtud de un contrato de trabajo de carácter fijo discontinuo, suscrito en fecha ____________, desempeñando las funciones propias de la categoría profesional anteriormente reseñada.</w:t>
      </w:r>
    </w:p>
    <w:p>
      <w:r>
        <w:rPr>
          <w:b w:val="0"/>
          <w:sz w:val="20"/>
        </w:rPr>
        <w:t>II. Que ambas partes están interesadas en modificar la naturaleza del contrato de trabajo, transformándolo en contrato indefinido a jornada ____________ (completa/parcial), con efectos a partir de la fecha de la firma de este acuerdo, manteniéndose el resto de condiciones contractuales vigentes que no resulten modificadas expresamente por el presente documento.</w:t>
      </w:r>
    </w:p>
    <w:p/>
    <w:p>
      <w:r>
        <w:rPr>
          <w:b w:val="0"/>
          <w:sz w:val="20"/>
        </w:rPr>
        <w:t>Por todo ello, ambas partes ACUERDAN la novación del contrato de trabajo fijo discontinuo a contrato de trabajo indefinido, conforme a las siguientes:</w:t>
      </w:r>
    </w:p>
    <w:p/>
    <w:p>
      <w:r>
        <w:rPr>
          <w:b/>
          <w:sz w:val="24"/>
        </w:rPr>
        <w:t>ESTIPULACIONES</w:t>
      </w:r>
    </w:p>
    <w:p/>
    <w:p>
      <w:r>
        <w:rPr>
          <w:b/>
          <w:sz w:val="20"/>
        </w:rPr>
        <w:t>PRIMERA.- NATURALEZA DEL CONTRATO</w:t>
      </w:r>
    </w:p>
    <w:p>
      <w:r>
        <w:rPr>
          <w:b w:val="0"/>
          <w:sz w:val="20"/>
        </w:rPr>
        <w:t>El presente acuerdo supone la transformación del contrato de trabajo de duración indefinida fijo discontinuo suscrito entre las partes, en un contrato de trabajo indefinido ordinario, a jornada ____________ (completa/parcial).</w:t>
      </w:r>
    </w:p>
    <w:p/>
    <w:p>
      <w:r>
        <w:rPr>
          <w:b/>
          <w:sz w:val="20"/>
        </w:rPr>
        <w:t>SEGUNDA.- PUESTO Y FUNCIONES</w:t>
      </w:r>
    </w:p>
    <w:p>
      <w:r>
        <w:rPr>
          <w:b w:val="0"/>
          <w:sz w:val="20"/>
        </w:rPr>
        <w:t>El/la trabajador/a continuará desempeñando el mismo puesto de trabajo y funciones que venía realizando, salvo pacto expreso en contrario. La categoría profesional y grupo profesional serán los establecidos en el convenio colectivo de aplicación.</w:t>
      </w:r>
    </w:p>
    <w:p/>
    <w:p>
      <w:r>
        <w:rPr>
          <w:b/>
          <w:sz w:val="20"/>
        </w:rPr>
        <w:t>TERCERA.- JORNADA Y HORARIO</w:t>
      </w:r>
    </w:p>
    <w:p>
      <w:r>
        <w:rPr>
          <w:b w:val="0"/>
          <w:sz w:val="20"/>
        </w:rPr>
        <w:t>La jornada de trabajo será de ____________ horas semanales, distribuidas conforme a lo establecido en el convenio colectivo aplicable y/o el acuerdo entre las partes. El horario será el habitual de la empresa o el que se acuerde de conformidad con la normativa laboral vigente.</w:t>
      </w:r>
    </w:p>
    <w:p/>
    <w:p>
      <w:r>
        <w:rPr>
          <w:b/>
          <w:sz w:val="20"/>
        </w:rPr>
        <w:t>CUARTA.- RETRIBUCIÓN</w:t>
      </w:r>
    </w:p>
    <w:p>
      <w:r>
        <w:rPr>
          <w:b w:val="0"/>
          <w:sz w:val="20"/>
        </w:rPr>
        <w:t>La retribución del/de la trabajador/a será la correspondiente a su categoría profesional, de conformidad con el convenio colectivo aplicable y las condiciones pactadas individualmente, percibiendo un salario bruto anual de ____________, distribuido en ____________ pagas.</w:t>
      </w:r>
    </w:p>
    <w:p/>
    <w:p>
      <w:r>
        <w:rPr>
          <w:b/>
          <w:sz w:val="20"/>
        </w:rPr>
        <w:t>QUINTA.- ANTIGÜEDAD</w:t>
      </w:r>
    </w:p>
    <w:p>
      <w:r>
        <w:rPr>
          <w:b w:val="0"/>
          <w:sz w:val="20"/>
        </w:rPr>
        <w:t>A efectos de antigüedad, se reconocerá toda la prestación de servicios efectuada bajo el contrato fijo discontinuo, computando desde la fecha de inicio de la relación laboral con la empresa.</w:t>
      </w:r>
    </w:p>
    <w:p/>
    <w:p>
      <w:r>
        <w:rPr>
          <w:b/>
          <w:sz w:val="20"/>
        </w:rPr>
        <w:t>SEXTA.- DEMÁS CONDICIONES</w:t>
      </w:r>
    </w:p>
    <w:p>
      <w:r>
        <w:rPr>
          <w:b w:val="0"/>
          <w:sz w:val="20"/>
        </w:rPr>
        <w:t>El resto de condiciones laborales, incluidas las relativas a vacaciones, permisos, licencias y demás derechos y obligaciones, serán las establecidas en la legislación vigente y el convenio colectivo de aplicación.</w:t>
      </w:r>
    </w:p>
    <w:p/>
    <w:p>
      <w:r>
        <w:rPr>
          <w:b/>
          <w:sz w:val="20"/>
        </w:rPr>
        <w:t>SÉPTIMA.- PREVENCIÓN DE RIESGOS LABORALES</w:t>
      </w:r>
    </w:p>
    <w:p>
      <w:r>
        <w:rPr>
          <w:b w:val="0"/>
          <w:sz w:val="20"/>
        </w:rPr>
        <w:t>La empresa ha informado y formado al trabajador/a sobre los riesgos inherentes a su puesto de trabajo, así como de las medidas preventivas a adoptar, en cumplimiento de la normativa vigente en materia de prevención de riesgos laborales.</w:t>
      </w:r>
    </w:p>
    <w:p/>
    <w:p>
      <w:r>
        <w:rPr>
          <w:b/>
          <w:sz w:val="20"/>
        </w:rPr>
        <w:t>OCTAVA.- NOTIFICACIÓN AL SEPE Y SEGURIDAD SOCIAL</w:t>
      </w:r>
    </w:p>
    <w:p>
      <w:r>
        <w:rPr>
          <w:b w:val="0"/>
          <w:sz w:val="20"/>
        </w:rPr>
        <w:t>La empresa procederá a comunicar la transformación del contrato al Servicio Público de Empleo Estatal y a la Tesorería General de la Seguridad Social, conforme a lo previsto en la legislación vigente.</w:t>
      </w:r>
    </w:p>
    <w:p/>
    <w:p>
      <w:r>
        <w:rPr>
          <w:b/>
          <w:sz w:val="20"/>
        </w:rPr>
        <w:t>NOVENA.- PROTECCIÓN DE DATOS</w:t>
      </w:r>
    </w:p>
    <w:p>
      <w:r>
        <w:rPr>
          <w:b w:val="0"/>
          <w:sz w:val="20"/>
        </w:rPr>
        <w:t>Ambas partes se comprometen a tratar los datos personales suministrados en cumplimiento de la normativa vigente en materia de protección de datos de carácter personal.</w:t>
      </w:r>
    </w:p>
    <w:p/>
    <w:p>
      <w:r>
        <w:rPr>
          <w:b/>
          <w:sz w:val="20"/>
        </w:rPr>
        <w:t>DÉCIMA.- LEGISLACIÓN APLICABLE</w:t>
      </w:r>
    </w:p>
    <w:p>
      <w:r>
        <w:rPr>
          <w:b w:val="0"/>
          <w:sz w:val="20"/>
        </w:rPr>
        <w:t>El presente acuerdo se regirá por lo dispuesto en el Estatuto de los Trabajadores, el convenio colectivo aplicable, y demás normas laborales de aplicación.</w:t>
      </w:r>
    </w:p>
    <w:p/>
    <w:p>
      <w:r>
        <w:rPr>
          <w:b/>
          <w:sz w:val="20"/>
        </w:rPr>
        <w:t>UNDÉCIMA.- FIRMA Y COPIAS</w:t>
      </w:r>
    </w:p>
    <w:p>
      <w:r>
        <w:rPr>
          <w:b w:val="0"/>
          <w:sz w:val="20"/>
        </w:rPr>
        <w:t>Leído el presente documento, ambas partes lo firman por duplicado, quedando un ejemplar en poder de cada una de ellas.</w:t>
      </w:r>
    </w:p>
    <w:p/>
    <w:p>
      <w:r>
        <w:rPr>
          <w:b w:val="0"/>
          <w:sz w:val="20"/>
        </w:rPr>
        <w:t>En prueba de conformidad, ambas partes firman el presente acuerdo de novación en el lugar indicado y en duplicado ejemplar.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Por la empresa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El/la trabajador/a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>Fdo.: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https://experto-contratos.com/novacion-contrato-fijo-discontinuo-a-indefinido/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novacion-contrato-fijo-discontinuo-a-indefinido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