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NOVACIÓN DE CONTRATO DE TRABAJO: DE INDEFINIDO ORDINARIO A INDEFINIDO FIJO DISCONTINUO</w:t>
      </w:r>
    </w:p>
    <w:p/>
    <w:p/>
    <w:p>
      <w:r>
        <w:rPr>
          <w:b/>
          <w:sz w:val="24"/>
        </w:rPr>
        <w:t>DATOS DE LA EMPRESA</w:t>
      </w:r>
    </w:p>
    <w:p>
      <w:r>
        <w:rPr>
          <w:b w:val="0"/>
          <w:sz w:val="20"/>
        </w:rPr>
        <w:t>Razón social: ____________________________________________________________</w:t>
      </w:r>
    </w:p>
    <w:p>
      <w:r>
        <w:rPr>
          <w:b w:val="0"/>
          <w:sz w:val="20"/>
        </w:rPr>
        <w:t>CIF: ___________________________</w:t>
      </w:r>
    </w:p>
    <w:p>
      <w:r>
        <w:rPr>
          <w:b w:val="0"/>
          <w:sz w:val="20"/>
        </w:rPr>
        <w:t>Domicilio social: ________________________________________________________</w:t>
      </w:r>
    </w:p>
    <w:p>
      <w:r>
        <w:rPr>
          <w:b w:val="0"/>
          <w:sz w:val="20"/>
        </w:rPr>
        <w:t>Representante legal: ____________________________  Cargo: ________________</w:t>
      </w:r>
    </w:p>
    <w:p>
      <w:r>
        <w:rPr>
          <w:b w:val="0"/>
          <w:sz w:val="20"/>
        </w:rPr>
      </w:r>
    </w:p>
    <w:p>
      <w:r>
        <w:rPr>
          <w:b/>
          <w:sz w:val="24"/>
        </w:rPr>
        <w:t>DATOS DEL TRABAJADOR/A</w:t>
      </w:r>
    </w:p>
    <w:p>
      <w:r>
        <w:rPr>
          <w:b w:val="0"/>
          <w:sz w:val="20"/>
        </w:rPr>
        <w:t>Nombre y apellidos: _____________________________________________________</w:t>
      </w:r>
    </w:p>
    <w:p>
      <w:r>
        <w:rPr>
          <w:b w:val="0"/>
          <w:sz w:val="20"/>
        </w:rPr>
        <w:t>DNI/NIE: ___________________________</w:t>
      </w:r>
    </w:p>
    <w:p>
      <w:r>
        <w:rPr>
          <w:b w:val="0"/>
          <w:sz w:val="20"/>
        </w:rPr>
        <w:t>Domicilio: ______________________________________________________________</w:t>
      </w:r>
    </w:p>
    <w:p>
      <w:r>
        <w:rPr>
          <w:b w:val="0"/>
          <w:sz w:val="20"/>
        </w:rPr>
        <w:t>Categoría profesional: _________________________________________________</w:t>
      </w:r>
    </w:p>
    <w:p>
      <w:r>
        <w:rPr>
          <w:b w:val="0"/>
          <w:sz w:val="20"/>
        </w:rPr>
        <w:t>Puesto de trabajo: ______________________________________________________</w:t>
      </w:r>
    </w:p>
    <w:p>
      <w:r>
        <w:rPr>
          <w:b w:val="0"/>
          <w:sz w:val="20"/>
        </w:rPr>
      </w:r>
    </w:p>
    <w:p>
      <w:r>
        <w:rPr>
          <w:b/>
          <w:sz w:val="24"/>
        </w:rPr>
        <w:t>EXPONEN</w:t>
      </w:r>
    </w:p>
    <w:p>
      <w:r>
        <w:rPr>
          <w:b w:val="0"/>
          <w:sz w:val="20"/>
        </w:rPr>
        <w:t>Que ambas partes, empresa y persona trabajadora, mantienen vigente un contrato de trabajo de carácter indefinido ordinario, firmado en fecha ____________________ y que, por mutuo acuerdo, desean proceder a la novación del citado contrato para transformarlo en un contrato indefinido fijo discontinuo, de conformidad con lo establecido en el artículo 16 del Estatuto de los Trabajadores y demás normativa aplicable.</w:t>
      </w:r>
    </w:p>
    <w:p/>
    <w:p>
      <w:r>
        <w:rPr>
          <w:b/>
          <w:sz w:val="24"/>
        </w:rPr>
        <w:t>ACUERDAN</w:t>
      </w:r>
    </w:p>
    <w:p>
      <w:r>
        <w:rPr>
          <w:b/>
          <w:sz w:val="20"/>
        </w:rPr>
        <w:t>PRIMERA.- NOVACIÓN DEL CONTRATO</w:t>
      </w:r>
    </w:p>
    <w:p>
      <w:r>
        <w:rPr>
          <w:b w:val="0"/>
          <w:sz w:val="20"/>
        </w:rPr>
        <w:t>Ambas partes acuerdan transformar el contrato de trabajo indefinido ordinario que les vinculaba en un contrato de trabajo de carácter indefinido fijo discontinuo, manteniendo la antigüedad reconocida a todos los efectos desde la fecha de inicio de la relación laboral original.</w:t>
      </w:r>
    </w:p>
    <w:p/>
    <w:p>
      <w:r>
        <w:rPr>
          <w:b/>
          <w:sz w:val="20"/>
        </w:rPr>
        <w:t>SEGUNDA.- OBJETO DEL CONTRATO Y ACTIVIDAD</w:t>
      </w:r>
    </w:p>
    <w:p>
      <w:r>
        <w:rPr>
          <w:b w:val="0"/>
          <w:sz w:val="20"/>
        </w:rPr>
        <w:t>La persona trabajadora prestará sus servicios como fijo discontinuo para la actividad de ______________________________, desarrollando las funciones propias de su categoría profesional y puesto de trabajo.</w:t>
      </w:r>
    </w:p>
    <w:p/>
    <w:p>
      <w:r>
        <w:rPr>
          <w:b/>
          <w:sz w:val="20"/>
        </w:rPr>
        <w:t>TERCERA.- PERÍODOS DE ACTIVIDAD Y LLAMAMIENTO</w:t>
      </w:r>
    </w:p>
    <w:p>
      <w:r>
        <w:rPr>
          <w:b w:val="0"/>
          <w:sz w:val="20"/>
        </w:rPr>
        <w:t>La prestación de servicios se realizará en los periodos de actividad correspondientes a la necesidad temporal y cíclica de la empresa, comunicándose el llamamiento de forma fehaciente y con la antelación pactada o legalmente establecida. El periodo habitual de actividad comprenderá desde ______________ hasta ______________ de cada año, sin perjuicio de posibles modificaciones según las necesidades organizativas de la empresa.</w:t>
      </w:r>
    </w:p>
    <w:p/>
    <w:p>
      <w:r>
        <w:rPr>
          <w:b/>
          <w:sz w:val="20"/>
        </w:rPr>
        <w:t>CUARTA.- JORNADA Y HORARIO</w:t>
      </w:r>
    </w:p>
    <w:p>
      <w:r>
        <w:rPr>
          <w:b w:val="0"/>
          <w:sz w:val="20"/>
        </w:rPr>
        <w:t>La jornada de trabajo será de __________ horas semanales, distribuidas según el siguiente horario: ________________________________________________________________. Cualquier modificación en la jornada o el horario será comunicada con la debida antelación y respetando la normativa vigente.</w:t>
      </w:r>
    </w:p>
    <w:p/>
    <w:p>
      <w:r>
        <w:rPr>
          <w:b/>
          <w:sz w:val="20"/>
        </w:rPr>
        <w:t>QUINTA.- RETRIBUCIÓN</w:t>
      </w:r>
    </w:p>
    <w:p>
      <w:r>
        <w:rPr>
          <w:b w:val="0"/>
          <w:sz w:val="20"/>
        </w:rPr>
        <w:t>La persona trabajadora percibirá una retribución bruta anual de _______________ euros, distribuida en __________ pagas o según convenio colectivo de aplicación. Las retribuciones estarán sujetas a las retenciones e ingresos a cuenta legalmente establecidos.</w:t>
      </w:r>
    </w:p>
    <w:p/>
    <w:p>
      <w:r>
        <w:rPr>
          <w:b/>
          <w:sz w:val="20"/>
        </w:rPr>
        <w:t>SEXTA.- CONVENIO COLECTIVO</w:t>
      </w:r>
    </w:p>
    <w:p>
      <w:r>
        <w:rPr>
          <w:b w:val="0"/>
          <w:sz w:val="20"/>
        </w:rPr>
        <w:t>Al presente contrato le será de aplicación el Convenio Colectivo de _________________________________ y demás disposiciones laborales vigentes.</w:t>
      </w:r>
    </w:p>
    <w:p/>
    <w:p>
      <w:r>
        <w:rPr>
          <w:b/>
          <w:sz w:val="20"/>
        </w:rPr>
        <w:t>SÉPTIMA.- DERECHOS Y OBLIGACIONES</w:t>
      </w:r>
    </w:p>
    <w:p>
      <w:r>
        <w:rPr>
          <w:b w:val="0"/>
          <w:sz w:val="20"/>
        </w:rPr>
        <w:t>La transformación del contrato no supondrá perjuicio alguno para los derechos adquiridos por la persona trabajadora, quien seguirá disfrutando de los mismos derechos y asumiendo las mismas obligaciones que tenía antes de la novación, en todo lo no modificado por el presente acuerdo.</w:t>
      </w:r>
    </w:p>
    <w:p/>
    <w:p>
      <w:r>
        <w:rPr>
          <w:b/>
          <w:sz w:val="20"/>
        </w:rPr>
        <w:t>OCTAVA.- PROTECCIÓN DE DATOS</w:t>
      </w:r>
    </w:p>
    <w:p>
      <w:r>
        <w:rPr>
          <w:b w:val="0"/>
          <w:sz w:val="20"/>
        </w:rPr>
        <w:t>Ambas partes declaran haber sido informadas y dar su consentimiento conforme a la normativa vigente en materia de protección de datos personales.</w:t>
      </w:r>
    </w:p>
    <w:p/>
    <w:p>
      <w:r>
        <w:rPr>
          <w:b/>
          <w:sz w:val="20"/>
        </w:rPr>
        <w:t>NOVENA.- RESTO DE CLÁUSULAS</w:t>
      </w:r>
    </w:p>
    <w:p>
      <w:r>
        <w:rPr>
          <w:b w:val="0"/>
          <w:sz w:val="20"/>
        </w:rPr>
        <w:t>El resto de cláusulas y condiciones del contrato original permanecen inalteradas, salvo en lo expresamente modificado por el presente acuerdo, que pasa a formar parte integrante del contrato de trabajo.</w:t>
      </w:r>
    </w:p>
    <w:p/>
    <w:p>
      <w:r>
        <w:rPr>
          <w:b/>
          <w:sz w:val="20"/>
        </w:rPr>
        <w:t>DÉCIMA.- FIRMA Y ACEPTACIÓN</w:t>
      </w:r>
    </w:p>
    <w:p>
      <w:r>
        <w:rPr>
          <w:b w:val="0"/>
          <w:sz w:val="20"/>
        </w:rPr>
        <w:t>Leído el presente documento, ambas partes lo firman en duplicado ejemplar y a un solo efecto, manifestando su conformidad.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POR LA EMPRESA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LA PERSONA TRABAJADORA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https://experto-contratos.com/novacion-contrato-indefinido-a-fijo-discontinuo/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novacion-contrato-indefinido-a-fijo-discontinu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