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PREAVISO DE FIN DE CONTRATO DE ARRENDAMIENTO</w:t>
      </w:r>
    </w:p>
    <w:p/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/>
    <w:p>
      <w:r>
        <w:rPr>
          <w:b w:val="0"/>
          <w:sz w:val="20"/>
        </w:rPr>
        <w:t>Remitente:</w:t>
      </w:r>
    </w:p>
    <w:p>
      <w:r>
        <w:rPr>
          <w:b w:val="0"/>
          <w:sz w:val="20"/>
        </w:rPr>
        <w:t xml:space="preserve">Nombre: </w:t>
      </w:r>
    </w:p>
    <w:p>
      <w:r>
        <w:rPr>
          <w:b w:val="0"/>
          <w:sz w:val="20"/>
        </w:rPr>
        <w:t xml:space="preserve">DNI/NIF: </w:t>
      </w:r>
    </w:p>
    <w:p>
      <w:r>
        <w:rPr>
          <w:b w:val="0"/>
          <w:sz w:val="20"/>
        </w:rPr>
        <w:t xml:space="preserve">Domicilio: </w:t>
      </w:r>
    </w:p>
    <w:p>
      <w:r>
        <w:rPr>
          <w:b w:val="0"/>
          <w:sz w:val="20"/>
        </w:rPr>
        <w:t xml:space="preserve">Teléfono: </w:t>
      </w:r>
    </w:p>
    <w:p>
      <w:r>
        <w:rPr>
          <w:b w:val="0"/>
          <w:sz w:val="20"/>
        </w:rPr>
        <w:t xml:space="preserve">Email: </w:t>
      </w:r>
    </w:p>
    <w:p/>
    <w:p>
      <w:r>
        <w:rPr>
          <w:b w:val="0"/>
          <w:sz w:val="20"/>
        </w:rPr>
        <w:t>Destinatario:</w:t>
      </w:r>
    </w:p>
    <w:p>
      <w:r>
        <w:rPr>
          <w:b w:val="0"/>
          <w:sz w:val="20"/>
        </w:rPr>
        <w:t xml:space="preserve">Nombre: </w:t>
      </w:r>
    </w:p>
    <w:p>
      <w:r>
        <w:rPr>
          <w:b w:val="0"/>
          <w:sz w:val="20"/>
        </w:rPr>
        <w:t xml:space="preserve">DNI/NIF: </w:t>
      </w:r>
    </w:p>
    <w:p>
      <w:r>
        <w:rPr>
          <w:b w:val="0"/>
          <w:sz w:val="20"/>
        </w:rPr>
        <w:t xml:space="preserve">Domicilio: </w:t>
      </w:r>
    </w:p>
    <w:p/>
    <w:p/>
    <w:p>
      <w:r>
        <w:rPr>
          <w:b w:val="0"/>
          <w:sz w:val="20"/>
        </w:rPr>
        <w:t>Muy Sr./Sra. mío/a:</w:t>
      </w:r>
    </w:p>
    <w:p/>
    <w:p>
      <w:r>
        <w:rPr>
          <w:b w:val="0"/>
          <w:sz w:val="20"/>
        </w:rPr>
        <w:t>Por la presente y en calidad de parte arrendadora/arrendataria del inmueble sito en: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 xml:space="preserve">Dirección: 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le comunico mi voluntad de no renovar el contrato de arrendamiento suscrito entre ambas partes correspondiente a la referida vivienda/local, de conformidad con lo establecido en el mismo y en la legislación vigente.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Este preaviso se realiza cumpliendo el plazo legal y/o pactado, por lo que la relación arrendaticia finalizará en la fecha en que se cumpla el periodo de preaviso, debiendo quedar el inmueble a disposición de la parte arrendadora en debidas condiciones, libres de enseres y personas, junto con la entrega de llaves.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Ruego se ponga en contacto a la mayor brevedad para coordinar la entrega del inmueble y la firma del correspondiente documento de finalización del contrato, así como la devolución de la fianza si corresponde.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Sin otro particular, reciba un cordial saludo.</w:t>
      </w:r>
    </w:p>
    <w:p/>
    <w:p/>
    <w:p>
      <w:r>
        <w:rPr>
          <w:b w:val="0"/>
          <w:sz w:val="20"/>
        </w:rPr>
      </w:r>
    </w:p>
    <w:p>
      <w:r>
        <w:rPr>
          <w:b w:val="0"/>
          <w:sz w:val="20"/>
        </w:rPr>
        <w:t>Firma: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Nombre y apellidos: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https://experto-contratos.com/preaviso-fin-contrato-alquiler/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preaviso-fin-contrato-alquiler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