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PRECONTRATO DE EMPLEO PARA EMPLEADA DE HOGAR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el empleador/a:</w:t>
      </w:r>
    </w:p>
    <w:p>
      <w:r>
        <w:rPr>
          <w:b w:val="0"/>
          <w:sz w:val="20"/>
        </w:rPr>
        <w:t>Nombre y apellidos: ________________________________________</w:t>
      </w:r>
    </w:p>
    <w:p>
      <w:r>
        <w:rPr>
          <w:b w:val="0"/>
          <w:sz w:val="20"/>
        </w:rPr>
        <w:t>DNI/NIE: _________________________________________________</w:t>
      </w:r>
    </w:p>
    <w:p>
      <w:r>
        <w:rPr>
          <w:b w:val="0"/>
          <w:sz w:val="20"/>
        </w:rPr>
        <w:t>Domicilio: _______________________________________________</w:t>
      </w:r>
    </w:p>
    <w:p>
      <w:r>
        <w:rPr>
          <w:b w:val="0"/>
          <w:sz w:val="20"/>
        </w:rPr>
        <w:t>Teléfono: ________________________________________________</w:t>
      </w:r>
    </w:p>
    <w:p/>
    <w:p>
      <w:r>
        <w:rPr>
          <w:b w:val="0"/>
          <w:sz w:val="20"/>
        </w:rPr>
        <w:t>Y de otra parte, la trabajadora doméstica:</w:t>
      </w:r>
    </w:p>
    <w:p>
      <w:r>
        <w:rPr>
          <w:b w:val="0"/>
          <w:sz w:val="20"/>
        </w:rPr>
        <w:t>Nombre y apellidos: ________________________________________</w:t>
      </w:r>
    </w:p>
    <w:p>
      <w:r>
        <w:rPr>
          <w:b w:val="0"/>
          <w:sz w:val="20"/>
        </w:rPr>
        <w:t>DNI/NIE: _________________________________________________</w:t>
      </w:r>
    </w:p>
    <w:p>
      <w:r>
        <w:rPr>
          <w:b w:val="0"/>
          <w:sz w:val="20"/>
        </w:rPr>
        <w:t>Domicilio: _______________________________________________</w:t>
      </w:r>
    </w:p>
    <w:p>
      <w:r>
        <w:rPr>
          <w:b w:val="0"/>
          <w:sz w:val="20"/>
        </w:rPr>
        <w:t>Teléfono: ________________________________________________</w:t>
      </w:r>
    </w:p>
    <w:p/>
    <w:p>
      <w:r>
        <w:rPr>
          <w:b w:val="0"/>
          <w:sz w:val="20"/>
        </w:rPr>
        <w:t>Ambas partes, reconociéndose la capacidad legal necesaria para celebrar este precontrato, acuerdan lo siguiente:</w:t>
      </w:r>
    </w:p>
    <w:p/>
    <w:p>
      <w:r>
        <w:rPr>
          <w:b/>
          <w:sz w:val="24"/>
        </w:rPr>
        <w:t>ESTIPULACIONES</w:t>
      </w:r>
    </w:p>
    <w:p/>
    <w:p>
      <w:r>
        <w:rPr>
          <w:b/>
          <w:sz w:val="20"/>
        </w:rPr>
        <w:t>PRIMERA.- OBJETO DEL PRECONTRATO</w:t>
      </w:r>
    </w:p>
    <w:p>
      <w:r>
        <w:rPr>
          <w:b w:val="0"/>
          <w:sz w:val="20"/>
        </w:rPr>
        <w:t>El presente precontrato tiene por objeto establecer las condiciones básicas para la futura formalización del contrato de trabajo en el Régimen Especial de Empleados del Hogar, según la normativa vigente.</w:t>
      </w:r>
    </w:p>
    <w:p/>
    <w:p>
      <w:r>
        <w:rPr>
          <w:b/>
          <w:sz w:val="20"/>
        </w:rPr>
        <w:t>SEGUNDA.- FUNCIONES A DESEMPEÑAR</w:t>
      </w:r>
    </w:p>
    <w:p>
      <w:r>
        <w:rPr>
          <w:b w:val="0"/>
          <w:sz w:val="20"/>
        </w:rPr>
        <w:t>La trabajadora realizará tareas propias del servicio doméstico, incluyendo, entre otras: limpieza, cocina, plancha, lavado, cuidado de personas dependientes, acompañamiento y cualquier otra tarea relacionada con el hogar que se acuerde.</w:t>
      </w:r>
    </w:p>
    <w:p/>
    <w:p>
      <w:r>
        <w:rPr>
          <w:b/>
          <w:sz w:val="20"/>
        </w:rPr>
        <w:t>TERCERA.- JORNADA Y HORARIO</w:t>
      </w:r>
    </w:p>
    <w:p>
      <w:r>
        <w:rPr>
          <w:b w:val="0"/>
          <w:sz w:val="20"/>
        </w:rPr>
        <w:t>La jornada laboral será de ____________ horas semanales, distribuidas de la siguiente manera:</w:t>
      </w:r>
    </w:p>
    <w:p>
      <w:r>
        <w:rPr>
          <w:b w:val="0"/>
          <w:sz w:val="20"/>
        </w:rPr>
        <w:t>Días de trabajo: ____________________________________________</w:t>
      </w:r>
    </w:p>
    <w:p>
      <w:r>
        <w:rPr>
          <w:b w:val="0"/>
          <w:sz w:val="20"/>
        </w:rPr>
        <w:t>Horario: ___________________________________________________</w:t>
      </w:r>
    </w:p>
    <w:p/>
    <w:p>
      <w:r>
        <w:rPr>
          <w:b/>
          <w:sz w:val="20"/>
        </w:rPr>
        <w:t>CUARTA.- RETRIBUCIÓN</w:t>
      </w:r>
    </w:p>
    <w:p>
      <w:r>
        <w:rPr>
          <w:b w:val="0"/>
          <w:sz w:val="20"/>
        </w:rPr>
        <w:t>El salario bruto mensual será de ____________ euros, incluidas las pagas extraordinarias, que serán abonadas conforme a lo que establece la normativa vigente. Los pagos se realizarán mediante ______________ (especificar: efectivo, transferencia bancaria, etc.).</w:t>
      </w:r>
    </w:p>
    <w:p/>
    <w:p>
      <w:r>
        <w:rPr>
          <w:b/>
          <w:sz w:val="20"/>
        </w:rPr>
        <w:t>QUINTA.- PERÍODO DE PRUEBA</w:t>
      </w:r>
    </w:p>
    <w:p>
      <w:r>
        <w:rPr>
          <w:b w:val="0"/>
          <w:sz w:val="20"/>
        </w:rPr>
        <w:t>Se establece un período de prueba de ____________ días, durante el cual cualquiera de las partes podrá rescindir la relación laboral sin necesidad de preaviso ni indemnización.</w:t>
      </w:r>
    </w:p>
    <w:p/>
    <w:p>
      <w:r>
        <w:rPr>
          <w:b/>
          <w:sz w:val="20"/>
        </w:rPr>
        <w:t>SEXTA.- DESCANSOS Y VACACIONES</w:t>
      </w:r>
    </w:p>
    <w:p>
      <w:r>
        <w:rPr>
          <w:b w:val="0"/>
          <w:sz w:val="20"/>
        </w:rPr>
        <w:t>La trabajadora tendrá derecho a los descansos diarios y semanales previstos en la normativa, así como a ____________ días naturales de vacaciones retribuidas al año.</w:t>
      </w:r>
    </w:p>
    <w:p/>
    <w:p>
      <w:r>
        <w:rPr>
          <w:b/>
          <w:sz w:val="20"/>
        </w:rPr>
        <w:t>SÉPTIMA.- INCORPORACIÓN Y FORMALIZACIÓN DEFINITIVA</w:t>
      </w:r>
    </w:p>
    <w:p>
      <w:r>
        <w:rPr>
          <w:b w:val="0"/>
          <w:sz w:val="20"/>
        </w:rPr>
        <w:t>La fecha prevista para la incorporación es: ___________________________.</w:t>
      </w:r>
    </w:p>
    <w:p>
      <w:r>
        <w:rPr>
          <w:b w:val="0"/>
          <w:sz w:val="20"/>
        </w:rPr>
        <w:t>Ambas partes se comprometen a formalizar el contrato definitivo y a dar de alta en la Seguridad Social antes del inicio de la prestación efectiva de servicios.</w:t>
      </w:r>
    </w:p>
    <w:p/>
    <w:p>
      <w:r>
        <w:rPr>
          <w:b/>
          <w:sz w:val="20"/>
        </w:rPr>
        <w:t>OCTAVA.- CONFIDENCIALIDAD</w:t>
      </w:r>
    </w:p>
    <w:p>
      <w:r>
        <w:rPr>
          <w:b w:val="0"/>
          <w:sz w:val="20"/>
        </w:rPr>
        <w:t>La trabajadora se compromete a guardar confidencialidad sobre la vida privada y asuntos personales del empleador y su familia, así como sobre cualquier información a la que tenga acceso en el ejercicio de sus funciones.</w:t>
      </w:r>
    </w:p>
    <w:p/>
    <w:p>
      <w:r>
        <w:rPr>
          <w:b/>
          <w:sz w:val="20"/>
        </w:rPr>
        <w:t>NOVENA.- PROTECCIÓN DE DATOS</w:t>
      </w:r>
    </w:p>
    <w:p>
      <w:r>
        <w:rPr>
          <w:b w:val="0"/>
          <w:sz w:val="20"/>
        </w:rPr>
        <w:t>Ambas partes se obligan a cumplir la normativa vigente en materia de protección de datos personales.</w:t>
      </w:r>
    </w:p>
    <w:p/>
    <w:p>
      <w:r>
        <w:rPr>
          <w:b/>
          <w:sz w:val="20"/>
        </w:rPr>
        <w:t>DÉCIMA.- LEGISLACIÓN APLICABLE</w:t>
      </w:r>
    </w:p>
    <w:p>
      <w:r>
        <w:rPr>
          <w:b w:val="0"/>
          <w:sz w:val="20"/>
        </w:rPr>
        <w:t>Este precontrato se regirá por lo dispuesto en la normativa aplicable al Régimen Especial de Empleados del Hogar y, en su defecto, por el Estatuto de los Trabajadores y demás disposiciones legales.</w:t>
      </w:r>
    </w:p>
    <w:p/>
    <w:p>
      <w:r>
        <w:rPr>
          <w:b/>
          <w:sz w:val="20"/>
        </w:rPr>
        <w:t>UNDÉCIMA.- OTRAS CONDICIONES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/>
    <w:p>
      <w:r>
        <w:rPr>
          <w:b w:val="0"/>
          <w:sz w:val="20"/>
        </w:rPr>
        <w:t>Y en prueba de conformidad, firman el presente precontrato por duplicado y en todas sus hojas.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EMPLEADOR/A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TRABAJADORA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https://experto-contratos.com/precontrato-empleada-hogar/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precontrato-empleada-hogar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