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PRÓRROGA CONTRATO DE ARRAS</w:t>
      </w:r>
    </w:p>
    <w:p/>
    <w:p>
      <w:r>
        <w:rPr>
          <w:b/>
          <w:sz w:val="24"/>
        </w:rPr>
        <w:t>REUNIDOS</w:t>
      </w:r>
    </w:p>
    <w:p/>
    <w:p>
      <w:r>
        <w:rPr>
          <w:b w:val="0"/>
          <w:sz w:val="20"/>
        </w:rPr>
        <w:t>De una parte, D./Dña.:</w:t>
      </w:r>
    </w:p>
    <w:p>
      <w:r>
        <w:rPr>
          <w:b w:val="0"/>
          <w:sz w:val="20"/>
        </w:rPr>
        <w:t>con domicilio en:</w:t>
      </w:r>
    </w:p>
    <w:p>
      <w:r>
        <w:rPr>
          <w:b w:val="0"/>
          <w:sz w:val="20"/>
        </w:rPr>
        <w:t>y con DNI/NIE número:</w:t>
      </w:r>
    </w:p>
    <w:p/>
    <w:p>
      <w:r>
        <w:rPr>
          <w:b w:val="0"/>
          <w:sz w:val="20"/>
        </w:rPr>
        <w:t>Y de otra parte, D./Dña.:</w:t>
      </w:r>
    </w:p>
    <w:p>
      <w:r>
        <w:rPr>
          <w:b w:val="0"/>
          <w:sz w:val="20"/>
        </w:rPr>
        <w:t>con domicilio en:</w:t>
      </w:r>
    </w:p>
    <w:p>
      <w:r>
        <w:rPr>
          <w:b w:val="0"/>
          <w:sz w:val="20"/>
        </w:rPr>
        <w:t>y con DNI/NIE número:</w:t>
      </w:r>
    </w:p>
    <w:p/>
    <w:p>
      <w:r>
        <w:rPr>
          <w:b w:val="0"/>
          <w:sz w:val="20"/>
        </w:rPr>
        <w:t>Ambas partes, en calidad de VENDEDOR/A y COMPRADOR/A, respectivamente, se reconocen mutuamente la capacidad legal necesaria para otorgar la presente PRÓRROGA DEL CONTRATO DE ARRAS y,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en fecha suscribieron un Contrato de Arras relativo a la compraventa del inmueble sito en:</w:t>
      </w:r>
    </w:p>
    <w:p>
      <w:r>
        <w:rPr>
          <w:b w:val="0"/>
          <w:sz w:val="20"/>
        </w:rPr>
        <w:t>II. Que en dicho contrato se establecía como fecha límite para elevar a escritura pública de compraventa el día:</w:t>
      </w:r>
    </w:p>
    <w:p>
      <w:r>
        <w:rPr>
          <w:b w:val="0"/>
          <w:sz w:val="20"/>
        </w:rPr>
        <w:t>III. Que, por motivos de interés para ambas partes, desean prorrogar el plazo inicialmente pactado para la formalización de la compraventa ante Notario.</w:t>
      </w:r>
    </w:p>
    <w:p/>
    <w:p>
      <w:r>
        <w:rPr>
          <w:b/>
          <w:sz w:val="24"/>
        </w:rPr>
        <w:t>ACUERDAN</w:t>
      </w:r>
    </w:p>
    <w:p>
      <w:r>
        <w:rPr>
          <w:b w:val="0"/>
          <w:sz w:val="20"/>
        </w:rPr>
        <w:t>PRIMERO.- Prorrogar el plazo establecido en la cláusula correspondiente del Contrato de Arras suscrito entre las partes, de manera que la nueva fecha límite para la elevación a escritura pública de compraventa queda fijada en:</w:t>
      </w:r>
    </w:p>
    <w:p/>
    <w:p>
      <w:r>
        <w:rPr>
          <w:b w:val="0"/>
          <w:sz w:val="20"/>
        </w:rPr>
        <w:t>SEGUNDO.- El resto de las condiciones pactadas en el Contrato de Arras original permanecen inalteradas y en pleno vigor, salvo en lo expresamente modificado por la presente prórroga.</w:t>
      </w:r>
    </w:p>
    <w:p/>
    <w:p>
      <w:r>
        <w:rPr>
          <w:b w:val="0"/>
          <w:sz w:val="20"/>
        </w:rPr>
        <w:t>TERCERO.- Ambas partes manifiestan su conformidad con la presente prórroga, firmando el presente documento por duplicado y a un solo efecto, en el lugar y fecha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VENDEDOR/A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COMPRADOR/A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https://experto-contratos.com/prorroga-contrato-de-arras/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prorroga-contrato-de-arra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