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SUBROGACIÓN EN LA PRESTACIÓN DE SERVICIOS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 cedente:</w:t>
      </w:r>
    </w:p>
    <w:p>
      <w:r>
        <w:rPr>
          <w:b w:val="0"/>
          <w:sz w:val="20"/>
        </w:rPr>
        <w:t>Nombre o razón social:</w:t>
      </w:r>
    </w:p>
    <w:p>
      <w:r>
        <w:rPr>
          <w:b w:val="0"/>
          <w:sz w:val="20"/>
        </w:rPr>
        <w:t>Representante legal:</w:t>
      </w:r>
    </w:p>
    <w:p>
      <w:r>
        <w:rPr>
          <w:b w:val="0"/>
          <w:sz w:val="20"/>
        </w:rPr>
        <w:t>NIF/CIF:</w:t>
      </w:r>
    </w:p>
    <w:p>
      <w:r>
        <w:rPr>
          <w:b w:val="0"/>
          <w:sz w:val="20"/>
        </w:rPr>
        <w:t>Domicilio social: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Correo electrónico:</w:t>
      </w:r>
    </w:p>
    <w:p/>
    <w:p>
      <w:r>
        <w:rPr>
          <w:b w:val="0"/>
          <w:sz w:val="20"/>
        </w:rPr>
        <w:t>De otra parte, la empresa cesionaria:</w:t>
      </w:r>
    </w:p>
    <w:p>
      <w:r>
        <w:rPr>
          <w:b w:val="0"/>
          <w:sz w:val="20"/>
        </w:rPr>
        <w:t>Nombre o razón social:</w:t>
      </w:r>
    </w:p>
    <w:p>
      <w:r>
        <w:rPr>
          <w:b w:val="0"/>
          <w:sz w:val="20"/>
        </w:rPr>
        <w:t>Representante legal:</w:t>
      </w:r>
    </w:p>
    <w:p>
      <w:r>
        <w:rPr>
          <w:b w:val="0"/>
          <w:sz w:val="20"/>
        </w:rPr>
        <w:t>NIF/CIF:</w:t>
      </w:r>
    </w:p>
    <w:p>
      <w:r>
        <w:rPr>
          <w:b w:val="0"/>
          <w:sz w:val="20"/>
        </w:rPr>
        <w:t>Domicilio social: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Correo electrónico:</w:t>
      </w:r>
    </w:p>
    <w:p/>
    <w:p>
      <w:r>
        <w:rPr>
          <w:b w:val="0"/>
          <w:sz w:val="20"/>
        </w:rPr>
        <w:t>Ambas partes se reconocen capacidad legal suficiente para suscribir el presente contrato y, a tal efecto, EXPONEN:</w:t>
      </w:r>
    </w:p>
    <w:p/>
    <w:p>
      <w:r>
        <w:rPr>
          <w:b w:val="0"/>
          <w:sz w:val="20"/>
        </w:rPr>
        <w:t>I. Que la empresa cedente suscribió con el cliente que se indica a continuación un contrato de prestación de servicios cuyas condiciones se detallan en el presente documento.</w:t>
      </w:r>
    </w:p>
    <w:p>
      <w:r>
        <w:rPr>
          <w:b w:val="0"/>
          <w:sz w:val="20"/>
        </w:rPr>
        <w:t>Nombre o razón social del cliente:</w:t>
      </w:r>
    </w:p>
    <w:p>
      <w:r>
        <w:rPr>
          <w:b w:val="0"/>
          <w:sz w:val="20"/>
        </w:rPr>
        <w:t>NIF/CIF del cliente:</w:t>
      </w:r>
    </w:p>
    <w:p>
      <w:r>
        <w:rPr>
          <w:b w:val="0"/>
          <w:sz w:val="20"/>
        </w:rPr>
        <w:t>Objeto del contrato original:</w:t>
      </w:r>
    </w:p>
    <w:p>
      <w:r>
        <w:rPr>
          <w:b w:val="0"/>
          <w:sz w:val="20"/>
        </w:rPr>
        <w:t>Fecha de inicio del contrato original:</w:t>
      </w:r>
    </w:p>
    <w:p>
      <w:r>
        <w:rPr>
          <w:b w:val="0"/>
          <w:sz w:val="20"/>
        </w:rPr>
        <w:t>Duración del contrato original:</w:t>
      </w:r>
    </w:p>
    <w:p/>
    <w:p>
      <w:r>
        <w:rPr>
          <w:b w:val="0"/>
          <w:sz w:val="20"/>
        </w:rPr>
        <w:t>II. Que la empresa cesionaria está interesada en subrogarse en todos los derechos y obligaciones derivados del citado contrato, en los términos y condiciones que se establecen en este documento.</w:t>
      </w:r>
    </w:p>
    <w:p/>
    <w:p>
      <w:r>
        <w:rPr>
          <w:b w:val="0"/>
          <w:sz w:val="20"/>
        </w:rPr>
        <w:t>III. Que la empresa cedente está de acuerdo en ceder y transmitir a la cesionaria todos los derechos y obligaciones que le corresponden en virtud del contrato de prestación de servicios suscrito con el cliente.</w:t>
      </w:r>
    </w:p>
    <w:p/>
    <w:p>
      <w:r>
        <w:rPr>
          <w:b w:val="0"/>
          <w:sz w:val="20"/>
        </w:rPr>
        <w:t>En consecuencia, las partes acuerdan suscribir el presente CONTRATO DE SUBROGACIÓN, que se regirá por las siguientes:</w:t>
      </w:r>
    </w:p>
    <w:p/>
    <w:p>
      <w:r>
        <w:rPr>
          <w:b/>
          <w:sz w:val="20"/>
        </w:rPr>
        <w:t>PRIMERA. OBJETO DE LA SUBROGACIÓN</w:t>
      </w:r>
    </w:p>
    <w:p>
      <w:r>
        <w:rPr>
          <w:b w:val="0"/>
          <w:sz w:val="20"/>
        </w:rPr>
        <w:t>Mediante el presente contrato, la empresa cedente cede y transmite a la empresa cesionaria, quien acepta, la posición contractual que ostenta en el contrato de prestación de servicios celebrado con el cliente, subrogándose esta última en todos los derechos y obligaciones derivados del mismo, a partir de la fecha de firma de este documento.</w:t>
      </w:r>
    </w:p>
    <w:p/>
    <w:p>
      <w:r>
        <w:rPr>
          <w:b/>
          <w:sz w:val="20"/>
        </w:rPr>
        <w:t>SEGUNDA. ACEPTACIÓN DEL CLIENTE</w:t>
      </w:r>
    </w:p>
    <w:p>
      <w:r>
        <w:rPr>
          <w:b w:val="0"/>
          <w:sz w:val="20"/>
        </w:rPr>
        <w:t>La subrogación queda condicionada a la aceptación expresa del cliente mencionado, quien deberá manifestar su conformidad con la presente subrogación, manteniéndose las condiciones contractuales originarias salvo pacto en contrario.</w:t>
      </w:r>
    </w:p>
    <w:p/>
    <w:p>
      <w:r>
        <w:rPr>
          <w:b/>
          <w:sz w:val="20"/>
        </w:rPr>
        <w:t>TERCERA. DOCUMENTACIÓN</w:t>
      </w:r>
    </w:p>
    <w:p>
      <w:r>
        <w:rPr>
          <w:b w:val="0"/>
          <w:sz w:val="20"/>
        </w:rPr>
        <w:t>La empresa cedente entregará a la empresa cesionaria toda la documentación relacionada con el contrato de prestación de servicios, así como la información necesaria para el cumplimiento de las obligaciones derivadas del mismo.</w:t>
      </w:r>
    </w:p>
    <w:p/>
    <w:p>
      <w:r>
        <w:rPr>
          <w:b/>
          <w:sz w:val="20"/>
        </w:rPr>
        <w:t>CUARTA. RESPONSABILIDAD</w:t>
      </w:r>
    </w:p>
    <w:p>
      <w:r>
        <w:rPr>
          <w:b w:val="0"/>
          <w:sz w:val="20"/>
        </w:rPr>
        <w:t>La empresa cedente quedará exonerada de cualquier responsabilidad derivada del contrato original desde la fecha de la subrogación, asumiendo la empresa cesionaria todas las obligaciones y derechos desde ese momento.</w:t>
      </w:r>
    </w:p>
    <w:p/>
    <w:p>
      <w:r>
        <w:rPr>
          <w:b/>
          <w:sz w:val="20"/>
        </w:rPr>
        <w:t>QUINTA. RETRIBUCIÓN</w:t>
      </w:r>
    </w:p>
    <w:p>
      <w:r>
        <w:rPr>
          <w:b w:val="0"/>
          <w:sz w:val="20"/>
        </w:rPr>
        <w:t>En caso de existir contraprestaciones pendientes entre la empresa cedente y el cliente por servicios prestados hasta la fecha de la subrogación, las partes se comprometen a liquidarlas de mutuo acuerdo. A partir de la subrogación, la empresa cesionaria percibirá las contraprestaciones derivadas del contrato.</w:t>
      </w:r>
    </w:p>
    <w:p/>
    <w:p>
      <w:r>
        <w:rPr>
          <w:b/>
          <w:sz w:val="20"/>
        </w:rPr>
        <w:t>SEXTA. PROTECCIÓN DE DATOS</w:t>
      </w:r>
    </w:p>
    <w:p>
      <w:r>
        <w:rPr>
          <w:b w:val="0"/>
          <w:sz w:val="20"/>
        </w:rPr>
        <w:t>Ambas partes se comprometen a cumplir la normativa vigente en materia de protección de datos personales, garantizando la confidencialidad de la información facilitada en virtud del presente contrato.</w:t>
      </w:r>
    </w:p>
    <w:p/>
    <w:p>
      <w:r>
        <w:rPr>
          <w:b/>
          <w:sz w:val="20"/>
        </w:rPr>
        <w:t>SÉPTIMA. VIGENCIA</w:t>
      </w:r>
    </w:p>
    <w:p>
      <w:r>
        <w:rPr>
          <w:b w:val="0"/>
          <w:sz w:val="20"/>
        </w:rPr>
        <w:t>El presente contrato de subrogación surtirá efectos desde la fecha de la firma por ambas partes y mantendrá su vigencia durante el plazo restante del contrato de prestación de servicios original, salvo que las partes acuerden otra cosa por escrito.</w:t>
      </w:r>
    </w:p>
    <w:p/>
    <w:p>
      <w:r>
        <w:rPr>
          <w:b/>
          <w:sz w:val="20"/>
        </w:rPr>
        <w:t>OCTAVA. JURISDICCIÓN</w:t>
      </w:r>
    </w:p>
    <w:p>
      <w:r>
        <w:rPr>
          <w:b w:val="0"/>
          <w:sz w:val="20"/>
        </w:rPr>
        <w:t>Para la resolución de cualquier controversia derivada del presente contrato, las partes se someten expresamente a los Juzgados y Tribunales que correspondan al domicilio del cliente, renunciando a cualquier otro fuero que pudiera corresponderles.</w:t>
      </w:r>
    </w:p>
    <w:p/>
    <w:p>
      <w:r>
        <w:rPr>
          <w:b w:val="0"/>
          <w:sz w:val="20"/>
        </w:rPr>
        <w:t>Y en prueba de conformidad, firman el presente contrato de subrogación en duplicado ejemplar y a un solo efecto, en el lugar y fecha indicados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 CEDENTE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 CESIONARIA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https://experto-contratos.com/subrogacion-contrato-prestacion-de-servicios/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subrogacion-contrato-prestacion-de-servici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